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772"/>
        <w:gridCol w:w="1772"/>
        <w:gridCol w:w="2693"/>
      </w:tblGrid>
      <w:tr w:rsidR="003D707A" w14:paraId="77AAF6AC" w14:textId="77777777" w:rsidTr="0085799D">
        <w:trPr>
          <w:trHeight w:val="602"/>
        </w:trPr>
        <w:tc>
          <w:tcPr>
            <w:tcW w:w="2551" w:type="dxa"/>
          </w:tcPr>
          <w:p w14:paraId="655F54A6" w14:textId="77777777" w:rsidR="003D707A" w:rsidRDefault="003D707A" w:rsidP="0085799D">
            <w:pPr>
              <w:jc w:val="center"/>
            </w:pPr>
          </w:p>
          <w:p w14:paraId="153F615D" w14:textId="77777777" w:rsidR="003D707A" w:rsidRDefault="003D707A" w:rsidP="0085799D">
            <w:pPr>
              <w:jc w:val="center"/>
            </w:pPr>
            <w:r>
              <w:rPr>
                <w:noProof/>
              </w:rPr>
              <w:drawing>
                <wp:inline distT="0" distB="0" distL="0" distR="0" wp14:anchorId="1898FC3C" wp14:editId="401148BD">
                  <wp:extent cx="1411793" cy="429954"/>
                  <wp:effectExtent l="0" t="0" r="0" b="8255"/>
                  <wp:docPr id="1" name="Immagine 1" descr="Ministero dell'Istruzione e del Merito | A Scuola di OpenCoes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ero dell'Istruzione e del Merito | A Scuola di OpenCoesion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7408" cy="443846"/>
                          </a:xfrm>
                          <a:prstGeom prst="rect">
                            <a:avLst/>
                          </a:prstGeom>
                          <a:noFill/>
                          <a:ln>
                            <a:noFill/>
                          </a:ln>
                        </pic:spPr>
                      </pic:pic>
                    </a:graphicData>
                  </a:graphic>
                </wp:inline>
              </w:drawing>
            </w:r>
          </w:p>
          <w:p w14:paraId="3B86E655" w14:textId="77777777" w:rsidR="003D707A" w:rsidRDefault="003D707A" w:rsidP="0085799D">
            <w:pPr>
              <w:jc w:val="center"/>
            </w:pPr>
          </w:p>
        </w:tc>
        <w:tc>
          <w:tcPr>
            <w:tcW w:w="1772" w:type="dxa"/>
          </w:tcPr>
          <w:p w14:paraId="413F1189" w14:textId="77777777" w:rsidR="003D707A" w:rsidRDefault="003D707A" w:rsidP="0085799D">
            <w:pPr>
              <w:jc w:val="center"/>
              <w:rPr>
                <w:rFonts w:ascii="Book Antiqua" w:hAnsi="Book Antiqua" w:cs="Arial"/>
                <w:b/>
                <w:bCs/>
                <w:color w:val="2F5496" w:themeColor="accent1" w:themeShade="BF"/>
                <w:sz w:val="16"/>
                <w:szCs w:val="16"/>
              </w:rPr>
            </w:pPr>
            <w:r w:rsidRPr="00304DD1">
              <w:rPr>
                <w:rFonts w:ascii="Book Antiqua" w:hAnsi="Book Antiqua"/>
                <w:b/>
                <w:bCs/>
                <w:color w:val="2F5496" w:themeColor="accent1" w:themeShade="BF"/>
                <w:sz w:val="18"/>
                <w:szCs w:val="18"/>
              </w:rPr>
              <w:t xml:space="preserve">     </w:t>
            </w:r>
          </w:p>
          <w:p w14:paraId="2B9099A0" w14:textId="77777777" w:rsidR="003D707A" w:rsidRDefault="003D707A" w:rsidP="0085799D">
            <w:pPr>
              <w:jc w:val="center"/>
              <w:rPr>
                <w:noProof/>
              </w:rPr>
            </w:pPr>
            <w:r>
              <w:rPr>
                <w:noProof/>
              </w:rPr>
              <w:drawing>
                <wp:inline distT="0" distB="0" distL="0" distR="0" wp14:anchorId="72204450" wp14:editId="5AE9A01B">
                  <wp:extent cx="683321" cy="570816"/>
                  <wp:effectExtent l="0" t="0" r="2540" b="1270"/>
                  <wp:docPr id="2" name="Immagine 1" descr="Liceo &quot;Pietro Paolo Parzanese&quot; | Ariano Irp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ceo &quot;Pietro Paolo Parzanese&quot; | Ariano Irpi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2564" cy="595244"/>
                          </a:xfrm>
                          <a:prstGeom prst="rect">
                            <a:avLst/>
                          </a:prstGeom>
                          <a:noFill/>
                          <a:ln>
                            <a:noFill/>
                          </a:ln>
                        </pic:spPr>
                      </pic:pic>
                    </a:graphicData>
                  </a:graphic>
                </wp:inline>
              </w:drawing>
            </w:r>
          </w:p>
        </w:tc>
        <w:tc>
          <w:tcPr>
            <w:tcW w:w="1772" w:type="dxa"/>
          </w:tcPr>
          <w:p w14:paraId="65625555" w14:textId="77777777" w:rsidR="003D707A" w:rsidRDefault="003D707A" w:rsidP="0085799D">
            <w:pPr>
              <w:rPr>
                <w:b/>
                <w:bCs/>
                <w:color w:val="2F5496" w:themeColor="accent1" w:themeShade="BF"/>
                <w:sz w:val="16"/>
                <w:szCs w:val="16"/>
              </w:rPr>
            </w:pPr>
            <w:r>
              <w:rPr>
                <w:b/>
                <w:bCs/>
                <w:color w:val="2F5496" w:themeColor="accent1" w:themeShade="BF"/>
                <w:sz w:val="16"/>
                <w:szCs w:val="16"/>
              </w:rPr>
              <w:t xml:space="preserve">      </w:t>
            </w:r>
          </w:p>
          <w:p w14:paraId="08707F4A" w14:textId="77777777" w:rsidR="003D707A" w:rsidRPr="00304DD1" w:rsidRDefault="003D707A" w:rsidP="0085799D">
            <w:pPr>
              <w:jc w:val="center"/>
              <w:rPr>
                <w:b/>
                <w:bCs/>
                <w:color w:val="2F5496" w:themeColor="accent1" w:themeShade="BF"/>
                <w:sz w:val="16"/>
                <w:szCs w:val="16"/>
              </w:rPr>
            </w:pPr>
            <w:r>
              <w:rPr>
                <w:noProof/>
              </w:rPr>
              <w:drawing>
                <wp:inline distT="0" distB="0" distL="0" distR="0" wp14:anchorId="4FB00D24" wp14:editId="101EA4F0">
                  <wp:extent cx="626110" cy="508361"/>
                  <wp:effectExtent l="0" t="0" r="2540" b="6350"/>
                  <wp:docPr id="2127619241" name="Immagine 2127619241" descr="Istituto Superiore Ruggero II | Ariano Irp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tituto Superiore Ruggero II | Ariano Irpin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2515" cy="521680"/>
                          </a:xfrm>
                          <a:prstGeom prst="rect">
                            <a:avLst/>
                          </a:prstGeom>
                          <a:noFill/>
                          <a:ln>
                            <a:noFill/>
                          </a:ln>
                        </pic:spPr>
                      </pic:pic>
                    </a:graphicData>
                  </a:graphic>
                </wp:inline>
              </w:drawing>
            </w:r>
          </w:p>
        </w:tc>
        <w:tc>
          <w:tcPr>
            <w:tcW w:w="2693" w:type="dxa"/>
          </w:tcPr>
          <w:p w14:paraId="5ECFF274" w14:textId="77777777" w:rsidR="003D707A" w:rsidRPr="00BA7B99" w:rsidRDefault="003D707A" w:rsidP="0085799D">
            <w:pPr>
              <w:jc w:val="center"/>
              <w:rPr>
                <w:color w:val="2F5496" w:themeColor="accent1" w:themeShade="BF"/>
              </w:rPr>
            </w:pPr>
          </w:p>
          <w:p w14:paraId="6A952B4C" w14:textId="77777777" w:rsidR="003D707A" w:rsidRPr="00BA7B99" w:rsidRDefault="003D707A" w:rsidP="0085799D">
            <w:pPr>
              <w:jc w:val="center"/>
              <w:rPr>
                <w:color w:val="2F5496" w:themeColor="accent1" w:themeShade="BF"/>
              </w:rPr>
            </w:pPr>
            <w:r w:rsidRPr="00BA7B99">
              <w:rPr>
                <w:noProof/>
                <w:color w:val="2F5496" w:themeColor="accent1" w:themeShade="BF"/>
              </w:rPr>
              <w:drawing>
                <wp:inline distT="0" distB="0" distL="0" distR="0" wp14:anchorId="638FE746" wp14:editId="22A85C1F">
                  <wp:extent cx="952500" cy="635000"/>
                  <wp:effectExtent l="0" t="0" r="0" b="0"/>
                  <wp:docPr id="196099213" name="Immagine 196099213" descr="Missioni militari e civili dell'Unione Europe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sioni militari e civili dell'Unione Europea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952500" cy="635000"/>
                          </a:xfrm>
                          <a:prstGeom prst="rect">
                            <a:avLst/>
                          </a:prstGeom>
                          <a:noFill/>
                          <a:ln>
                            <a:noFill/>
                          </a:ln>
                        </pic:spPr>
                      </pic:pic>
                    </a:graphicData>
                  </a:graphic>
                </wp:inline>
              </w:drawing>
            </w:r>
          </w:p>
        </w:tc>
      </w:tr>
      <w:tr w:rsidR="003D707A" w14:paraId="6CCE4FE6" w14:textId="77777777" w:rsidTr="0085799D">
        <w:trPr>
          <w:trHeight w:val="536"/>
        </w:trPr>
        <w:tc>
          <w:tcPr>
            <w:tcW w:w="8788" w:type="dxa"/>
            <w:gridSpan w:val="4"/>
          </w:tcPr>
          <w:p w14:paraId="74C60C2F" w14:textId="77777777" w:rsidR="003D707A" w:rsidRPr="00396CA0" w:rsidRDefault="003D707A" w:rsidP="0085799D">
            <w:pPr>
              <w:spacing w:line="240" w:lineRule="atLeast"/>
              <w:jc w:val="center"/>
              <w:rPr>
                <w:rFonts w:ascii="Book Antiqua" w:hAnsi="Book Antiqua"/>
                <w:b/>
                <w:bCs/>
                <w:color w:val="2F5496" w:themeColor="accent1" w:themeShade="BF"/>
                <w:sz w:val="44"/>
                <w:szCs w:val="44"/>
              </w:rPr>
            </w:pPr>
            <w:r w:rsidRPr="00BA7B99">
              <w:rPr>
                <w:rFonts w:ascii="Book Antiqua" w:hAnsi="Book Antiqua"/>
                <w:b/>
                <w:bCs/>
                <w:color w:val="2F5496" w:themeColor="accent1" w:themeShade="BF"/>
                <w:sz w:val="44"/>
                <w:szCs w:val="44"/>
              </w:rPr>
              <w:t>POLO LICEALE</w:t>
            </w:r>
          </w:p>
        </w:tc>
      </w:tr>
      <w:tr w:rsidR="003D707A" w:rsidRPr="00BA7B99" w14:paraId="439DD248" w14:textId="77777777" w:rsidTr="0085799D">
        <w:trPr>
          <w:trHeight w:val="451"/>
        </w:trPr>
        <w:tc>
          <w:tcPr>
            <w:tcW w:w="8788" w:type="dxa"/>
            <w:gridSpan w:val="4"/>
          </w:tcPr>
          <w:p w14:paraId="41DC08E4" w14:textId="77777777" w:rsidR="003D707A" w:rsidRPr="000830A2" w:rsidRDefault="003D707A" w:rsidP="0085799D">
            <w:pPr>
              <w:pStyle w:val="Intestazione"/>
              <w:spacing w:line="240" w:lineRule="atLeast"/>
              <w:jc w:val="center"/>
              <w:rPr>
                <w:rFonts w:ascii="Book Antiqua" w:hAnsi="Book Antiqua" w:cs="Arial"/>
                <w:b/>
                <w:bCs/>
                <w:color w:val="2F5496" w:themeColor="accent1" w:themeShade="BF"/>
                <w:sz w:val="18"/>
                <w:szCs w:val="18"/>
                <w:lang w:val="it-IT"/>
              </w:rPr>
            </w:pPr>
            <w:r w:rsidRPr="000830A2">
              <w:rPr>
                <w:rFonts w:ascii="Book Antiqua" w:hAnsi="Book Antiqua" w:cs="Arial"/>
                <w:b/>
                <w:bCs/>
                <w:color w:val="2F5496" w:themeColor="accent1" w:themeShade="BF"/>
                <w:sz w:val="18"/>
                <w:szCs w:val="18"/>
                <w:lang w:val="it-IT"/>
              </w:rPr>
              <w:t>Liceo Classico-Liceo Scientifico con sperimentazione Liceo Matematico-Liceo Scientifico opzione Scienze applicate- Liceo Artistico-Liceo Scienze umane-Liceo Linguistico</w:t>
            </w:r>
          </w:p>
          <w:p w14:paraId="314DE0AE" w14:textId="77777777" w:rsidR="003D707A" w:rsidRPr="000830A2" w:rsidRDefault="003D707A" w:rsidP="0085799D">
            <w:pPr>
              <w:pStyle w:val="Intestazione"/>
              <w:spacing w:line="240" w:lineRule="atLeast"/>
              <w:jc w:val="center"/>
              <w:rPr>
                <w:rFonts w:ascii="Book Antiqua" w:hAnsi="Book Antiqua" w:cs="Arial"/>
                <w:b/>
                <w:bCs/>
                <w:color w:val="2F5496" w:themeColor="accent1" w:themeShade="BF"/>
                <w:sz w:val="18"/>
                <w:szCs w:val="18"/>
                <w:lang w:val="it-IT"/>
              </w:rPr>
            </w:pPr>
          </w:p>
          <w:p w14:paraId="13B1427D" w14:textId="77777777" w:rsidR="003D707A" w:rsidRPr="000830A2" w:rsidRDefault="003D707A" w:rsidP="0085799D">
            <w:pPr>
              <w:pStyle w:val="Intestazione"/>
              <w:spacing w:line="240" w:lineRule="atLeast"/>
              <w:jc w:val="center"/>
              <w:rPr>
                <w:rFonts w:ascii="Book Antiqua" w:hAnsi="Book Antiqua"/>
                <w:b/>
                <w:bCs/>
                <w:color w:val="2F5496" w:themeColor="accent1" w:themeShade="BF"/>
                <w:sz w:val="18"/>
                <w:szCs w:val="18"/>
                <w:lang w:val="it-IT"/>
              </w:rPr>
            </w:pPr>
            <w:r w:rsidRPr="000830A2">
              <w:rPr>
                <w:rFonts w:ascii="Book Antiqua" w:hAnsi="Book Antiqua"/>
                <w:b/>
                <w:bCs/>
                <w:color w:val="2F5496" w:themeColor="accent1" w:themeShade="BF"/>
                <w:sz w:val="18"/>
                <w:szCs w:val="18"/>
                <w:lang w:val="it-IT"/>
              </w:rPr>
              <w:t xml:space="preserve">Via G. Matteotti n. 7_83031_Ariano Irpino (AV) </w:t>
            </w:r>
          </w:p>
          <w:p w14:paraId="12506FA2" w14:textId="77777777" w:rsidR="003D707A" w:rsidRPr="00EA6FB7" w:rsidRDefault="003D707A" w:rsidP="0085799D">
            <w:pPr>
              <w:pStyle w:val="Intestazione"/>
              <w:spacing w:line="240" w:lineRule="atLeast"/>
              <w:jc w:val="center"/>
              <w:rPr>
                <w:rFonts w:ascii="Book Antiqua" w:hAnsi="Book Antiqua" w:cs="Arial"/>
                <w:b/>
                <w:bCs/>
                <w:color w:val="2F5496" w:themeColor="accent1" w:themeShade="BF"/>
                <w:sz w:val="18"/>
                <w:szCs w:val="18"/>
                <w:lang w:val="fr-FR"/>
              </w:rPr>
            </w:pPr>
            <w:proofErr w:type="gramStart"/>
            <w:r w:rsidRPr="00EA6FB7">
              <w:rPr>
                <w:rFonts w:ascii="Book Antiqua" w:hAnsi="Book Antiqua" w:cs="Arial"/>
                <w:b/>
                <w:bCs/>
                <w:color w:val="2F5496" w:themeColor="accent1" w:themeShade="BF"/>
                <w:sz w:val="18"/>
                <w:szCs w:val="18"/>
                <w:lang w:val="fr-FR"/>
              </w:rPr>
              <w:t>email:</w:t>
            </w:r>
            <w:proofErr w:type="gramEnd"/>
            <w:r w:rsidRPr="00EA6FB7">
              <w:rPr>
                <w:rFonts w:ascii="Book Antiqua" w:hAnsi="Book Antiqua" w:cs="Arial"/>
                <w:b/>
                <w:bCs/>
                <w:color w:val="2F5496" w:themeColor="accent1" w:themeShade="BF"/>
                <w:sz w:val="18"/>
                <w:szCs w:val="18"/>
                <w:lang w:val="fr-FR"/>
              </w:rPr>
              <w:t xml:space="preserve"> avis03300n@istruzione.it      </w:t>
            </w:r>
            <w:proofErr w:type="gramStart"/>
            <w:r w:rsidRPr="00EA6FB7">
              <w:rPr>
                <w:rFonts w:ascii="Book Antiqua" w:hAnsi="Book Antiqua" w:cs="Arial"/>
                <w:b/>
                <w:bCs/>
                <w:color w:val="2F5496" w:themeColor="accent1" w:themeShade="BF"/>
                <w:sz w:val="18"/>
                <w:szCs w:val="18"/>
                <w:lang w:val="fr-FR"/>
              </w:rPr>
              <w:t>PEC:</w:t>
            </w:r>
            <w:proofErr w:type="gramEnd"/>
            <w:r w:rsidRPr="00EA6FB7">
              <w:rPr>
                <w:rFonts w:ascii="Book Antiqua" w:hAnsi="Book Antiqua" w:cs="Arial"/>
                <w:b/>
                <w:bCs/>
                <w:color w:val="2F5496" w:themeColor="accent1" w:themeShade="BF"/>
                <w:sz w:val="18"/>
                <w:szCs w:val="18"/>
                <w:lang w:val="fr-FR"/>
              </w:rPr>
              <w:t xml:space="preserve">  avis03300n@pec.istruzione.it      tel. 0825456377 </w:t>
            </w:r>
          </w:p>
          <w:p w14:paraId="32D75280" w14:textId="77777777" w:rsidR="003D707A" w:rsidRDefault="003D707A" w:rsidP="0085799D">
            <w:pPr>
              <w:pStyle w:val="Intestazione"/>
              <w:spacing w:line="240" w:lineRule="atLeast"/>
              <w:jc w:val="center"/>
              <w:rPr>
                <w:rFonts w:ascii="Book Antiqua" w:hAnsi="Book Antiqua" w:cs="Arial"/>
                <w:b/>
                <w:bCs/>
                <w:color w:val="2F5496" w:themeColor="accent1" w:themeShade="BF"/>
                <w:sz w:val="18"/>
                <w:szCs w:val="18"/>
              </w:rPr>
            </w:pPr>
            <w:r w:rsidRPr="00396CA0">
              <w:rPr>
                <w:rFonts w:ascii="Book Antiqua" w:hAnsi="Book Antiqua" w:cs="Arial"/>
                <w:b/>
                <w:bCs/>
                <w:color w:val="2F5496" w:themeColor="accent1" w:themeShade="BF"/>
                <w:sz w:val="18"/>
                <w:szCs w:val="18"/>
              </w:rPr>
              <w:t>CM</w:t>
            </w:r>
            <w:r>
              <w:rPr>
                <w:rFonts w:ascii="Book Antiqua" w:hAnsi="Book Antiqua" w:cs="Arial"/>
                <w:b/>
                <w:bCs/>
                <w:color w:val="2F5496" w:themeColor="accent1" w:themeShade="BF"/>
                <w:sz w:val="18"/>
                <w:szCs w:val="18"/>
              </w:rPr>
              <w:t xml:space="preserve">: </w:t>
            </w:r>
            <w:r w:rsidRPr="00396CA0">
              <w:rPr>
                <w:rFonts w:ascii="Book Antiqua" w:hAnsi="Book Antiqua" w:cs="Arial"/>
                <w:b/>
                <w:bCs/>
                <w:color w:val="2F5496" w:themeColor="accent1" w:themeShade="BF"/>
                <w:sz w:val="18"/>
                <w:szCs w:val="18"/>
              </w:rPr>
              <w:t xml:space="preserve">AVIS03300N </w:t>
            </w:r>
            <w:proofErr w:type="spellStart"/>
            <w:r>
              <w:rPr>
                <w:rFonts w:ascii="Book Antiqua" w:hAnsi="Book Antiqua" w:cs="Arial"/>
                <w:b/>
                <w:bCs/>
                <w:color w:val="2F5496" w:themeColor="accent1" w:themeShade="BF"/>
                <w:sz w:val="18"/>
                <w:szCs w:val="18"/>
              </w:rPr>
              <w:t>C</w:t>
            </w:r>
            <w:r w:rsidRPr="00396CA0">
              <w:rPr>
                <w:rFonts w:ascii="Book Antiqua" w:hAnsi="Book Antiqua" w:cs="Arial"/>
                <w:b/>
                <w:bCs/>
                <w:color w:val="2F5496" w:themeColor="accent1" w:themeShade="BF"/>
                <w:sz w:val="18"/>
                <w:szCs w:val="18"/>
              </w:rPr>
              <w:t>odice</w:t>
            </w:r>
            <w:proofErr w:type="spellEnd"/>
            <w:r w:rsidRPr="00396CA0">
              <w:rPr>
                <w:rFonts w:ascii="Book Antiqua" w:hAnsi="Book Antiqua" w:cs="Arial"/>
                <w:b/>
                <w:bCs/>
                <w:color w:val="2F5496" w:themeColor="accent1" w:themeShade="BF"/>
                <w:sz w:val="18"/>
                <w:szCs w:val="18"/>
              </w:rPr>
              <w:t xml:space="preserve"> </w:t>
            </w:r>
            <w:proofErr w:type="spellStart"/>
            <w:r w:rsidRPr="00396CA0">
              <w:rPr>
                <w:rFonts w:ascii="Book Antiqua" w:hAnsi="Book Antiqua" w:cs="Arial"/>
                <w:b/>
                <w:bCs/>
                <w:color w:val="2F5496" w:themeColor="accent1" w:themeShade="BF"/>
                <w:sz w:val="18"/>
                <w:szCs w:val="18"/>
              </w:rPr>
              <w:t>fiscale</w:t>
            </w:r>
            <w:proofErr w:type="spellEnd"/>
            <w:r w:rsidRPr="00396CA0">
              <w:rPr>
                <w:rFonts w:ascii="Book Antiqua" w:hAnsi="Book Antiqua" w:cs="Arial"/>
                <w:b/>
                <w:bCs/>
                <w:color w:val="2F5496" w:themeColor="accent1" w:themeShade="BF"/>
                <w:sz w:val="18"/>
                <w:szCs w:val="18"/>
              </w:rPr>
              <w:t>: 90030960646</w:t>
            </w:r>
          </w:p>
          <w:p w14:paraId="0984B845" w14:textId="77777777" w:rsidR="003D707A" w:rsidRPr="00396CA0" w:rsidRDefault="003D707A" w:rsidP="0085799D">
            <w:pPr>
              <w:pStyle w:val="Intestazione"/>
              <w:spacing w:line="240" w:lineRule="atLeast"/>
              <w:jc w:val="center"/>
              <w:rPr>
                <w:rFonts w:ascii="Book Antiqua" w:hAnsi="Book Antiqua" w:cs="Arial"/>
                <w:b/>
                <w:bCs/>
                <w:color w:val="2F5496" w:themeColor="accent1" w:themeShade="BF"/>
                <w:sz w:val="18"/>
                <w:szCs w:val="18"/>
              </w:rPr>
            </w:pPr>
          </w:p>
        </w:tc>
      </w:tr>
    </w:tbl>
    <w:p w14:paraId="70B447C5" w14:textId="77777777" w:rsidR="00C37EC4" w:rsidRDefault="00C37EC4" w:rsidP="003D707A">
      <w:pPr>
        <w:rPr>
          <w:i/>
          <w:sz w:val="18"/>
          <w:lang w:val="it-IT"/>
        </w:rPr>
      </w:pPr>
    </w:p>
    <w:p w14:paraId="578270A0" w14:textId="77777777" w:rsidR="00C37EC4" w:rsidRDefault="00C37EC4" w:rsidP="00C37EC4">
      <w:pPr>
        <w:jc w:val="right"/>
        <w:rPr>
          <w:i/>
          <w:sz w:val="18"/>
          <w:lang w:val="it-IT"/>
        </w:rPr>
      </w:pPr>
    </w:p>
    <w:p w14:paraId="007192BE" w14:textId="77777777" w:rsidR="00C37EC4" w:rsidRDefault="00C37EC4" w:rsidP="00C37EC4">
      <w:pPr>
        <w:jc w:val="right"/>
        <w:rPr>
          <w:i/>
          <w:sz w:val="18"/>
          <w:lang w:val="it-IT"/>
        </w:rPr>
      </w:pPr>
    </w:p>
    <w:p w14:paraId="572A1676" w14:textId="4227804B" w:rsidR="00C37EC4" w:rsidRPr="00106719" w:rsidRDefault="00C37EC4" w:rsidP="00C37EC4">
      <w:pPr>
        <w:jc w:val="right"/>
        <w:rPr>
          <w:lang w:val="it-IT"/>
        </w:rPr>
      </w:pPr>
      <w:r w:rsidRPr="00106719">
        <w:rPr>
          <w:i/>
          <w:sz w:val="18"/>
          <w:lang w:val="it-IT"/>
        </w:rPr>
        <w:t>Circolare n. ______ – Prot. n. ______ del ____/____/2026</w:t>
      </w:r>
    </w:p>
    <w:p w14:paraId="04AC9206" w14:textId="77777777" w:rsidR="00C37EC4" w:rsidRPr="00106719" w:rsidRDefault="00C37EC4" w:rsidP="00C37EC4">
      <w:pPr>
        <w:spacing w:after="280"/>
        <w:rPr>
          <w:lang w:val="it-IT"/>
        </w:rPr>
      </w:pPr>
    </w:p>
    <w:p w14:paraId="6B6AABE5" w14:textId="77777777" w:rsidR="00C37EC4" w:rsidRPr="00106719" w:rsidRDefault="00C37EC4" w:rsidP="00C37EC4">
      <w:pPr>
        <w:spacing w:after="120"/>
        <w:jc w:val="center"/>
        <w:rPr>
          <w:lang w:val="it-IT"/>
        </w:rPr>
      </w:pPr>
      <w:r w:rsidRPr="00106719">
        <w:rPr>
          <w:rFonts w:ascii="Book Antiqua" w:hAnsi="Book Antiqua"/>
          <w:b/>
          <w:sz w:val="40"/>
          <w:lang w:val="it-IT"/>
        </w:rPr>
        <w:t>UNITÀ DI APPRENDIMENTO DISCIPLINARI</w:t>
      </w:r>
    </w:p>
    <w:p w14:paraId="76516779" w14:textId="77777777" w:rsidR="00C37EC4" w:rsidRPr="00106719" w:rsidRDefault="00C37EC4" w:rsidP="00C37EC4">
      <w:pPr>
        <w:jc w:val="center"/>
        <w:rPr>
          <w:lang w:val="it-IT"/>
        </w:rPr>
      </w:pPr>
      <w:r w:rsidRPr="00106719">
        <w:rPr>
          <w:rFonts w:ascii="Book Antiqua" w:hAnsi="Book Antiqua"/>
          <w:i/>
          <w:sz w:val="24"/>
          <w:lang w:val="it-IT"/>
        </w:rPr>
        <w:t>Impianto quadrimestrale 2 + 2 per tutte le discipline dei sei indirizzi liceali</w:t>
      </w:r>
    </w:p>
    <w:p w14:paraId="2BFB93C1" w14:textId="77777777" w:rsidR="00C37EC4" w:rsidRPr="00106719" w:rsidRDefault="00C37EC4" w:rsidP="00C37EC4">
      <w:pPr>
        <w:spacing w:after="240"/>
        <w:jc w:val="center"/>
        <w:rPr>
          <w:lang w:val="it-IT"/>
        </w:rPr>
      </w:pPr>
      <w:r w:rsidRPr="00106719">
        <w:rPr>
          <w:rFonts w:ascii="Book Antiqua" w:hAnsi="Book Antiqua"/>
          <w:i/>
          <w:sz w:val="24"/>
          <w:lang w:val="it-IT"/>
        </w:rPr>
        <w:t>e distinzione dall'</w:t>
      </w:r>
      <w:proofErr w:type="spellStart"/>
      <w:r w:rsidRPr="00106719">
        <w:rPr>
          <w:rFonts w:ascii="Book Antiqua" w:hAnsi="Book Antiqua"/>
          <w:i/>
          <w:sz w:val="24"/>
          <w:lang w:val="it-IT"/>
        </w:rPr>
        <w:t>U.d.A</w:t>
      </w:r>
      <w:proofErr w:type="spellEnd"/>
      <w:r w:rsidRPr="00106719">
        <w:rPr>
          <w:rFonts w:ascii="Book Antiqua" w:hAnsi="Book Antiqua"/>
          <w:i/>
          <w:sz w:val="24"/>
          <w:lang w:val="it-IT"/>
        </w:rPr>
        <w:t>. interdisciplinare per il compito di realtà/autentico</w:t>
      </w:r>
    </w:p>
    <w:p w14:paraId="6D602442" w14:textId="77777777" w:rsidR="00C37EC4" w:rsidRPr="00106719" w:rsidRDefault="00C37EC4" w:rsidP="00C37EC4">
      <w:pPr>
        <w:spacing w:after="360"/>
        <w:jc w:val="center"/>
        <w:rPr>
          <w:lang w:val="it-IT"/>
        </w:rPr>
      </w:pPr>
      <w:r w:rsidRPr="00106719">
        <w:rPr>
          <w:rFonts w:ascii="Book Antiqua" w:hAnsi="Book Antiqua"/>
          <w:b/>
          <w:sz w:val="26"/>
          <w:lang w:val="it-IT"/>
        </w:rPr>
        <w:t>Anno scolastico 2026/2027</w:t>
      </w:r>
    </w:p>
    <w:p w14:paraId="1C5BED51" w14:textId="77777777" w:rsidR="00C37EC4" w:rsidRPr="00106719" w:rsidRDefault="00C37EC4" w:rsidP="00C37EC4">
      <w:pPr>
        <w:spacing w:after="360"/>
        <w:jc w:val="center"/>
        <w:rPr>
          <w:lang w:val="it-IT"/>
        </w:rPr>
      </w:pPr>
      <w:r w:rsidRPr="00106719">
        <w:rPr>
          <w:i/>
          <w:sz w:val="19"/>
          <w:lang w:val="it-IT"/>
        </w:rPr>
        <w:t>Ai docenti del Polo Liceale · Ai coordinatori di Dipartimento · Ai coordinatori di classe · Al D.S.G.A. · Al sito web – Sezione Didattica · Agli atti</w:t>
      </w:r>
    </w:p>
    <w:tbl>
      <w:tblPr>
        <w:tblStyle w:val="Grigliatabella"/>
        <w:tblW w:w="0" w:type="auto"/>
        <w:jc w:val="center"/>
        <w:tblLayout w:type="fixed"/>
        <w:tblCellMar>
          <w:top w:w="40" w:type="dxa"/>
          <w:left w:w="80" w:type="dxa"/>
          <w:bottom w:w="40" w:type="dxa"/>
          <w:right w:w="80" w:type="dxa"/>
        </w:tblCellMar>
        <w:tblLook w:val="04A0" w:firstRow="1" w:lastRow="0" w:firstColumn="1" w:lastColumn="0" w:noHBand="0" w:noVBand="1"/>
      </w:tblPr>
      <w:tblGrid>
        <w:gridCol w:w="9751"/>
      </w:tblGrid>
      <w:tr w:rsidR="00C37EC4" w:rsidRPr="00106719" w14:paraId="1ABA2497" w14:textId="77777777" w:rsidTr="0085799D">
        <w:trPr>
          <w:jc w:val="center"/>
        </w:trPr>
        <w:tc>
          <w:tcPr>
            <w:tcW w:w="9751" w:type="dxa"/>
            <w:shd w:val="clear" w:color="auto" w:fill="D6DFEE"/>
          </w:tcPr>
          <w:p w14:paraId="0DAC014A" w14:textId="77777777" w:rsidR="00C37EC4" w:rsidRPr="00106719" w:rsidRDefault="00C37EC4" w:rsidP="0085799D">
            <w:pPr>
              <w:spacing w:after="20"/>
            </w:pPr>
            <w:r w:rsidRPr="00106719">
              <w:rPr>
                <w:b/>
                <w:sz w:val="18"/>
              </w:rPr>
              <w:t xml:space="preserve">PARTE PRIMA – </w:t>
            </w:r>
            <w:proofErr w:type="spellStart"/>
            <w:r w:rsidRPr="00106719">
              <w:rPr>
                <w:b/>
                <w:sz w:val="18"/>
              </w:rPr>
              <w:t>Premessa</w:t>
            </w:r>
            <w:proofErr w:type="spellEnd"/>
            <w:r w:rsidRPr="00106719">
              <w:rPr>
                <w:b/>
                <w:sz w:val="18"/>
              </w:rPr>
              <w:t xml:space="preserve"> </w:t>
            </w:r>
            <w:proofErr w:type="spellStart"/>
            <w:r w:rsidRPr="00106719">
              <w:rPr>
                <w:b/>
                <w:sz w:val="18"/>
              </w:rPr>
              <w:t>metodologica</w:t>
            </w:r>
            <w:proofErr w:type="spellEnd"/>
          </w:p>
        </w:tc>
      </w:tr>
      <w:tr w:rsidR="00C37EC4" w:rsidRPr="00106719" w14:paraId="7A831227" w14:textId="77777777" w:rsidTr="0085799D">
        <w:trPr>
          <w:jc w:val="center"/>
        </w:trPr>
        <w:tc>
          <w:tcPr>
            <w:tcW w:w="9751" w:type="dxa"/>
          </w:tcPr>
          <w:p w14:paraId="721A6AE0" w14:textId="77777777" w:rsidR="00C37EC4" w:rsidRPr="00106719" w:rsidRDefault="00C37EC4" w:rsidP="0085799D">
            <w:pPr>
              <w:spacing w:after="20"/>
            </w:pPr>
            <w:r w:rsidRPr="00106719">
              <w:rPr>
                <w:sz w:val="18"/>
              </w:rPr>
              <w:t xml:space="preserve">   1. Quadro </w:t>
            </w:r>
            <w:proofErr w:type="spellStart"/>
            <w:r w:rsidRPr="00106719">
              <w:rPr>
                <w:sz w:val="18"/>
              </w:rPr>
              <w:t>normativo</w:t>
            </w:r>
            <w:proofErr w:type="spellEnd"/>
            <w:r w:rsidRPr="00106719">
              <w:rPr>
                <w:sz w:val="18"/>
              </w:rPr>
              <w:t xml:space="preserve"> di </w:t>
            </w:r>
            <w:proofErr w:type="spellStart"/>
            <w:r w:rsidRPr="00106719">
              <w:rPr>
                <w:sz w:val="18"/>
              </w:rPr>
              <w:t>riferimento</w:t>
            </w:r>
            <w:proofErr w:type="spellEnd"/>
          </w:p>
        </w:tc>
      </w:tr>
      <w:tr w:rsidR="00C37EC4" w:rsidRPr="00106719" w14:paraId="1C65543B" w14:textId="77777777" w:rsidTr="0085799D">
        <w:trPr>
          <w:jc w:val="center"/>
        </w:trPr>
        <w:tc>
          <w:tcPr>
            <w:tcW w:w="9751" w:type="dxa"/>
          </w:tcPr>
          <w:p w14:paraId="115C48E6" w14:textId="77777777" w:rsidR="00C37EC4" w:rsidRPr="00106719" w:rsidRDefault="00C37EC4" w:rsidP="0085799D">
            <w:pPr>
              <w:spacing w:after="20"/>
              <w:rPr>
                <w:lang w:val="it-IT"/>
              </w:rPr>
            </w:pPr>
            <w:r w:rsidRPr="00106719">
              <w:rPr>
                <w:sz w:val="18"/>
                <w:lang w:val="it-IT"/>
              </w:rPr>
              <w:t xml:space="preserve">   2. L'</w:t>
            </w:r>
            <w:proofErr w:type="spellStart"/>
            <w:r w:rsidRPr="00106719">
              <w:rPr>
                <w:sz w:val="18"/>
                <w:lang w:val="it-IT"/>
              </w:rPr>
              <w:t>U.d.A</w:t>
            </w:r>
            <w:proofErr w:type="spellEnd"/>
            <w:r w:rsidRPr="00106719">
              <w:rPr>
                <w:sz w:val="18"/>
                <w:lang w:val="it-IT"/>
              </w:rPr>
              <w:t>. disciplinare: che cos'è e a che cosa serve</w:t>
            </w:r>
          </w:p>
        </w:tc>
      </w:tr>
      <w:tr w:rsidR="00C37EC4" w:rsidRPr="00106719" w14:paraId="6F0E4467" w14:textId="77777777" w:rsidTr="0085799D">
        <w:trPr>
          <w:jc w:val="center"/>
        </w:trPr>
        <w:tc>
          <w:tcPr>
            <w:tcW w:w="9751" w:type="dxa"/>
          </w:tcPr>
          <w:p w14:paraId="765D2982" w14:textId="77777777" w:rsidR="00C37EC4" w:rsidRPr="00106719" w:rsidRDefault="00C37EC4" w:rsidP="0085799D">
            <w:pPr>
              <w:spacing w:after="20"/>
              <w:rPr>
                <w:lang w:val="it-IT"/>
              </w:rPr>
            </w:pPr>
            <w:r w:rsidRPr="00106719">
              <w:rPr>
                <w:sz w:val="18"/>
                <w:lang w:val="it-IT"/>
              </w:rPr>
              <w:t xml:space="preserve">   3. L'</w:t>
            </w:r>
            <w:proofErr w:type="spellStart"/>
            <w:r w:rsidRPr="00106719">
              <w:rPr>
                <w:sz w:val="18"/>
                <w:lang w:val="it-IT"/>
              </w:rPr>
              <w:t>U.d.A</w:t>
            </w:r>
            <w:proofErr w:type="spellEnd"/>
            <w:r w:rsidRPr="00106719">
              <w:rPr>
                <w:sz w:val="18"/>
                <w:lang w:val="it-IT"/>
              </w:rPr>
              <w:t>. interdisciplinare per il compito di realtà/autentico</w:t>
            </w:r>
          </w:p>
        </w:tc>
      </w:tr>
      <w:tr w:rsidR="00C37EC4" w:rsidRPr="00106719" w14:paraId="2285A615" w14:textId="77777777" w:rsidTr="0085799D">
        <w:trPr>
          <w:jc w:val="center"/>
        </w:trPr>
        <w:tc>
          <w:tcPr>
            <w:tcW w:w="9751" w:type="dxa"/>
          </w:tcPr>
          <w:p w14:paraId="11631E14" w14:textId="77777777" w:rsidR="00C37EC4" w:rsidRPr="00106719" w:rsidRDefault="00C37EC4" w:rsidP="0085799D">
            <w:pPr>
              <w:spacing w:after="20"/>
              <w:rPr>
                <w:lang w:val="it-IT"/>
              </w:rPr>
            </w:pPr>
            <w:r w:rsidRPr="00106719">
              <w:rPr>
                <w:sz w:val="18"/>
                <w:lang w:val="it-IT"/>
              </w:rPr>
              <w:t xml:space="preserve">   4. Tabella comparativa: dodici criteri di distinzione</w:t>
            </w:r>
          </w:p>
        </w:tc>
      </w:tr>
      <w:tr w:rsidR="00C37EC4" w:rsidRPr="00106719" w14:paraId="6B356097" w14:textId="77777777" w:rsidTr="0085799D">
        <w:trPr>
          <w:jc w:val="center"/>
        </w:trPr>
        <w:tc>
          <w:tcPr>
            <w:tcW w:w="9751" w:type="dxa"/>
          </w:tcPr>
          <w:p w14:paraId="7C412BAC" w14:textId="77777777" w:rsidR="00C37EC4" w:rsidRPr="00106719" w:rsidRDefault="00C37EC4" w:rsidP="0085799D">
            <w:pPr>
              <w:spacing w:after="20"/>
            </w:pPr>
            <w:r w:rsidRPr="00106719">
              <w:rPr>
                <w:sz w:val="18"/>
                <w:lang w:val="it-IT"/>
              </w:rPr>
              <w:t xml:space="preserve">   </w:t>
            </w:r>
            <w:r w:rsidRPr="00106719">
              <w:rPr>
                <w:sz w:val="18"/>
              </w:rPr>
              <w:t xml:space="preserve">5. </w:t>
            </w:r>
            <w:proofErr w:type="spellStart"/>
            <w:r w:rsidRPr="00106719">
              <w:rPr>
                <w:sz w:val="18"/>
              </w:rPr>
              <w:t>L'impianto</w:t>
            </w:r>
            <w:proofErr w:type="spellEnd"/>
            <w:r w:rsidRPr="00106719">
              <w:rPr>
                <w:sz w:val="18"/>
              </w:rPr>
              <w:t xml:space="preserve"> </w:t>
            </w:r>
            <w:proofErr w:type="spellStart"/>
            <w:r w:rsidRPr="00106719">
              <w:rPr>
                <w:sz w:val="18"/>
              </w:rPr>
              <w:t>quadrimestrale</w:t>
            </w:r>
            <w:proofErr w:type="spellEnd"/>
            <w:r w:rsidRPr="00106719">
              <w:rPr>
                <w:sz w:val="18"/>
              </w:rPr>
              <w:t xml:space="preserve"> 2 + 2</w:t>
            </w:r>
          </w:p>
        </w:tc>
      </w:tr>
      <w:tr w:rsidR="00C37EC4" w:rsidRPr="00106719" w14:paraId="72731370" w14:textId="77777777" w:rsidTr="0085799D">
        <w:trPr>
          <w:jc w:val="center"/>
        </w:trPr>
        <w:tc>
          <w:tcPr>
            <w:tcW w:w="9751" w:type="dxa"/>
          </w:tcPr>
          <w:p w14:paraId="79C76B7A" w14:textId="77777777" w:rsidR="00C37EC4" w:rsidRPr="00106719" w:rsidRDefault="00C37EC4" w:rsidP="0085799D">
            <w:pPr>
              <w:spacing w:after="20"/>
            </w:pPr>
            <w:r w:rsidRPr="00106719">
              <w:rPr>
                <w:sz w:val="18"/>
              </w:rPr>
              <w:t xml:space="preserve">   6. </w:t>
            </w:r>
            <w:proofErr w:type="spellStart"/>
            <w:r w:rsidRPr="00106719">
              <w:rPr>
                <w:sz w:val="18"/>
              </w:rPr>
              <w:t>Raccordi</w:t>
            </w:r>
            <w:proofErr w:type="spellEnd"/>
            <w:r w:rsidRPr="00106719">
              <w:rPr>
                <w:sz w:val="18"/>
              </w:rPr>
              <w:t xml:space="preserve"> </w:t>
            </w:r>
            <w:proofErr w:type="spellStart"/>
            <w:r w:rsidRPr="00106719">
              <w:rPr>
                <w:sz w:val="18"/>
              </w:rPr>
              <w:t>obbligatori</w:t>
            </w:r>
            <w:proofErr w:type="spellEnd"/>
          </w:p>
        </w:tc>
      </w:tr>
      <w:tr w:rsidR="00C37EC4" w:rsidRPr="00106719" w14:paraId="5FB28855" w14:textId="77777777" w:rsidTr="0085799D">
        <w:trPr>
          <w:jc w:val="center"/>
        </w:trPr>
        <w:tc>
          <w:tcPr>
            <w:tcW w:w="9751" w:type="dxa"/>
          </w:tcPr>
          <w:p w14:paraId="43BDB416" w14:textId="77777777" w:rsidR="00C37EC4" w:rsidRPr="00106719" w:rsidRDefault="00C37EC4" w:rsidP="0085799D">
            <w:pPr>
              <w:spacing w:after="20"/>
            </w:pPr>
            <w:r w:rsidRPr="00106719">
              <w:rPr>
                <w:sz w:val="18"/>
              </w:rPr>
              <w:t xml:space="preserve">   7. </w:t>
            </w:r>
            <w:proofErr w:type="spellStart"/>
            <w:r w:rsidRPr="00106719">
              <w:rPr>
                <w:sz w:val="18"/>
              </w:rPr>
              <w:t>Istruzioni</w:t>
            </w:r>
            <w:proofErr w:type="spellEnd"/>
            <w:r w:rsidRPr="00106719">
              <w:rPr>
                <w:sz w:val="18"/>
              </w:rPr>
              <w:t xml:space="preserve"> operative e </w:t>
            </w:r>
            <w:proofErr w:type="spellStart"/>
            <w:r w:rsidRPr="00106719">
              <w:rPr>
                <w:sz w:val="18"/>
              </w:rPr>
              <w:t>adempimenti</w:t>
            </w:r>
            <w:proofErr w:type="spellEnd"/>
          </w:p>
        </w:tc>
      </w:tr>
      <w:tr w:rsidR="00C37EC4" w:rsidRPr="00106719" w14:paraId="2A2FC04D" w14:textId="77777777" w:rsidTr="0085799D">
        <w:trPr>
          <w:jc w:val="center"/>
        </w:trPr>
        <w:tc>
          <w:tcPr>
            <w:tcW w:w="9751" w:type="dxa"/>
            <w:shd w:val="clear" w:color="auto" w:fill="D6DFEE"/>
          </w:tcPr>
          <w:p w14:paraId="5F2504A3" w14:textId="77777777" w:rsidR="00C37EC4" w:rsidRPr="00106719" w:rsidRDefault="00C37EC4" w:rsidP="0085799D">
            <w:pPr>
              <w:spacing w:after="20"/>
              <w:rPr>
                <w:lang w:val="it-IT"/>
              </w:rPr>
            </w:pPr>
            <w:r w:rsidRPr="00106719">
              <w:rPr>
                <w:b/>
                <w:sz w:val="18"/>
                <w:lang w:val="it-IT"/>
              </w:rPr>
              <w:t xml:space="preserve">PARTE SECONDA – Schede delle </w:t>
            </w:r>
            <w:proofErr w:type="spellStart"/>
            <w:r w:rsidRPr="00106719">
              <w:rPr>
                <w:b/>
                <w:sz w:val="18"/>
                <w:lang w:val="it-IT"/>
              </w:rPr>
              <w:t>U.d.A</w:t>
            </w:r>
            <w:proofErr w:type="spellEnd"/>
            <w:r w:rsidRPr="00106719">
              <w:rPr>
                <w:b/>
                <w:sz w:val="18"/>
                <w:lang w:val="it-IT"/>
              </w:rPr>
              <w:t>. disciplinari, indirizzo per indirizzo</w:t>
            </w:r>
          </w:p>
        </w:tc>
      </w:tr>
      <w:tr w:rsidR="00C37EC4" w:rsidRPr="00106719" w14:paraId="2F1AB537" w14:textId="77777777" w:rsidTr="0085799D">
        <w:trPr>
          <w:jc w:val="center"/>
        </w:trPr>
        <w:tc>
          <w:tcPr>
            <w:tcW w:w="9751" w:type="dxa"/>
          </w:tcPr>
          <w:p w14:paraId="04F110B5" w14:textId="77777777" w:rsidR="00C37EC4" w:rsidRPr="00106719" w:rsidRDefault="00C37EC4" w:rsidP="0085799D">
            <w:pPr>
              <w:spacing w:after="20"/>
              <w:rPr>
                <w:lang w:val="it-IT"/>
              </w:rPr>
            </w:pPr>
            <w:r w:rsidRPr="00106719">
              <w:rPr>
                <w:sz w:val="18"/>
                <w:lang w:val="it-IT"/>
              </w:rPr>
              <w:t xml:space="preserve">   Sezione A – Liceo classico (13 discipline)</w:t>
            </w:r>
          </w:p>
        </w:tc>
      </w:tr>
      <w:tr w:rsidR="00C37EC4" w:rsidRPr="00106719" w14:paraId="4E498AF5" w14:textId="77777777" w:rsidTr="0085799D">
        <w:trPr>
          <w:jc w:val="center"/>
        </w:trPr>
        <w:tc>
          <w:tcPr>
            <w:tcW w:w="9751" w:type="dxa"/>
          </w:tcPr>
          <w:p w14:paraId="2EA6C112" w14:textId="77777777" w:rsidR="00C37EC4" w:rsidRPr="00106719" w:rsidRDefault="00C37EC4" w:rsidP="0085799D">
            <w:pPr>
              <w:spacing w:after="20"/>
              <w:rPr>
                <w:lang w:val="it-IT"/>
              </w:rPr>
            </w:pPr>
            <w:r w:rsidRPr="00106719">
              <w:rPr>
                <w:sz w:val="18"/>
                <w:lang w:val="it-IT"/>
              </w:rPr>
              <w:t xml:space="preserve">   Sezione B – Liceo scientifico (13 discipline)</w:t>
            </w:r>
          </w:p>
        </w:tc>
      </w:tr>
      <w:tr w:rsidR="00C37EC4" w:rsidRPr="00106719" w14:paraId="106A376E" w14:textId="77777777" w:rsidTr="0085799D">
        <w:trPr>
          <w:jc w:val="center"/>
        </w:trPr>
        <w:tc>
          <w:tcPr>
            <w:tcW w:w="9751" w:type="dxa"/>
          </w:tcPr>
          <w:p w14:paraId="7664B46A" w14:textId="77777777" w:rsidR="00C37EC4" w:rsidRPr="00106719" w:rsidRDefault="00C37EC4" w:rsidP="0085799D">
            <w:pPr>
              <w:spacing w:after="20"/>
              <w:rPr>
                <w:lang w:val="it-IT"/>
              </w:rPr>
            </w:pPr>
            <w:r w:rsidRPr="00106719">
              <w:rPr>
                <w:sz w:val="18"/>
                <w:lang w:val="it-IT"/>
              </w:rPr>
              <w:t xml:space="preserve">   Sezione C – Liceo scientifico – opzione scienze applicate (12 discipline)</w:t>
            </w:r>
          </w:p>
        </w:tc>
      </w:tr>
      <w:tr w:rsidR="00C37EC4" w:rsidRPr="00106719" w14:paraId="1F2AEDF3" w14:textId="77777777" w:rsidTr="0085799D">
        <w:trPr>
          <w:jc w:val="center"/>
        </w:trPr>
        <w:tc>
          <w:tcPr>
            <w:tcW w:w="9751" w:type="dxa"/>
          </w:tcPr>
          <w:p w14:paraId="55DD203F" w14:textId="77777777" w:rsidR="00C37EC4" w:rsidRPr="00106719" w:rsidRDefault="00C37EC4" w:rsidP="0085799D">
            <w:pPr>
              <w:spacing w:after="20"/>
              <w:rPr>
                <w:lang w:val="it-IT"/>
              </w:rPr>
            </w:pPr>
            <w:r w:rsidRPr="00106719">
              <w:rPr>
                <w:sz w:val="18"/>
                <w:lang w:val="it-IT"/>
              </w:rPr>
              <w:t xml:space="preserve">   Sezione D – Liceo artistico (18 discipline)</w:t>
            </w:r>
          </w:p>
        </w:tc>
      </w:tr>
      <w:tr w:rsidR="00C37EC4" w:rsidRPr="00106719" w14:paraId="466BF436" w14:textId="77777777" w:rsidTr="0085799D">
        <w:trPr>
          <w:jc w:val="center"/>
        </w:trPr>
        <w:tc>
          <w:tcPr>
            <w:tcW w:w="9751" w:type="dxa"/>
          </w:tcPr>
          <w:p w14:paraId="4CF74DAE" w14:textId="77777777" w:rsidR="00C37EC4" w:rsidRPr="00106719" w:rsidRDefault="00C37EC4" w:rsidP="0085799D">
            <w:pPr>
              <w:spacing w:after="20"/>
              <w:rPr>
                <w:lang w:val="it-IT"/>
              </w:rPr>
            </w:pPr>
            <w:r w:rsidRPr="00106719">
              <w:rPr>
                <w:sz w:val="18"/>
                <w:lang w:val="it-IT"/>
              </w:rPr>
              <w:t xml:space="preserve">   Sezione E – Liceo delle scienze umane (17 discipline)</w:t>
            </w:r>
          </w:p>
        </w:tc>
      </w:tr>
      <w:tr w:rsidR="00C37EC4" w:rsidRPr="00106719" w14:paraId="1812F36B" w14:textId="77777777" w:rsidTr="0085799D">
        <w:trPr>
          <w:jc w:val="center"/>
        </w:trPr>
        <w:tc>
          <w:tcPr>
            <w:tcW w:w="9751" w:type="dxa"/>
          </w:tcPr>
          <w:p w14:paraId="368499F4" w14:textId="77777777" w:rsidR="00C37EC4" w:rsidRPr="00106719" w:rsidRDefault="00C37EC4" w:rsidP="0085799D">
            <w:pPr>
              <w:spacing w:after="20"/>
              <w:rPr>
                <w:lang w:val="it-IT"/>
              </w:rPr>
            </w:pPr>
            <w:r w:rsidRPr="00106719">
              <w:rPr>
                <w:sz w:val="18"/>
                <w:lang w:val="it-IT"/>
              </w:rPr>
              <w:t xml:space="preserve">   Sezione F – Liceo linguistico (14 discipline)</w:t>
            </w:r>
          </w:p>
        </w:tc>
      </w:tr>
      <w:tr w:rsidR="00C37EC4" w:rsidRPr="00106719" w14:paraId="6CD95B0D" w14:textId="77777777" w:rsidTr="0085799D">
        <w:trPr>
          <w:jc w:val="center"/>
        </w:trPr>
        <w:tc>
          <w:tcPr>
            <w:tcW w:w="9751" w:type="dxa"/>
            <w:shd w:val="clear" w:color="auto" w:fill="D6DFEE"/>
          </w:tcPr>
          <w:p w14:paraId="2A11182E" w14:textId="77777777" w:rsidR="00C37EC4" w:rsidRPr="00106719" w:rsidRDefault="00C37EC4" w:rsidP="0085799D">
            <w:pPr>
              <w:spacing w:after="20"/>
            </w:pPr>
            <w:r w:rsidRPr="00106719">
              <w:rPr>
                <w:b/>
                <w:sz w:val="18"/>
              </w:rPr>
              <w:t xml:space="preserve">PARTE TERZA – </w:t>
            </w:r>
            <w:proofErr w:type="spellStart"/>
            <w:r w:rsidRPr="00106719">
              <w:rPr>
                <w:b/>
                <w:sz w:val="18"/>
              </w:rPr>
              <w:t>Allegati</w:t>
            </w:r>
            <w:proofErr w:type="spellEnd"/>
          </w:p>
        </w:tc>
      </w:tr>
      <w:tr w:rsidR="00C37EC4" w:rsidRPr="00106719" w14:paraId="7659ECC8" w14:textId="77777777" w:rsidTr="0085799D">
        <w:trPr>
          <w:jc w:val="center"/>
        </w:trPr>
        <w:tc>
          <w:tcPr>
            <w:tcW w:w="9751" w:type="dxa"/>
          </w:tcPr>
          <w:p w14:paraId="6986E05B" w14:textId="77777777" w:rsidR="00C37EC4" w:rsidRPr="00106719" w:rsidRDefault="00C37EC4" w:rsidP="0085799D">
            <w:pPr>
              <w:spacing w:after="20"/>
              <w:rPr>
                <w:lang w:val="it-IT"/>
              </w:rPr>
            </w:pPr>
            <w:r w:rsidRPr="00106719">
              <w:rPr>
                <w:sz w:val="18"/>
                <w:lang w:val="it-IT"/>
              </w:rPr>
              <w:lastRenderedPageBreak/>
              <w:t xml:space="preserve">   Allegato A – Format della scheda di </w:t>
            </w:r>
            <w:proofErr w:type="spellStart"/>
            <w:r w:rsidRPr="00106719">
              <w:rPr>
                <w:sz w:val="18"/>
                <w:lang w:val="it-IT"/>
              </w:rPr>
              <w:t>U.d.A</w:t>
            </w:r>
            <w:proofErr w:type="spellEnd"/>
            <w:r w:rsidRPr="00106719">
              <w:rPr>
                <w:sz w:val="18"/>
                <w:lang w:val="it-IT"/>
              </w:rPr>
              <w:t>. disciplinare</w:t>
            </w:r>
          </w:p>
        </w:tc>
      </w:tr>
      <w:tr w:rsidR="00C37EC4" w:rsidRPr="00106719" w14:paraId="3A627C6E" w14:textId="77777777" w:rsidTr="0085799D">
        <w:trPr>
          <w:jc w:val="center"/>
        </w:trPr>
        <w:tc>
          <w:tcPr>
            <w:tcW w:w="9751" w:type="dxa"/>
          </w:tcPr>
          <w:p w14:paraId="72DD99CF" w14:textId="77777777" w:rsidR="00C37EC4" w:rsidRPr="00106719" w:rsidRDefault="00C37EC4" w:rsidP="0085799D">
            <w:pPr>
              <w:spacing w:after="20"/>
              <w:rPr>
                <w:lang w:val="it-IT"/>
              </w:rPr>
            </w:pPr>
            <w:r w:rsidRPr="00106719">
              <w:rPr>
                <w:sz w:val="18"/>
                <w:lang w:val="it-IT"/>
              </w:rPr>
              <w:t xml:space="preserve">   Allegato B – Prospetto sintetico per il coordinatore di Dipartimento</w:t>
            </w:r>
          </w:p>
        </w:tc>
      </w:tr>
      <w:tr w:rsidR="00C37EC4" w:rsidRPr="00106719" w14:paraId="61143E59" w14:textId="77777777" w:rsidTr="0085799D">
        <w:trPr>
          <w:jc w:val="center"/>
        </w:trPr>
        <w:tc>
          <w:tcPr>
            <w:tcW w:w="9751" w:type="dxa"/>
          </w:tcPr>
          <w:p w14:paraId="6F4C66E4" w14:textId="77777777" w:rsidR="00C37EC4" w:rsidRPr="00106719" w:rsidRDefault="00C37EC4" w:rsidP="0085799D">
            <w:pPr>
              <w:spacing w:after="20"/>
              <w:rPr>
                <w:lang w:val="it-IT"/>
              </w:rPr>
            </w:pPr>
            <w:r w:rsidRPr="00106719">
              <w:rPr>
                <w:sz w:val="18"/>
                <w:lang w:val="it-IT"/>
              </w:rPr>
              <w:t xml:space="preserve">   Allegato C – Rubrica di valutazione della competenza</w:t>
            </w:r>
          </w:p>
        </w:tc>
      </w:tr>
      <w:tr w:rsidR="00C37EC4" w:rsidRPr="00106719" w14:paraId="47555A22" w14:textId="77777777" w:rsidTr="0085799D">
        <w:trPr>
          <w:jc w:val="center"/>
        </w:trPr>
        <w:tc>
          <w:tcPr>
            <w:tcW w:w="9751" w:type="dxa"/>
          </w:tcPr>
          <w:p w14:paraId="60A8D08B" w14:textId="77777777" w:rsidR="00C37EC4" w:rsidRPr="00106719" w:rsidRDefault="00C37EC4" w:rsidP="0085799D">
            <w:pPr>
              <w:spacing w:after="20"/>
              <w:rPr>
                <w:lang w:val="it-IT"/>
              </w:rPr>
            </w:pPr>
            <w:r w:rsidRPr="00106719">
              <w:rPr>
                <w:sz w:val="18"/>
                <w:lang w:val="it-IT"/>
              </w:rPr>
              <w:t xml:space="preserve">   Allegato D – Tabella di raccordo con l'</w:t>
            </w:r>
            <w:proofErr w:type="spellStart"/>
            <w:r w:rsidRPr="00106719">
              <w:rPr>
                <w:sz w:val="18"/>
                <w:lang w:val="it-IT"/>
              </w:rPr>
              <w:t>U.d.A</w:t>
            </w:r>
            <w:proofErr w:type="spellEnd"/>
            <w:r w:rsidRPr="00106719">
              <w:rPr>
                <w:sz w:val="18"/>
                <w:lang w:val="it-IT"/>
              </w:rPr>
              <w:t>. interdisciplinare</w:t>
            </w:r>
          </w:p>
        </w:tc>
      </w:tr>
      <w:tr w:rsidR="00C37EC4" w:rsidRPr="00106719" w14:paraId="46FD71D5" w14:textId="77777777" w:rsidTr="0085799D">
        <w:trPr>
          <w:jc w:val="center"/>
        </w:trPr>
        <w:tc>
          <w:tcPr>
            <w:tcW w:w="9751" w:type="dxa"/>
          </w:tcPr>
          <w:p w14:paraId="306FAAEF" w14:textId="77777777" w:rsidR="00C37EC4" w:rsidRPr="00106719" w:rsidRDefault="00C37EC4" w:rsidP="0085799D">
            <w:pPr>
              <w:spacing w:after="20"/>
              <w:rPr>
                <w:lang w:val="it-IT"/>
              </w:rPr>
            </w:pPr>
            <w:r w:rsidRPr="00106719">
              <w:rPr>
                <w:sz w:val="18"/>
                <w:lang w:val="it-IT"/>
              </w:rPr>
              <w:t xml:space="preserve">   Allegato E – Format dell'</w:t>
            </w:r>
            <w:proofErr w:type="spellStart"/>
            <w:r w:rsidRPr="00106719">
              <w:rPr>
                <w:sz w:val="18"/>
                <w:lang w:val="it-IT"/>
              </w:rPr>
              <w:t>U.d.A</w:t>
            </w:r>
            <w:proofErr w:type="spellEnd"/>
            <w:r w:rsidRPr="00106719">
              <w:rPr>
                <w:sz w:val="18"/>
                <w:lang w:val="it-IT"/>
              </w:rPr>
              <w:t>. interdisciplinare per il compito di realtà</w:t>
            </w:r>
          </w:p>
        </w:tc>
      </w:tr>
      <w:tr w:rsidR="00C37EC4" w:rsidRPr="00106719" w14:paraId="49D8EACE" w14:textId="77777777" w:rsidTr="0085799D">
        <w:trPr>
          <w:jc w:val="center"/>
        </w:trPr>
        <w:tc>
          <w:tcPr>
            <w:tcW w:w="9751" w:type="dxa"/>
          </w:tcPr>
          <w:p w14:paraId="0404DE83" w14:textId="77777777" w:rsidR="00C37EC4" w:rsidRPr="00106719" w:rsidRDefault="00C37EC4" w:rsidP="0085799D">
            <w:pPr>
              <w:spacing w:after="20"/>
              <w:rPr>
                <w:lang w:val="it-IT"/>
              </w:rPr>
            </w:pPr>
            <w:r w:rsidRPr="00106719">
              <w:rPr>
                <w:sz w:val="18"/>
                <w:lang w:val="it-IT"/>
              </w:rPr>
              <w:t xml:space="preserve">   Allegato F – Avvertenze per la compilazione</w:t>
            </w:r>
          </w:p>
        </w:tc>
      </w:tr>
    </w:tbl>
    <w:p w14:paraId="21B4C8EA" w14:textId="77777777" w:rsidR="00C37EC4" w:rsidRPr="00106719" w:rsidRDefault="00C37EC4" w:rsidP="00C37EC4">
      <w:pPr>
        <w:spacing w:after="200"/>
        <w:rPr>
          <w:lang w:val="it-IT"/>
        </w:rPr>
      </w:pPr>
    </w:p>
    <w:p w14:paraId="2F8C77F3" w14:textId="77777777" w:rsidR="00C37EC4" w:rsidRPr="00106719" w:rsidRDefault="00C37EC4" w:rsidP="00C37EC4">
      <w:pPr>
        <w:jc w:val="both"/>
        <w:rPr>
          <w:lang w:val="it-IT"/>
        </w:rPr>
      </w:pPr>
      <w:r w:rsidRPr="00106719">
        <w:rPr>
          <w:i/>
          <w:sz w:val="18"/>
          <w:lang w:val="it-IT"/>
        </w:rPr>
        <w:t>Il presente documento è redatto a firma del Dirigente scolastico quale strumento di supporto alla progettazione dei Dipartimenti disciplinari e dei Consigli di classe. Le schede sono proposte operative: ciascun Dipartimento le fa proprie, le modifica o le sostituisce con delibera motivata, nel pieno esercizio della libertà di insegnamento.</w:t>
      </w:r>
    </w:p>
    <w:p w14:paraId="3AE26EEF" w14:textId="77777777" w:rsidR="00C37EC4" w:rsidRPr="00106719" w:rsidRDefault="00C37EC4" w:rsidP="00C37EC4">
      <w:pPr>
        <w:rPr>
          <w:lang w:val="it-IT"/>
        </w:rPr>
      </w:pPr>
      <w:r w:rsidRPr="00106719">
        <w:rPr>
          <w:lang w:val="it-IT"/>
        </w:rPr>
        <w:br w:type="page"/>
      </w:r>
    </w:p>
    <w:p w14:paraId="1BC68F82" w14:textId="77777777" w:rsidR="00C37EC4" w:rsidRPr="00106719" w:rsidRDefault="00C37EC4" w:rsidP="00C37EC4">
      <w:pPr>
        <w:pStyle w:val="Titolo1"/>
        <w:spacing w:before="280" w:after="120"/>
        <w:rPr>
          <w:color w:val="auto"/>
          <w:lang w:val="it-IT"/>
        </w:rPr>
      </w:pPr>
      <w:r w:rsidRPr="00106719">
        <w:rPr>
          <w:rFonts w:ascii="Book Antiqua" w:hAnsi="Book Antiqua"/>
          <w:color w:val="auto"/>
          <w:sz w:val="30"/>
          <w:lang w:val="it-IT"/>
        </w:rPr>
        <w:lastRenderedPageBreak/>
        <w:t>PARTE PRIMA – PREMESSA METODOLOGICA</w:t>
      </w:r>
    </w:p>
    <w:p w14:paraId="2B7C290C" w14:textId="77777777" w:rsidR="00C37EC4" w:rsidRPr="00106719" w:rsidRDefault="00C37EC4" w:rsidP="00C37EC4">
      <w:pPr>
        <w:spacing w:after="120"/>
        <w:jc w:val="both"/>
        <w:rPr>
          <w:lang w:val="it-IT"/>
        </w:rPr>
      </w:pPr>
      <w:r w:rsidRPr="00106719">
        <w:rPr>
          <w:lang w:val="it-IT"/>
        </w:rPr>
        <w:t>La Circolare n. 5 relativa al Piano delle attività funzionali del mese di settembre 2026 ha posto a carico dei Dipartimenti disciplinari l'obbligo di far pervenire al proprio coordinatore il prospetto sintetico delle Unità di Apprendimento entro l'inizio delle lezioni e di depositare i materiali nella cartella condivisa della classe entro il 16 settembre 2026. Il presente documento fornisce lo strumento per assolvere a quell'obbligo in modo uniforme su tutte le sedi e su tutti gli indirizzi del Polo.</w:t>
      </w:r>
    </w:p>
    <w:p w14:paraId="553F7B63" w14:textId="77777777" w:rsidR="00C37EC4" w:rsidRPr="00106719" w:rsidRDefault="00C37EC4" w:rsidP="00C37EC4">
      <w:pPr>
        <w:spacing w:after="120"/>
        <w:jc w:val="both"/>
        <w:rPr>
          <w:lang w:val="it-IT"/>
        </w:rPr>
      </w:pPr>
      <w:r w:rsidRPr="00106719">
        <w:rPr>
          <w:lang w:val="it-IT"/>
        </w:rPr>
        <w:t xml:space="preserve">La nascita del Polo Liceale dal dimensionamento di due istituzioni scolastiche con tradizioni progettuali diverse rende necessario un impianto unico della programmazione. Non si tratta di sovrapporre un modello all'altro, ma di dotare i sei indirizzi di una grammatica comune, entro la quale ciascun Dipartimento conserva intera la propria libertà di insegnamento: l'uniformità riguarda la struttura della scheda e i tempi di consegna, non le scelte culturali e metodologiche, che restano di competenza collegiale e individuale ai sensi dell'art. 33 della Costituzione e dell'art. 1 del </w:t>
      </w:r>
      <w:proofErr w:type="spellStart"/>
      <w:r w:rsidRPr="00106719">
        <w:rPr>
          <w:lang w:val="it-IT"/>
        </w:rPr>
        <w:t>D.Lgs.</w:t>
      </w:r>
      <w:proofErr w:type="spellEnd"/>
      <w:r w:rsidRPr="00106719">
        <w:rPr>
          <w:lang w:val="it-IT"/>
        </w:rPr>
        <w:t xml:space="preserve"> 297/1994.</w:t>
      </w:r>
    </w:p>
    <w:p w14:paraId="7F6D707C" w14:textId="77777777" w:rsidR="00C37EC4" w:rsidRPr="00106719" w:rsidRDefault="00C37EC4" w:rsidP="00C37EC4">
      <w:pPr>
        <w:spacing w:after="120"/>
        <w:jc w:val="both"/>
        <w:rPr>
          <w:lang w:val="it-IT"/>
        </w:rPr>
      </w:pPr>
      <w:r w:rsidRPr="00106719">
        <w:rPr>
          <w:lang w:val="it-IT"/>
        </w:rPr>
        <w:t>Il documento risponde inoltre a un'esigenza di chiarezza concettuale che i Dipartimenti hanno segnalato nella riunione dell'8 settembre 2026: la persistente sovrapposizione tra l'Unità di Apprendimento disciplinare e l'Unità di Apprendimento interdisciplinare finalizzata al compito di realtà. Si tratta di due strumenti distinti per soggetto titolare, per oggetto, per tempi e per modalità di valutazione. Confonderli produce due effetti opposti e ugualmente dannosi: programmazioni disciplinari che si dissolvono in attività di progetto prive di progressione epistemologica, oppure compiti di realtà ridotti a somma di verifiche disciplinari giustapposte.</w:t>
      </w:r>
    </w:p>
    <w:p w14:paraId="248137FD" w14:textId="77777777" w:rsidR="00C37EC4" w:rsidRPr="00106719" w:rsidRDefault="00C37EC4" w:rsidP="00C37EC4">
      <w:pPr>
        <w:pStyle w:val="Titolo2"/>
        <w:spacing w:before="280" w:after="120"/>
        <w:rPr>
          <w:color w:val="auto"/>
        </w:rPr>
      </w:pPr>
      <w:r w:rsidRPr="00106719">
        <w:rPr>
          <w:rFonts w:ascii="Book Antiqua" w:hAnsi="Book Antiqua"/>
          <w:color w:val="auto"/>
          <w:sz w:val="25"/>
        </w:rPr>
        <w:t xml:space="preserve">1. Quadro </w:t>
      </w:r>
      <w:proofErr w:type="spellStart"/>
      <w:r w:rsidRPr="00106719">
        <w:rPr>
          <w:rFonts w:ascii="Book Antiqua" w:hAnsi="Book Antiqua"/>
          <w:color w:val="auto"/>
          <w:sz w:val="25"/>
        </w:rPr>
        <w:t>normativo</w:t>
      </w:r>
      <w:proofErr w:type="spellEnd"/>
      <w:r w:rsidRPr="00106719">
        <w:rPr>
          <w:rFonts w:ascii="Book Antiqua" w:hAnsi="Book Antiqua"/>
          <w:color w:val="auto"/>
          <w:sz w:val="25"/>
        </w:rPr>
        <w:t xml:space="preserve"> di </w:t>
      </w:r>
      <w:proofErr w:type="spellStart"/>
      <w:r w:rsidRPr="00106719">
        <w:rPr>
          <w:rFonts w:ascii="Book Antiqua" w:hAnsi="Book Antiqua"/>
          <w:color w:val="auto"/>
          <w:sz w:val="25"/>
        </w:rPr>
        <w:t>riferimento</w:t>
      </w:r>
      <w:proofErr w:type="spellEnd"/>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2835"/>
        <w:gridCol w:w="6917"/>
      </w:tblGrid>
      <w:tr w:rsidR="00C37EC4" w:rsidRPr="00106719" w14:paraId="3356F5BE" w14:textId="77777777" w:rsidTr="0085799D">
        <w:tc>
          <w:tcPr>
            <w:tcW w:w="2835" w:type="dxa"/>
            <w:shd w:val="clear" w:color="auto" w:fill="EDF0F5"/>
          </w:tcPr>
          <w:p w14:paraId="0C4DB0F7" w14:textId="77777777" w:rsidR="00C37EC4" w:rsidRPr="00106719" w:rsidRDefault="00C37EC4" w:rsidP="0085799D">
            <w:pPr>
              <w:spacing w:after="20"/>
            </w:pPr>
            <w:r w:rsidRPr="00106719">
              <w:rPr>
                <w:b/>
                <w:sz w:val="18"/>
              </w:rPr>
              <w:t xml:space="preserve">D.P.R. 15 </w:t>
            </w:r>
            <w:proofErr w:type="spellStart"/>
            <w:r w:rsidRPr="00106719">
              <w:rPr>
                <w:b/>
                <w:sz w:val="18"/>
              </w:rPr>
              <w:t>marzo</w:t>
            </w:r>
            <w:proofErr w:type="spellEnd"/>
            <w:r w:rsidRPr="00106719">
              <w:rPr>
                <w:b/>
                <w:sz w:val="18"/>
              </w:rPr>
              <w:t xml:space="preserve"> 2010, n. 89</w:t>
            </w:r>
          </w:p>
        </w:tc>
        <w:tc>
          <w:tcPr>
            <w:tcW w:w="6917" w:type="dxa"/>
          </w:tcPr>
          <w:p w14:paraId="1B8AB538" w14:textId="77777777" w:rsidR="00C37EC4" w:rsidRPr="00106719" w:rsidRDefault="00C37EC4" w:rsidP="0085799D">
            <w:pPr>
              <w:spacing w:after="20"/>
              <w:rPr>
                <w:lang w:val="it-IT"/>
              </w:rPr>
            </w:pPr>
            <w:r w:rsidRPr="00106719">
              <w:rPr>
                <w:sz w:val="18"/>
                <w:lang w:val="it-IT"/>
              </w:rPr>
              <w:t>Regolamento di revisione dell'assetto ordinamentale, organizzativo e didattico dei licei: definisce il profilo educativo, culturale e professionale (PECUP) dello studente liceale, i quadri orari dei sei indirizzi attivi nel Polo e l'articolazione in primo biennio, secondo biennio e quinto anno.</w:t>
            </w:r>
          </w:p>
        </w:tc>
      </w:tr>
      <w:tr w:rsidR="00C37EC4" w:rsidRPr="00106719" w14:paraId="366A75F8" w14:textId="77777777" w:rsidTr="0085799D">
        <w:tc>
          <w:tcPr>
            <w:tcW w:w="2835" w:type="dxa"/>
            <w:shd w:val="clear" w:color="auto" w:fill="EDF0F5"/>
          </w:tcPr>
          <w:p w14:paraId="2A1E500B" w14:textId="77777777" w:rsidR="00C37EC4" w:rsidRPr="00106719" w:rsidRDefault="00C37EC4" w:rsidP="0085799D">
            <w:pPr>
              <w:spacing w:after="20"/>
            </w:pPr>
            <w:r w:rsidRPr="00106719">
              <w:rPr>
                <w:b/>
                <w:sz w:val="18"/>
              </w:rPr>
              <w:t xml:space="preserve">D.M. 7 </w:t>
            </w:r>
            <w:proofErr w:type="spellStart"/>
            <w:r w:rsidRPr="00106719">
              <w:rPr>
                <w:b/>
                <w:sz w:val="18"/>
              </w:rPr>
              <w:t>ottobre</w:t>
            </w:r>
            <w:proofErr w:type="spellEnd"/>
            <w:r w:rsidRPr="00106719">
              <w:rPr>
                <w:b/>
                <w:sz w:val="18"/>
              </w:rPr>
              <w:t xml:space="preserve"> 2010, n. 211</w:t>
            </w:r>
          </w:p>
        </w:tc>
        <w:tc>
          <w:tcPr>
            <w:tcW w:w="6917" w:type="dxa"/>
          </w:tcPr>
          <w:p w14:paraId="67F17D8D" w14:textId="77777777" w:rsidR="00C37EC4" w:rsidRPr="00106719" w:rsidRDefault="00C37EC4" w:rsidP="0085799D">
            <w:pPr>
              <w:spacing w:after="20"/>
              <w:rPr>
                <w:lang w:val="it-IT"/>
              </w:rPr>
            </w:pPr>
            <w:r w:rsidRPr="00106719">
              <w:rPr>
                <w:sz w:val="18"/>
                <w:lang w:val="it-IT"/>
              </w:rPr>
              <w:t xml:space="preserve">Indicazioni nazionali per i licei: obiettivi specifici di apprendimento di ciascuna disciplina per periodo didattico. Costituiscono il vincolo di contenuto delle </w:t>
            </w:r>
            <w:proofErr w:type="spellStart"/>
            <w:r w:rsidRPr="00106719">
              <w:rPr>
                <w:sz w:val="18"/>
                <w:lang w:val="it-IT"/>
              </w:rPr>
              <w:t>U.d.A</w:t>
            </w:r>
            <w:proofErr w:type="spellEnd"/>
            <w:r w:rsidRPr="00106719">
              <w:rPr>
                <w:sz w:val="18"/>
                <w:lang w:val="it-IT"/>
              </w:rPr>
              <w:t>. disciplinari, che ne sono la traduzione operativa e non la sostituzione.</w:t>
            </w:r>
          </w:p>
        </w:tc>
      </w:tr>
      <w:tr w:rsidR="00C37EC4" w:rsidRPr="00106719" w14:paraId="51DC9060" w14:textId="77777777" w:rsidTr="0085799D">
        <w:tc>
          <w:tcPr>
            <w:tcW w:w="2835" w:type="dxa"/>
            <w:shd w:val="clear" w:color="auto" w:fill="EDF0F5"/>
          </w:tcPr>
          <w:p w14:paraId="2D3C8C94" w14:textId="77777777" w:rsidR="00C37EC4" w:rsidRPr="00106719" w:rsidRDefault="00C37EC4" w:rsidP="0085799D">
            <w:pPr>
              <w:spacing w:after="20"/>
              <w:rPr>
                <w:lang w:val="it-IT"/>
              </w:rPr>
            </w:pPr>
            <w:r w:rsidRPr="00106719">
              <w:rPr>
                <w:b/>
                <w:sz w:val="18"/>
                <w:lang w:val="it-IT"/>
              </w:rPr>
              <w:t>Raccomandazione del Consiglio UE 22 maggio 2018</w:t>
            </w:r>
          </w:p>
        </w:tc>
        <w:tc>
          <w:tcPr>
            <w:tcW w:w="6917" w:type="dxa"/>
          </w:tcPr>
          <w:p w14:paraId="06E9C94F" w14:textId="77777777" w:rsidR="00C37EC4" w:rsidRPr="00106719" w:rsidRDefault="00C37EC4" w:rsidP="0085799D">
            <w:pPr>
              <w:spacing w:after="20"/>
              <w:rPr>
                <w:lang w:val="it-IT"/>
              </w:rPr>
            </w:pPr>
            <w:r w:rsidRPr="00106719">
              <w:rPr>
                <w:sz w:val="18"/>
                <w:lang w:val="it-IT"/>
              </w:rPr>
              <w:t xml:space="preserve">Otto competenze chiave per l'apprendimento permanente. Ogni </w:t>
            </w:r>
            <w:proofErr w:type="spellStart"/>
            <w:r w:rsidRPr="00106719">
              <w:rPr>
                <w:sz w:val="18"/>
                <w:lang w:val="it-IT"/>
              </w:rPr>
              <w:t>U.d.A</w:t>
            </w:r>
            <w:proofErr w:type="spellEnd"/>
            <w:r w:rsidRPr="00106719">
              <w:rPr>
                <w:sz w:val="18"/>
                <w:lang w:val="it-IT"/>
              </w:rPr>
              <w:t>. disciplinare deve indicare almeno una competenza chiave concorrente, in aggiunta alla competenza disciplinare.</w:t>
            </w:r>
          </w:p>
        </w:tc>
      </w:tr>
      <w:tr w:rsidR="00C37EC4" w:rsidRPr="00106719" w14:paraId="123332BA" w14:textId="77777777" w:rsidTr="0085799D">
        <w:tc>
          <w:tcPr>
            <w:tcW w:w="2835" w:type="dxa"/>
            <w:shd w:val="clear" w:color="auto" w:fill="EDF0F5"/>
          </w:tcPr>
          <w:p w14:paraId="159B80F4" w14:textId="77777777" w:rsidR="00C37EC4" w:rsidRPr="00106719" w:rsidRDefault="00C37EC4" w:rsidP="0085799D">
            <w:pPr>
              <w:spacing w:after="20"/>
              <w:rPr>
                <w:lang w:val="it-IT"/>
              </w:rPr>
            </w:pPr>
            <w:r w:rsidRPr="00106719">
              <w:rPr>
                <w:b/>
                <w:sz w:val="18"/>
                <w:lang w:val="it-IT"/>
              </w:rPr>
              <w:t>D.M. 22 agosto 2007, n. 139 e D.M. 27 gennaio 2010, n. 9</w:t>
            </w:r>
          </w:p>
        </w:tc>
        <w:tc>
          <w:tcPr>
            <w:tcW w:w="6917" w:type="dxa"/>
          </w:tcPr>
          <w:p w14:paraId="09AECE76" w14:textId="77777777" w:rsidR="00C37EC4" w:rsidRPr="00106719" w:rsidRDefault="00C37EC4" w:rsidP="0085799D">
            <w:pPr>
              <w:spacing w:after="20"/>
              <w:rPr>
                <w:lang w:val="it-IT"/>
              </w:rPr>
            </w:pPr>
            <w:r w:rsidRPr="00106719">
              <w:rPr>
                <w:sz w:val="18"/>
                <w:lang w:val="it-IT"/>
              </w:rPr>
              <w:t xml:space="preserve">Assi culturali dell'obbligo di istruzione e modello di certificazione delle competenze al termine del primo biennio: sono il riferimento obbligato delle </w:t>
            </w:r>
            <w:proofErr w:type="spellStart"/>
            <w:r w:rsidRPr="00106719">
              <w:rPr>
                <w:sz w:val="18"/>
                <w:lang w:val="it-IT"/>
              </w:rPr>
              <w:t>U.d.A</w:t>
            </w:r>
            <w:proofErr w:type="spellEnd"/>
            <w:r w:rsidRPr="00106719">
              <w:rPr>
                <w:sz w:val="18"/>
                <w:lang w:val="it-IT"/>
              </w:rPr>
              <w:t>. delle classi prime e seconde.</w:t>
            </w:r>
          </w:p>
        </w:tc>
      </w:tr>
      <w:tr w:rsidR="00C37EC4" w:rsidRPr="00106719" w14:paraId="4E5E961C" w14:textId="77777777" w:rsidTr="0085799D">
        <w:tc>
          <w:tcPr>
            <w:tcW w:w="2835" w:type="dxa"/>
            <w:shd w:val="clear" w:color="auto" w:fill="EDF0F5"/>
          </w:tcPr>
          <w:p w14:paraId="512DC357" w14:textId="77777777" w:rsidR="00C37EC4" w:rsidRPr="00106719" w:rsidRDefault="00C37EC4" w:rsidP="0085799D">
            <w:pPr>
              <w:spacing w:after="20"/>
            </w:pPr>
            <w:proofErr w:type="spellStart"/>
            <w:r w:rsidRPr="00106719">
              <w:rPr>
                <w:b/>
                <w:sz w:val="18"/>
              </w:rPr>
              <w:t>D.Lgs</w:t>
            </w:r>
            <w:proofErr w:type="spellEnd"/>
            <w:r w:rsidRPr="00106719">
              <w:rPr>
                <w:b/>
                <w:sz w:val="18"/>
              </w:rPr>
              <w:t xml:space="preserve">. 16 </w:t>
            </w:r>
            <w:proofErr w:type="spellStart"/>
            <w:r w:rsidRPr="00106719">
              <w:rPr>
                <w:b/>
                <w:sz w:val="18"/>
              </w:rPr>
              <w:t>gennaio</w:t>
            </w:r>
            <w:proofErr w:type="spellEnd"/>
            <w:r w:rsidRPr="00106719">
              <w:rPr>
                <w:b/>
                <w:sz w:val="18"/>
              </w:rPr>
              <w:t xml:space="preserve"> 2013, n. 13</w:t>
            </w:r>
          </w:p>
        </w:tc>
        <w:tc>
          <w:tcPr>
            <w:tcW w:w="6917" w:type="dxa"/>
          </w:tcPr>
          <w:p w14:paraId="63ABBC2A" w14:textId="77777777" w:rsidR="00C37EC4" w:rsidRPr="00106719" w:rsidRDefault="00C37EC4" w:rsidP="0085799D">
            <w:pPr>
              <w:spacing w:after="20"/>
              <w:rPr>
                <w:lang w:val="it-IT"/>
              </w:rPr>
            </w:pPr>
            <w:r w:rsidRPr="00106719">
              <w:rPr>
                <w:sz w:val="18"/>
                <w:lang w:val="it-IT"/>
              </w:rPr>
              <w:t>Individuazione e validazione degli apprendimenti non formali e informali; referenziazione EQF. Sorregge il riconoscimento delle evidenze prodotte nelle attività di formazione scuola-lavoro e nei percorsi del Piano Lauree Scientifiche.</w:t>
            </w:r>
          </w:p>
        </w:tc>
      </w:tr>
      <w:tr w:rsidR="00C37EC4" w:rsidRPr="00106719" w14:paraId="673EBD41" w14:textId="77777777" w:rsidTr="0085799D">
        <w:tc>
          <w:tcPr>
            <w:tcW w:w="2835" w:type="dxa"/>
            <w:shd w:val="clear" w:color="auto" w:fill="EDF0F5"/>
          </w:tcPr>
          <w:p w14:paraId="1DB19DDF" w14:textId="77777777" w:rsidR="00C37EC4" w:rsidRPr="00106719" w:rsidRDefault="00C37EC4" w:rsidP="0085799D">
            <w:pPr>
              <w:spacing w:after="20"/>
            </w:pPr>
            <w:r w:rsidRPr="00106719">
              <w:rPr>
                <w:b/>
                <w:sz w:val="18"/>
              </w:rPr>
              <w:t xml:space="preserve">D.M. 22 </w:t>
            </w:r>
            <w:proofErr w:type="spellStart"/>
            <w:r w:rsidRPr="00106719">
              <w:rPr>
                <w:b/>
                <w:sz w:val="18"/>
              </w:rPr>
              <w:t>dicembre</w:t>
            </w:r>
            <w:proofErr w:type="spellEnd"/>
            <w:r w:rsidRPr="00106719">
              <w:rPr>
                <w:b/>
                <w:sz w:val="18"/>
              </w:rPr>
              <w:t xml:space="preserve"> 2022, n. 328</w:t>
            </w:r>
          </w:p>
        </w:tc>
        <w:tc>
          <w:tcPr>
            <w:tcW w:w="6917" w:type="dxa"/>
          </w:tcPr>
          <w:p w14:paraId="4202247E" w14:textId="77777777" w:rsidR="00C37EC4" w:rsidRPr="00106719" w:rsidRDefault="00C37EC4" w:rsidP="0085799D">
            <w:pPr>
              <w:spacing w:after="20"/>
              <w:rPr>
                <w:lang w:val="it-IT"/>
              </w:rPr>
            </w:pPr>
            <w:r w:rsidRPr="00106719">
              <w:rPr>
                <w:sz w:val="18"/>
                <w:lang w:val="it-IT"/>
              </w:rPr>
              <w:t xml:space="preserve">Linee guida per l'orientamento: E-Portfolio dell'orientamento personale, capolavoro dello studente, docente tutor. Ogni </w:t>
            </w:r>
            <w:proofErr w:type="spellStart"/>
            <w:r w:rsidRPr="00106719">
              <w:rPr>
                <w:sz w:val="18"/>
                <w:lang w:val="it-IT"/>
              </w:rPr>
              <w:t>U.d.A</w:t>
            </w:r>
            <w:proofErr w:type="spellEnd"/>
            <w:r w:rsidRPr="00106719">
              <w:rPr>
                <w:sz w:val="18"/>
                <w:lang w:val="it-IT"/>
              </w:rPr>
              <w:t>. disciplinare deve indicare quale evidenza è candidabile all'E-Portfolio.</w:t>
            </w:r>
          </w:p>
        </w:tc>
      </w:tr>
      <w:tr w:rsidR="00C37EC4" w:rsidRPr="00106719" w14:paraId="3EF82FFD" w14:textId="77777777" w:rsidTr="0085799D">
        <w:tc>
          <w:tcPr>
            <w:tcW w:w="2835" w:type="dxa"/>
            <w:shd w:val="clear" w:color="auto" w:fill="EDF0F5"/>
          </w:tcPr>
          <w:p w14:paraId="6CEF4B64" w14:textId="77777777" w:rsidR="00C37EC4" w:rsidRPr="00106719" w:rsidRDefault="00C37EC4" w:rsidP="0085799D">
            <w:pPr>
              <w:spacing w:after="20"/>
            </w:pPr>
            <w:r w:rsidRPr="00106719">
              <w:rPr>
                <w:b/>
                <w:sz w:val="18"/>
              </w:rPr>
              <w:t xml:space="preserve">D.M. 7 </w:t>
            </w:r>
            <w:proofErr w:type="spellStart"/>
            <w:r w:rsidRPr="00106719">
              <w:rPr>
                <w:b/>
                <w:sz w:val="18"/>
              </w:rPr>
              <w:t>settembre</w:t>
            </w:r>
            <w:proofErr w:type="spellEnd"/>
            <w:r w:rsidRPr="00106719">
              <w:rPr>
                <w:b/>
                <w:sz w:val="18"/>
              </w:rPr>
              <w:t xml:space="preserve"> 2024, n. 183</w:t>
            </w:r>
          </w:p>
        </w:tc>
        <w:tc>
          <w:tcPr>
            <w:tcW w:w="6917" w:type="dxa"/>
          </w:tcPr>
          <w:p w14:paraId="332C20EF" w14:textId="77777777" w:rsidR="00C37EC4" w:rsidRPr="00106719" w:rsidRDefault="00C37EC4" w:rsidP="0085799D">
            <w:pPr>
              <w:spacing w:after="20"/>
              <w:rPr>
                <w:lang w:val="it-IT"/>
              </w:rPr>
            </w:pPr>
            <w:r w:rsidRPr="00106719">
              <w:rPr>
                <w:sz w:val="18"/>
                <w:lang w:val="it-IT"/>
              </w:rPr>
              <w:t xml:space="preserve">Linee guida per l'insegnamento dell'educazione civica: i tre nuclei (Costituzione, Sviluppo sostenibile, Cittadinanza digitale) vanno distribuiti sulle </w:t>
            </w:r>
            <w:proofErr w:type="spellStart"/>
            <w:r w:rsidRPr="00106719">
              <w:rPr>
                <w:sz w:val="18"/>
                <w:lang w:val="it-IT"/>
              </w:rPr>
              <w:t>U.d.A</w:t>
            </w:r>
            <w:proofErr w:type="spellEnd"/>
            <w:r w:rsidRPr="00106719">
              <w:rPr>
                <w:sz w:val="18"/>
                <w:lang w:val="it-IT"/>
              </w:rPr>
              <w:t>. disciplinari fino alla concorrenza delle 33 ore annuali.</w:t>
            </w:r>
          </w:p>
        </w:tc>
      </w:tr>
      <w:tr w:rsidR="00C37EC4" w:rsidRPr="00106719" w14:paraId="7759F8BC" w14:textId="77777777" w:rsidTr="0085799D">
        <w:tc>
          <w:tcPr>
            <w:tcW w:w="2835" w:type="dxa"/>
            <w:shd w:val="clear" w:color="auto" w:fill="EDF0F5"/>
          </w:tcPr>
          <w:p w14:paraId="5255DB78" w14:textId="77777777" w:rsidR="00C37EC4" w:rsidRPr="00106719" w:rsidRDefault="00C37EC4" w:rsidP="0085799D">
            <w:pPr>
              <w:spacing w:after="20"/>
            </w:pPr>
            <w:r w:rsidRPr="00106719">
              <w:rPr>
                <w:b/>
                <w:sz w:val="18"/>
              </w:rPr>
              <w:t xml:space="preserve">Legge 1° </w:t>
            </w:r>
            <w:proofErr w:type="spellStart"/>
            <w:r w:rsidRPr="00106719">
              <w:rPr>
                <w:b/>
                <w:sz w:val="18"/>
              </w:rPr>
              <w:t>ottobre</w:t>
            </w:r>
            <w:proofErr w:type="spellEnd"/>
            <w:r w:rsidRPr="00106719">
              <w:rPr>
                <w:b/>
                <w:sz w:val="18"/>
              </w:rPr>
              <w:t xml:space="preserve"> 2024, n. 150</w:t>
            </w:r>
          </w:p>
        </w:tc>
        <w:tc>
          <w:tcPr>
            <w:tcW w:w="6917" w:type="dxa"/>
          </w:tcPr>
          <w:p w14:paraId="42D16D46" w14:textId="77777777" w:rsidR="00C37EC4" w:rsidRPr="00106719" w:rsidRDefault="00C37EC4" w:rsidP="0085799D">
            <w:pPr>
              <w:spacing w:after="20"/>
              <w:rPr>
                <w:lang w:val="it-IT"/>
              </w:rPr>
            </w:pPr>
            <w:r w:rsidRPr="00106719">
              <w:rPr>
                <w:sz w:val="18"/>
                <w:lang w:val="it-IT"/>
              </w:rPr>
              <w:t xml:space="preserve">Revisione della disciplina del voto in condotta e del giudizio sintetico: incide sui criteri di osservazione dei comportamenti agiti nelle attività laboratoriali e di gruppo previste dalle </w:t>
            </w:r>
            <w:proofErr w:type="spellStart"/>
            <w:r w:rsidRPr="00106719">
              <w:rPr>
                <w:sz w:val="18"/>
                <w:lang w:val="it-IT"/>
              </w:rPr>
              <w:t>U.d.A</w:t>
            </w:r>
            <w:proofErr w:type="spellEnd"/>
            <w:r w:rsidRPr="00106719">
              <w:rPr>
                <w:sz w:val="18"/>
                <w:lang w:val="it-IT"/>
              </w:rPr>
              <w:t>.</w:t>
            </w:r>
          </w:p>
        </w:tc>
      </w:tr>
      <w:tr w:rsidR="00C37EC4" w:rsidRPr="00106719" w14:paraId="28361BBC" w14:textId="77777777" w:rsidTr="0085799D">
        <w:tc>
          <w:tcPr>
            <w:tcW w:w="2835" w:type="dxa"/>
            <w:shd w:val="clear" w:color="auto" w:fill="EDF0F5"/>
          </w:tcPr>
          <w:p w14:paraId="51A82A20" w14:textId="77777777" w:rsidR="00C37EC4" w:rsidRPr="00106719" w:rsidRDefault="00C37EC4" w:rsidP="0085799D">
            <w:pPr>
              <w:spacing w:after="20"/>
              <w:rPr>
                <w:lang w:val="it-IT"/>
              </w:rPr>
            </w:pPr>
            <w:r w:rsidRPr="00106719">
              <w:rPr>
                <w:b/>
                <w:sz w:val="18"/>
                <w:lang w:val="it-IT"/>
              </w:rPr>
              <w:t xml:space="preserve">D.L. 9 settembre 2025, n. 127, </w:t>
            </w:r>
            <w:proofErr w:type="spellStart"/>
            <w:r w:rsidRPr="00106719">
              <w:rPr>
                <w:b/>
                <w:sz w:val="18"/>
                <w:lang w:val="it-IT"/>
              </w:rPr>
              <w:t>conv</w:t>
            </w:r>
            <w:proofErr w:type="spellEnd"/>
            <w:r w:rsidRPr="00106719">
              <w:rPr>
                <w:b/>
                <w:sz w:val="18"/>
                <w:lang w:val="it-IT"/>
              </w:rPr>
              <w:t>. con mod. dalla L. 30 ottobre 2025, n. 164</w:t>
            </w:r>
          </w:p>
        </w:tc>
        <w:tc>
          <w:tcPr>
            <w:tcW w:w="6917" w:type="dxa"/>
          </w:tcPr>
          <w:p w14:paraId="3B64E1C5" w14:textId="77777777" w:rsidR="00C37EC4" w:rsidRPr="00106719" w:rsidRDefault="00C37EC4" w:rsidP="0085799D">
            <w:pPr>
              <w:spacing w:after="20"/>
              <w:rPr>
                <w:lang w:val="it-IT"/>
              </w:rPr>
            </w:pPr>
            <w:r w:rsidRPr="00106719">
              <w:rPr>
                <w:sz w:val="18"/>
                <w:lang w:val="it-IT"/>
              </w:rPr>
              <w:t xml:space="preserve">Riforma dell'esame di Stato del secondo ciclo: colloquio incentrato su quattro discipline individuate annualmente; ridenominazione dei PCTO in «formazione scuola-lavoro» con monte ore minimo di 90 ore nei licei. Le </w:t>
            </w:r>
            <w:proofErr w:type="spellStart"/>
            <w:r w:rsidRPr="00106719">
              <w:rPr>
                <w:sz w:val="18"/>
                <w:lang w:val="it-IT"/>
              </w:rPr>
              <w:t>U.d.A</w:t>
            </w:r>
            <w:proofErr w:type="spellEnd"/>
            <w:r w:rsidRPr="00106719">
              <w:rPr>
                <w:sz w:val="18"/>
                <w:lang w:val="it-IT"/>
              </w:rPr>
              <w:t>. del secondo biennio e del quinto anno devono predisporre i nodi concettuali che il colloquio andrà a sollecitare.</w:t>
            </w:r>
          </w:p>
        </w:tc>
      </w:tr>
      <w:tr w:rsidR="00C37EC4" w:rsidRPr="00106719" w14:paraId="117637CF" w14:textId="77777777" w:rsidTr="0085799D">
        <w:tc>
          <w:tcPr>
            <w:tcW w:w="2835" w:type="dxa"/>
            <w:shd w:val="clear" w:color="auto" w:fill="EDF0F5"/>
          </w:tcPr>
          <w:p w14:paraId="3ED2B49E" w14:textId="77777777" w:rsidR="00C37EC4" w:rsidRPr="00106719" w:rsidRDefault="00C37EC4" w:rsidP="0085799D">
            <w:pPr>
              <w:spacing w:after="20"/>
            </w:pPr>
            <w:r w:rsidRPr="00106719">
              <w:rPr>
                <w:b/>
                <w:sz w:val="18"/>
                <w:lang w:val="it-IT"/>
              </w:rPr>
              <w:lastRenderedPageBreak/>
              <w:t xml:space="preserve">D.M. 10 giugno 2026, n. 104 e nota M.I.M. AOODGOSV prot. </w:t>
            </w:r>
            <w:r w:rsidRPr="00106719">
              <w:rPr>
                <w:b/>
                <w:sz w:val="18"/>
              </w:rPr>
              <w:t>135291 del 24/06/2026</w:t>
            </w:r>
          </w:p>
        </w:tc>
        <w:tc>
          <w:tcPr>
            <w:tcW w:w="6917" w:type="dxa"/>
          </w:tcPr>
          <w:p w14:paraId="3467E984" w14:textId="77777777" w:rsidR="00C37EC4" w:rsidRPr="00106719" w:rsidRDefault="00C37EC4" w:rsidP="0085799D">
            <w:pPr>
              <w:spacing w:after="20"/>
              <w:rPr>
                <w:lang w:val="it-IT"/>
              </w:rPr>
            </w:pPr>
            <w:r w:rsidRPr="00106719">
              <w:rPr>
                <w:sz w:val="18"/>
                <w:lang w:val="it-IT"/>
              </w:rPr>
              <w:t xml:space="preserve">Autorizzazione del percorso «Liceo Matematico» ex art. 11 D.P.R. 275/1999, per un quinquennio a decorrere </w:t>
            </w:r>
            <w:proofErr w:type="spellStart"/>
            <w:r w:rsidRPr="00106719">
              <w:rPr>
                <w:sz w:val="18"/>
                <w:lang w:val="it-IT"/>
              </w:rPr>
              <w:t>dall'a.s.</w:t>
            </w:r>
            <w:proofErr w:type="spellEnd"/>
            <w:r w:rsidRPr="00106719">
              <w:rPr>
                <w:sz w:val="18"/>
                <w:lang w:val="it-IT"/>
              </w:rPr>
              <w:t xml:space="preserve"> 2026/2027, come innesto sul percorso LI02 – Scientifico; rete </w:t>
            </w:r>
            <w:proofErr w:type="spellStart"/>
            <w:r w:rsidRPr="00106719">
              <w:rPr>
                <w:sz w:val="18"/>
                <w:lang w:val="it-IT"/>
              </w:rPr>
              <w:t>Re.Na.</w:t>
            </w:r>
            <w:proofErr w:type="gramStart"/>
            <w:r w:rsidRPr="00106719">
              <w:rPr>
                <w:sz w:val="18"/>
                <w:lang w:val="it-IT"/>
              </w:rPr>
              <w:t>Li.Mat</w:t>
            </w:r>
            <w:proofErr w:type="spellEnd"/>
            <w:proofErr w:type="gramEnd"/>
            <w:r w:rsidRPr="00106719">
              <w:rPr>
                <w:sz w:val="18"/>
                <w:lang w:val="it-IT"/>
              </w:rPr>
              <w:t>. con scuola capofila il Liceo Scientifico «P.S. Mancini» di Avellino.</w:t>
            </w:r>
          </w:p>
        </w:tc>
      </w:tr>
      <w:tr w:rsidR="00C37EC4" w:rsidRPr="00106719" w14:paraId="5E7D8D16" w14:textId="77777777" w:rsidTr="0085799D">
        <w:tc>
          <w:tcPr>
            <w:tcW w:w="2835" w:type="dxa"/>
            <w:shd w:val="clear" w:color="auto" w:fill="EDF0F5"/>
          </w:tcPr>
          <w:p w14:paraId="7F47C548" w14:textId="77777777" w:rsidR="00C37EC4" w:rsidRPr="00106719" w:rsidRDefault="00C37EC4" w:rsidP="0085799D">
            <w:pPr>
              <w:spacing w:after="20"/>
              <w:rPr>
                <w:lang w:val="it-IT"/>
              </w:rPr>
            </w:pPr>
            <w:r w:rsidRPr="00106719">
              <w:rPr>
                <w:b/>
                <w:sz w:val="18"/>
                <w:lang w:val="it-IT"/>
              </w:rPr>
              <w:t>Regolamento d'Istituto della formazione scuola-lavoro del Polo Liceale</w:t>
            </w:r>
          </w:p>
        </w:tc>
        <w:tc>
          <w:tcPr>
            <w:tcW w:w="6917" w:type="dxa"/>
          </w:tcPr>
          <w:p w14:paraId="7F684720" w14:textId="77777777" w:rsidR="00C37EC4" w:rsidRPr="00106719" w:rsidRDefault="00C37EC4" w:rsidP="0085799D">
            <w:pPr>
              <w:spacing w:after="20"/>
              <w:rPr>
                <w:lang w:val="it-IT"/>
              </w:rPr>
            </w:pPr>
            <w:r w:rsidRPr="00106719">
              <w:rPr>
                <w:sz w:val="18"/>
                <w:lang w:val="it-IT"/>
              </w:rPr>
              <w:t>Ripartizione del monte ore su tre annualità (45 ore in classe terza, di cui 15 di Piano Lauree Scientifiche più la formazione sulla sicurezza; 40 ore in classe quarta; 5 ore in classe quinta) e prevalenza curricolare fissata al 70% del monte ore individuale.</w:t>
            </w:r>
          </w:p>
        </w:tc>
      </w:tr>
    </w:tbl>
    <w:p w14:paraId="119A6594" w14:textId="77777777" w:rsidR="00C37EC4" w:rsidRPr="00106719" w:rsidRDefault="00C37EC4" w:rsidP="00C37EC4">
      <w:pPr>
        <w:pStyle w:val="Titolo2"/>
        <w:spacing w:before="280" w:after="120"/>
        <w:rPr>
          <w:color w:val="auto"/>
          <w:lang w:val="it-IT"/>
        </w:rPr>
      </w:pPr>
      <w:r w:rsidRPr="00106719">
        <w:rPr>
          <w:rFonts w:ascii="Book Antiqua" w:hAnsi="Book Antiqua"/>
          <w:color w:val="auto"/>
          <w:sz w:val="25"/>
          <w:lang w:val="it-IT"/>
        </w:rPr>
        <w:t>2. L'</w:t>
      </w:r>
      <w:proofErr w:type="spellStart"/>
      <w:r w:rsidRPr="00106719">
        <w:rPr>
          <w:rFonts w:ascii="Book Antiqua" w:hAnsi="Book Antiqua"/>
          <w:color w:val="auto"/>
          <w:sz w:val="25"/>
          <w:lang w:val="it-IT"/>
        </w:rPr>
        <w:t>U.d.A</w:t>
      </w:r>
      <w:proofErr w:type="spellEnd"/>
      <w:r w:rsidRPr="00106719">
        <w:rPr>
          <w:rFonts w:ascii="Book Antiqua" w:hAnsi="Book Antiqua"/>
          <w:color w:val="auto"/>
          <w:sz w:val="25"/>
          <w:lang w:val="it-IT"/>
        </w:rPr>
        <w:t>. disciplinare: che cos'è e a che cosa serve</w:t>
      </w:r>
    </w:p>
    <w:p w14:paraId="6B379769" w14:textId="77777777" w:rsidR="00C37EC4" w:rsidRPr="00106719" w:rsidRDefault="00C37EC4" w:rsidP="00C37EC4">
      <w:pPr>
        <w:spacing w:after="120"/>
        <w:jc w:val="both"/>
        <w:rPr>
          <w:lang w:val="it-IT"/>
        </w:rPr>
      </w:pPr>
      <w:r w:rsidRPr="00106719">
        <w:rPr>
          <w:lang w:val="it-IT"/>
        </w:rPr>
        <w:t>L'Unità di Apprendimento disciplinare è il segmento in cui il docente della singola disciplina organizza una porzione compiuta del proprio percorso annuale attorno a un nucleo fondante della materia. Ha come titolare il singolo docente, che ne risponde nel proprio piano di lavoro; ha come oggetto un sapere disciplinare specifico, articolato in conoscenze, abilità e competenza; ha come esito una padronanza che si manifesta anche in prove tradizionali (interrogazione, tema, problema, traduzione, elaborato grafico, prova pratica).</w:t>
      </w:r>
    </w:p>
    <w:p w14:paraId="4EB87D45" w14:textId="77777777" w:rsidR="00C37EC4" w:rsidRPr="00106719" w:rsidRDefault="00C37EC4" w:rsidP="00C37EC4">
      <w:pPr>
        <w:spacing w:after="120"/>
        <w:jc w:val="both"/>
        <w:rPr>
          <w:lang w:val="it-IT"/>
        </w:rPr>
      </w:pPr>
      <w:r w:rsidRPr="00106719">
        <w:rPr>
          <w:lang w:val="it-IT"/>
        </w:rPr>
        <w:t xml:space="preserve">La sua funzione è garantire che la progressione degli apprendimenti sia esplicita, verificabile e comunicabile: allo studente, che deve sapere che cosa sta imparando e perché; alla famiglia, che deve poter leggere il percorso; al Consiglio di classe, che sulla base delle </w:t>
      </w:r>
      <w:proofErr w:type="spellStart"/>
      <w:r w:rsidRPr="00106719">
        <w:rPr>
          <w:lang w:val="it-IT"/>
        </w:rPr>
        <w:t>U.d.A</w:t>
      </w:r>
      <w:proofErr w:type="spellEnd"/>
      <w:r w:rsidRPr="00106719">
        <w:rPr>
          <w:lang w:val="it-IT"/>
        </w:rPr>
        <w:t>. disciplinari costruisce il quadro complessivo; alla commissione d'esame, che nel nuovo assetto del colloquio lavora sui nodi concettuali delle quattro discipline individuate.</w:t>
      </w:r>
    </w:p>
    <w:p w14:paraId="16AAB016" w14:textId="77777777" w:rsidR="00C37EC4" w:rsidRPr="00106719" w:rsidRDefault="00C37EC4" w:rsidP="00C37EC4">
      <w:pPr>
        <w:spacing w:after="120"/>
        <w:jc w:val="both"/>
        <w:rPr>
          <w:lang w:val="it-IT"/>
        </w:rPr>
      </w:pPr>
      <w:r w:rsidRPr="00106719">
        <w:rPr>
          <w:lang w:val="it-IT"/>
        </w:rPr>
        <w:t>L'</w:t>
      </w:r>
      <w:proofErr w:type="spellStart"/>
      <w:r w:rsidRPr="00106719">
        <w:rPr>
          <w:lang w:val="it-IT"/>
        </w:rPr>
        <w:t>U.d.A</w:t>
      </w:r>
      <w:proofErr w:type="spellEnd"/>
      <w:r w:rsidRPr="00106719">
        <w:rPr>
          <w:lang w:val="it-IT"/>
        </w:rPr>
        <w:t>. disciplinare non richiede necessariamente un prodotto: richiede sempre un'evidenza di apprendimento, che può essere un elaborato, una prova strutturata, una relazione di laboratorio, una performance. Non richiede il coinvolgimento di altri docenti, benché possa prevedere raccordi. Non richiede una rubrica di prodotto, ma una rubrica di competenza o, in alternativa, criteri di valutazione disciplinari espliciti e condivisi in Dipartimento.</w:t>
      </w:r>
    </w:p>
    <w:p w14:paraId="2D3204AD" w14:textId="77777777" w:rsidR="00C37EC4" w:rsidRPr="00106719" w:rsidRDefault="00C37EC4" w:rsidP="00C37EC4">
      <w:pPr>
        <w:pStyle w:val="Titolo2"/>
        <w:spacing w:before="280" w:after="120"/>
        <w:rPr>
          <w:color w:val="auto"/>
          <w:lang w:val="it-IT"/>
        </w:rPr>
      </w:pPr>
      <w:r w:rsidRPr="00106719">
        <w:rPr>
          <w:rFonts w:ascii="Book Antiqua" w:hAnsi="Book Antiqua"/>
          <w:color w:val="auto"/>
          <w:sz w:val="25"/>
          <w:lang w:val="it-IT"/>
        </w:rPr>
        <w:t>3. L'</w:t>
      </w:r>
      <w:proofErr w:type="spellStart"/>
      <w:r w:rsidRPr="00106719">
        <w:rPr>
          <w:rFonts w:ascii="Book Antiqua" w:hAnsi="Book Antiqua"/>
          <w:color w:val="auto"/>
          <w:sz w:val="25"/>
          <w:lang w:val="it-IT"/>
        </w:rPr>
        <w:t>U.d.A</w:t>
      </w:r>
      <w:proofErr w:type="spellEnd"/>
      <w:r w:rsidRPr="00106719">
        <w:rPr>
          <w:rFonts w:ascii="Book Antiqua" w:hAnsi="Book Antiqua"/>
          <w:color w:val="auto"/>
          <w:sz w:val="25"/>
          <w:lang w:val="it-IT"/>
        </w:rPr>
        <w:t>. interdisciplinare per il compito di realtà/autentico</w:t>
      </w:r>
    </w:p>
    <w:p w14:paraId="72EA1BAA" w14:textId="77777777" w:rsidR="00C37EC4" w:rsidRPr="00106719" w:rsidRDefault="00C37EC4" w:rsidP="00C37EC4">
      <w:pPr>
        <w:spacing w:after="120"/>
        <w:jc w:val="both"/>
        <w:rPr>
          <w:lang w:val="it-IT"/>
        </w:rPr>
      </w:pPr>
      <w:r w:rsidRPr="00106719">
        <w:rPr>
          <w:lang w:val="it-IT"/>
        </w:rPr>
        <w:t>L'Unità di Apprendimento interdisciplinare per il compito di realtà o compito autentico è invece un dispositivo del Consiglio di classe. Ha come titolare l'organo collegiale nel suo insieme, con un docente referente che ne coordina l'attuazione; ha come oggetto una situazione-problema tratta dalla realtà, non riconducibile a una sola disciplina; ha come esito obbligatorio un prodotto riconoscibile e destinato a un committente o a un pubblico reale.</w:t>
      </w:r>
    </w:p>
    <w:p w14:paraId="1A343927" w14:textId="77777777" w:rsidR="00C37EC4" w:rsidRPr="00106719" w:rsidRDefault="00C37EC4" w:rsidP="00C37EC4">
      <w:pPr>
        <w:spacing w:after="120"/>
        <w:jc w:val="both"/>
        <w:rPr>
          <w:lang w:val="it-IT"/>
        </w:rPr>
      </w:pPr>
      <w:r w:rsidRPr="00106719">
        <w:rPr>
          <w:lang w:val="it-IT"/>
        </w:rPr>
        <w:t>Il compito di realtà chiede allo studente di mobilitare, in condizioni di relativa incertezza e con margini di autonomia, saperi appresi in contesti diversi. È questa mobilitazione, e non la quantità di discipline coinvolte, a definirne la natura: un lavoro a cui concorrono cinque docenti ma che consiste in cinque compiti separati non è un compito di realtà; un lavoro a cui concorrono due docenti ma che pone allo studente un problema aperto da risolvere con un prodotto lo è pienamente.</w:t>
      </w:r>
    </w:p>
    <w:p w14:paraId="60815253" w14:textId="77777777" w:rsidR="00C37EC4" w:rsidRPr="00106719" w:rsidRDefault="00C37EC4" w:rsidP="00C37EC4">
      <w:pPr>
        <w:spacing w:after="120"/>
        <w:jc w:val="both"/>
        <w:rPr>
          <w:lang w:val="it-IT"/>
        </w:rPr>
      </w:pPr>
      <w:r w:rsidRPr="00106719">
        <w:rPr>
          <w:lang w:val="it-IT"/>
        </w:rPr>
        <w:t>La valutazione dell'</w:t>
      </w:r>
      <w:proofErr w:type="spellStart"/>
      <w:r w:rsidRPr="00106719">
        <w:rPr>
          <w:lang w:val="it-IT"/>
        </w:rPr>
        <w:t>U.d.A</w:t>
      </w:r>
      <w:proofErr w:type="spellEnd"/>
      <w:r w:rsidRPr="00106719">
        <w:rPr>
          <w:lang w:val="it-IT"/>
        </w:rPr>
        <w:t>. interdisciplinare si articola necessariamente su tre livelli: la valutazione del prodotto, mediante rubrica condivisa; la valutazione del processo, mediante osservazione sistematica e diario di bordo; la valutazione della consapevolezza, mediante relazione riflessiva individuale. Gli esiti confluiscono nelle valutazioni disciplinari per la parte di competenza di ciascun docente, nella valutazione dell'educazione civica e negli elementi di giudizio per il voto di condotta ai sensi della L. 150/2024.</w:t>
      </w:r>
    </w:p>
    <w:p w14:paraId="5C402D17" w14:textId="77777777" w:rsidR="00C37EC4" w:rsidRPr="00106719" w:rsidRDefault="00C37EC4" w:rsidP="00C37EC4">
      <w:pPr>
        <w:spacing w:after="120"/>
        <w:jc w:val="both"/>
        <w:rPr>
          <w:lang w:val="it-IT"/>
        </w:rPr>
      </w:pPr>
      <w:r w:rsidRPr="00106719">
        <w:rPr>
          <w:lang w:val="it-IT"/>
        </w:rPr>
        <w:t>Presso il Polo Liceale l'</w:t>
      </w:r>
      <w:proofErr w:type="spellStart"/>
      <w:r w:rsidRPr="00106719">
        <w:rPr>
          <w:lang w:val="it-IT"/>
        </w:rPr>
        <w:t>U.d.A</w:t>
      </w:r>
      <w:proofErr w:type="spellEnd"/>
      <w:r w:rsidRPr="00106719">
        <w:rPr>
          <w:lang w:val="it-IT"/>
        </w:rPr>
        <w:t>. interdisciplinare d'istituto è quella già adottata con il format «Il patrimonio che parla» — realizzazione di un archivio digitale con QR code sui beni culturali e ambientali di Ariano Irpino e del territorio — declinabile da ciascun Consiglio di classe secondo l'indirizzo di appartenenza. Ogni scheda disciplinare del presente documento indica, nell'ultimo campo, l'apporto specifico che quella disciplina è chiamata a portare al compito di realtà.</w:t>
      </w:r>
    </w:p>
    <w:p w14:paraId="250EBDA0" w14:textId="77777777" w:rsidR="00C37EC4" w:rsidRPr="00106719" w:rsidRDefault="00C37EC4" w:rsidP="00C37EC4">
      <w:pPr>
        <w:rPr>
          <w:lang w:val="it-IT"/>
        </w:rPr>
      </w:pPr>
      <w:r w:rsidRPr="00106719">
        <w:rPr>
          <w:lang w:val="it-IT"/>
        </w:rPr>
        <w:br w:type="page"/>
      </w:r>
    </w:p>
    <w:p w14:paraId="418D56AD" w14:textId="77777777" w:rsidR="00C37EC4" w:rsidRPr="00106719" w:rsidRDefault="00C37EC4" w:rsidP="00C37EC4">
      <w:pPr>
        <w:pStyle w:val="Titolo2"/>
        <w:spacing w:before="280" w:after="120"/>
        <w:rPr>
          <w:color w:val="auto"/>
          <w:lang w:val="it-IT"/>
        </w:rPr>
      </w:pPr>
      <w:r w:rsidRPr="00106719">
        <w:rPr>
          <w:rFonts w:ascii="Book Antiqua" w:hAnsi="Book Antiqua"/>
          <w:color w:val="auto"/>
          <w:sz w:val="25"/>
          <w:lang w:val="it-IT"/>
        </w:rPr>
        <w:lastRenderedPageBreak/>
        <w:t>4. Tabella comparativa: dodici criteri di distinzione</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1928"/>
        <w:gridCol w:w="3912"/>
        <w:gridCol w:w="3912"/>
      </w:tblGrid>
      <w:tr w:rsidR="00C37EC4" w:rsidRPr="00106719" w14:paraId="1970CFCC" w14:textId="77777777" w:rsidTr="0085799D">
        <w:trPr>
          <w:tblHeader/>
        </w:trPr>
        <w:tc>
          <w:tcPr>
            <w:tcW w:w="1928" w:type="dxa"/>
            <w:shd w:val="clear" w:color="auto" w:fill="D6DFEE"/>
          </w:tcPr>
          <w:p w14:paraId="6643037C" w14:textId="77777777" w:rsidR="00C37EC4" w:rsidRPr="00106719" w:rsidRDefault="00C37EC4" w:rsidP="0085799D">
            <w:pPr>
              <w:spacing w:after="20"/>
            </w:pPr>
            <w:r w:rsidRPr="00106719">
              <w:rPr>
                <w:b/>
                <w:sz w:val="17"/>
              </w:rPr>
              <w:t xml:space="preserve">Elemento di </w:t>
            </w:r>
            <w:proofErr w:type="spellStart"/>
            <w:r w:rsidRPr="00106719">
              <w:rPr>
                <w:b/>
                <w:sz w:val="17"/>
              </w:rPr>
              <w:t>confronto</w:t>
            </w:r>
            <w:proofErr w:type="spellEnd"/>
          </w:p>
        </w:tc>
        <w:tc>
          <w:tcPr>
            <w:tcW w:w="3912" w:type="dxa"/>
            <w:shd w:val="clear" w:color="auto" w:fill="D6DFEE"/>
          </w:tcPr>
          <w:p w14:paraId="33E9A7AE" w14:textId="77777777" w:rsidR="00C37EC4" w:rsidRPr="00106719" w:rsidRDefault="00C37EC4" w:rsidP="0085799D">
            <w:pPr>
              <w:spacing w:after="20"/>
            </w:pPr>
            <w:proofErr w:type="spellStart"/>
            <w:r w:rsidRPr="00106719">
              <w:rPr>
                <w:b/>
                <w:sz w:val="17"/>
              </w:rPr>
              <w:t>U.d.A.</w:t>
            </w:r>
            <w:proofErr w:type="spellEnd"/>
            <w:r w:rsidRPr="00106719">
              <w:rPr>
                <w:b/>
                <w:sz w:val="17"/>
              </w:rPr>
              <w:t xml:space="preserve"> DISCIPLINARE</w:t>
            </w:r>
          </w:p>
        </w:tc>
        <w:tc>
          <w:tcPr>
            <w:tcW w:w="3912" w:type="dxa"/>
            <w:shd w:val="clear" w:color="auto" w:fill="D6DFEE"/>
          </w:tcPr>
          <w:p w14:paraId="25D28CD0" w14:textId="77777777" w:rsidR="00C37EC4" w:rsidRPr="00106719" w:rsidRDefault="00C37EC4" w:rsidP="0085799D">
            <w:pPr>
              <w:spacing w:after="20"/>
              <w:rPr>
                <w:lang w:val="it-IT"/>
              </w:rPr>
            </w:pPr>
            <w:proofErr w:type="spellStart"/>
            <w:r w:rsidRPr="00106719">
              <w:rPr>
                <w:b/>
                <w:sz w:val="17"/>
                <w:lang w:val="it-IT"/>
              </w:rPr>
              <w:t>U.d.A</w:t>
            </w:r>
            <w:proofErr w:type="spellEnd"/>
            <w:r w:rsidRPr="00106719">
              <w:rPr>
                <w:b/>
                <w:sz w:val="17"/>
                <w:lang w:val="it-IT"/>
              </w:rPr>
              <w:t>. INTERDISCIPLINARE per compito di realtà</w:t>
            </w:r>
          </w:p>
        </w:tc>
      </w:tr>
      <w:tr w:rsidR="00C37EC4" w:rsidRPr="00106719" w14:paraId="42E71113" w14:textId="77777777" w:rsidTr="0085799D">
        <w:tc>
          <w:tcPr>
            <w:tcW w:w="1928" w:type="dxa"/>
            <w:shd w:val="clear" w:color="auto" w:fill="EDF0F5"/>
          </w:tcPr>
          <w:p w14:paraId="17E07C7C" w14:textId="77777777" w:rsidR="00C37EC4" w:rsidRPr="00106719" w:rsidRDefault="00C37EC4" w:rsidP="0085799D">
            <w:pPr>
              <w:spacing w:after="20"/>
            </w:pPr>
            <w:proofErr w:type="spellStart"/>
            <w:r w:rsidRPr="00106719">
              <w:rPr>
                <w:sz w:val="17"/>
              </w:rPr>
              <w:t>Titolarità</w:t>
            </w:r>
            <w:proofErr w:type="spellEnd"/>
          </w:p>
        </w:tc>
        <w:tc>
          <w:tcPr>
            <w:tcW w:w="3912" w:type="dxa"/>
          </w:tcPr>
          <w:p w14:paraId="1A145D71" w14:textId="77777777" w:rsidR="00C37EC4" w:rsidRPr="00106719" w:rsidRDefault="00C37EC4" w:rsidP="0085799D">
            <w:pPr>
              <w:spacing w:after="20"/>
              <w:rPr>
                <w:lang w:val="it-IT"/>
              </w:rPr>
            </w:pPr>
            <w:r w:rsidRPr="00106719">
              <w:rPr>
                <w:sz w:val="17"/>
                <w:lang w:val="it-IT"/>
              </w:rPr>
              <w:t>Il singolo docente della disciplina; approvazione in Dipartimento.</w:t>
            </w:r>
          </w:p>
        </w:tc>
        <w:tc>
          <w:tcPr>
            <w:tcW w:w="3912" w:type="dxa"/>
          </w:tcPr>
          <w:p w14:paraId="1A517AF7" w14:textId="77777777" w:rsidR="00C37EC4" w:rsidRPr="00106719" w:rsidRDefault="00C37EC4" w:rsidP="0085799D">
            <w:pPr>
              <w:spacing w:after="20"/>
              <w:rPr>
                <w:lang w:val="it-IT"/>
              </w:rPr>
            </w:pPr>
            <w:r w:rsidRPr="00106719">
              <w:rPr>
                <w:sz w:val="17"/>
                <w:lang w:val="it-IT"/>
              </w:rPr>
              <w:t>Il Consiglio di classe nella sua collegialità; un docente referente coordina.</w:t>
            </w:r>
          </w:p>
        </w:tc>
      </w:tr>
      <w:tr w:rsidR="00C37EC4" w:rsidRPr="00106719" w14:paraId="24BF7BB7" w14:textId="77777777" w:rsidTr="0085799D">
        <w:tc>
          <w:tcPr>
            <w:tcW w:w="1928" w:type="dxa"/>
            <w:shd w:val="clear" w:color="auto" w:fill="EDF0F5"/>
          </w:tcPr>
          <w:p w14:paraId="3586DA59" w14:textId="77777777" w:rsidR="00C37EC4" w:rsidRPr="00106719" w:rsidRDefault="00C37EC4" w:rsidP="0085799D">
            <w:pPr>
              <w:spacing w:after="20"/>
            </w:pPr>
            <w:proofErr w:type="spellStart"/>
            <w:r w:rsidRPr="00106719">
              <w:rPr>
                <w:sz w:val="17"/>
              </w:rPr>
              <w:t>Oggetto</w:t>
            </w:r>
            <w:proofErr w:type="spellEnd"/>
          </w:p>
        </w:tc>
        <w:tc>
          <w:tcPr>
            <w:tcW w:w="3912" w:type="dxa"/>
          </w:tcPr>
          <w:p w14:paraId="11735703" w14:textId="77777777" w:rsidR="00C37EC4" w:rsidRPr="00106719" w:rsidRDefault="00C37EC4" w:rsidP="0085799D">
            <w:pPr>
              <w:spacing w:after="20"/>
              <w:rPr>
                <w:lang w:val="it-IT"/>
              </w:rPr>
            </w:pPr>
            <w:r w:rsidRPr="00106719">
              <w:rPr>
                <w:sz w:val="17"/>
                <w:lang w:val="it-IT"/>
              </w:rPr>
              <w:t>Un nucleo fondante della disciplina (un genere letterario, una struttura algebrica, un campo di forze, un linguaggio visivo).</w:t>
            </w:r>
          </w:p>
        </w:tc>
        <w:tc>
          <w:tcPr>
            <w:tcW w:w="3912" w:type="dxa"/>
          </w:tcPr>
          <w:p w14:paraId="10DDB6EE" w14:textId="77777777" w:rsidR="00C37EC4" w:rsidRPr="00106719" w:rsidRDefault="00C37EC4" w:rsidP="0085799D">
            <w:pPr>
              <w:spacing w:after="20"/>
              <w:rPr>
                <w:lang w:val="it-IT"/>
              </w:rPr>
            </w:pPr>
            <w:r w:rsidRPr="00106719">
              <w:rPr>
                <w:sz w:val="17"/>
                <w:lang w:val="it-IT"/>
              </w:rPr>
              <w:t>Una situazione-problema della realtà che nessuna disciplina può risolvere da sola.</w:t>
            </w:r>
          </w:p>
        </w:tc>
      </w:tr>
      <w:tr w:rsidR="00C37EC4" w:rsidRPr="00106719" w14:paraId="0DA3879B" w14:textId="77777777" w:rsidTr="0085799D">
        <w:tc>
          <w:tcPr>
            <w:tcW w:w="1928" w:type="dxa"/>
            <w:shd w:val="clear" w:color="auto" w:fill="EDF0F5"/>
          </w:tcPr>
          <w:p w14:paraId="60F9D83F" w14:textId="77777777" w:rsidR="00C37EC4" w:rsidRPr="00106719" w:rsidRDefault="00C37EC4" w:rsidP="0085799D">
            <w:pPr>
              <w:spacing w:after="20"/>
            </w:pPr>
            <w:proofErr w:type="spellStart"/>
            <w:r w:rsidRPr="00106719">
              <w:rPr>
                <w:sz w:val="17"/>
              </w:rPr>
              <w:t>Domanda</w:t>
            </w:r>
            <w:proofErr w:type="spellEnd"/>
            <w:r w:rsidRPr="00106719">
              <w:rPr>
                <w:sz w:val="17"/>
              </w:rPr>
              <w:t xml:space="preserve"> di </w:t>
            </w:r>
            <w:proofErr w:type="spellStart"/>
            <w:r w:rsidRPr="00106719">
              <w:rPr>
                <w:sz w:val="17"/>
              </w:rPr>
              <w:t>partenza</w:t>
            </w:r>
            <w:proofErr w:type="spellEnd"/>
          </w:p>
        </w:tc>
        <w:tc>
          <w:tcPr>
            <w:tcW w:w="3912" w:type="dxa"/>
          </w:tcPr>
          <w:p w14:paraId="6BE9CEA3" w14:textId="77777777" w:rsidR="00C37EC4" w:rsidRPr="00106719" w:rsidRDefault="00C37EC4" w:rsidP="0085799D">
            <w:pPr>
              <w:spacing w:after="20"/>
              <w:rPr>
                <w:lang w:val="it-IT"/>
              </w:rPr>
            </w:pPr>
            <w:r w:rsidRPr="00106719">
              <w:rPr>
                <w:sz w:val="17"/>
                <w:lang w:val="it-IT"/>
              </w:rPr>
              <w:t>«Che cosa deve saper fare lo studente con questo sapere?»</w:t>
            </w:r>
          </w:p>
        </w:tc>
        <w:tc>
          <w:tcPr>
            <w:tcW w:w="3912" w:type="dxa"/>
          </w:tcPr>
          <w:p w14:paraId="03A936AF" w14:textId="77777777" w:rsidR="00C37EC4" w:rsidRPr="00106719" w:rsidRDefault="00C37EC4" w:rsidP="0085799D">
            <w:pPr>
              <w:spacing w:after="20"/>
              <w:rPr>
                <w:lang w:val="it-IT"/>
              </w:rPr>
            </w:pPr>
            <w:r w:rsidRPr="00106719">
              <w:rPr>
                <w:sz w:val="17"/>
                <w:lang w:val="it-IT"/>
              </w:rPr>
              <w:t>«Quale problema reale gli chiediamo di affrontare e con quale prodotto?»</w:t>
            </w:r>
          </w:p>
        </w:tc>
      </w:tr>
      <w:tr w:rsidR="00C37EC4" w:rsidRPr="00106719" w14:paraId="7F045C7C" w14:textId="77777777" w:rsidTr="0085799D">
        <w:tc>
          <w:tcPr>
            <w:tcW w:w="1928" w:type="dxa"/>
            <w:shd w:val="clear" w:color="auto" w:fill="EDF0F5"/>
          </w:tcPr>
          <w:p w14:paraId="55960958" w14:textId="77777777" w:rsidR="00C37EC4" w:rsidRPr="00106719" w:rsidRDefault="00C37EC4" w:rsidP="0085799D">
            <w:pPr>
              <w:spacing w:after="20"/>
            </w:pPr>
            <w:proofErr w:type="spellStart"/>
            <w:r w:rsidRPr="00106719">
              <w:rPr>
                <w:sz w:val="17"/>
              </w:rPr>
              <w:t>Esito</w:t>
            </w:r>
            <w:proofErr w:type="spellEnd"/>
            <w:r w:rsidRPr="00106719">
              <w:rPr>
                <w:sz w:val="17"/>
              </w:rPr>
              <w:t xml:space="preserve"> </w:t>
            </w:r>
            <w:proofErr w:type="spellStart"/>
            <w:r w:rsidRPr="00106719">
              <w:rPr>
                <w:sz w:val="17"/>
              </w:rPr>
              <w:t>richiesto</w:t>
            </w:r>
            <w:proofErr w:type="spellEnd"/>
          </w:p>
        </w:tc>
        <w:tc>
          <w:tcPr>
            <w:tcW w:w="3912" w:type="dxa"/>
          </w:tcPr>
          <w:p w14:paraId="77F14C1B" w14:textId="77777777" w:rsidR="00C37EC4" w:rsidRPr="00106719" w:rsidRDefault="00C37EC4" w:rsidP="0085799D">
            <w:pPr>
              <w:spacing w:after="20"/>
            </w:pPr>
            <w:r w:rsidRPr="00106719">
              <w:rPr>
                <w:sz w:val="17"/>
                <w:lang w:val="it-IT"/>
              </w:rPr>
              <w:t xml:space="preserve">Un'evidenza di apprendimento: prova, elaborato, relazione, performance. </w:t>
            </w:r>
            <w:r w:rsidRPr="00106719">
              <w:rPr>
                <w:sz w:val="17"/>
              </w:rPr>
              <w:t xml:space="preserve">Il </w:t>
            </w:r>
            <w:proofErr w:type="spellStart"/>
            <w:r w:rsidRPr="00106719">
              <w:rPr>
                <w:sz w:val="17"/>
              </w:rPr>
              <w:t>prodotto</w:t>
            </w:r>
            <w:proofErr w:type="spellEnd"/>
            <w:r w:rsidRPr="00106719">
              <w:rPr>
                <w:sz w:val="17"/>
              </w:rPr>
              <w:t xml:space="preserve"> è </w:t>
            </w:r>
            <w:proofErr w:type="spellStart"/>
            <w:r w:rsidRPr="00106719">
              <w:rPr>
                <w:sz w:val="17"/>
              </w:rPr>
              <w:t>possibile</w:t>
            </w:r>
            <w:proofErr w:type="spellEnd"/>
            <w:r w:rsidRPr="00106719">
              <w:rPr>
                <w:sz w:val="17"/>
              </w:rPr>
              <w:t xml:space="preserve"> </w:t>
            </w:r>
            <w:proofErr w:type="spellStart"/>
            <w:r w:rsidRPr="00106719">
              <w:rPr>
                <w:sz w:val="17"/>
              </w:rPr>
              <w:t>ma non</w:t>
            </w:r>
            <w:proofErr w:type="spellEnd"/>
            <w:r w:rsidRPr="00106719">
              <w:rPr>
                <w:sz w:val="17"/>
              </w:rPr>
              <w:t xml:space="preserve"> </w:t>
            </w:r>
            <w:proofErr w:type="spellStart"/>
            <w:r w:rsidRPr="00106719">
              <w:rPr>
                <w:sz w:val="17"/>
              </w:rPr>
              <w:t>obbligatorio</w:t>
            </w:r>
            <w:proofErr w:type="spellEnd"/>
            <w:r w:rsidRPr="00106719">
              <w:rPr>
                <w:sz w:val="17"/>
              </w:rPr>
              <w:t>.</w:t>
            </w:r>
          </w:p>
        </w:tc>
        <w:tc>
          <w:tcPr>
            <w:tcW w:w="3912" w:type="dxa"/>
          </w:tcPr>
          <w:p w14:paraId="7F01B186" w14:textId="77777777" w:rsidR="00C37EC4" w:rsidRPr="00106719" w:rsidRDefault="00C37EC4" w:rsidP="0085799D">
            <w:pPr>
              <w:spacing w:after="20"/>
              <w:rPr>
                <w:lang w:val="it-IT"/>
              </w:rPr>
            </w:pPr>
            <w:r w:rsidRPr="00106719">
              <w:rPr>
                <w:sz w:val="17"/>
                <w:lang w:val="it-IT"/>
              </w:rPr>
              <w:t>Un prodotto obbligatorio, riconoscibile, destinato a un committente o a un pubblico reale.</w:t>
            </w:r>
          </w:p>
        </w:tc>
      </w:tr>
      <w:tr w:rsidR="00C37EC4" w:rsidRPr="00106719" w14:paraId="07E04DBC" w14:textId="77777777" w:rsidTr="0085799D">
        <w:tc>
          <w:tcPr>
            <w:tcW w:w="1928" w:type="dxa"/>
            <w:shd w:val="clear" w:color="auto" w:fill="EDF0F5"/>
          </w:tcPr>
          <w:p w14:paraId="655CF628" w14:textId="77777777" w:rsidR="00C37EC4" w:rsidRPr="00106719" w:rsidRDefault="00C37EC4" w:rsidP="0085799D">
            <w:pPr>
              <w:spacing w:after="20"/>
            </w:pPr>
            <w:proofErr w:type="spellStart"/>
            <w:r w:rsidRPr="00106719">
              <w:rPr>
                <w:sz w:val="17"/>
              </w:rPr>
              <w:t>Numero</w:t>
            </w:r>
            <w:proofErr w:type="spellEnd"/>
            <w:r w:rsidRPr="00106719">
              <w:rPr>
                <w:sz w:val="17"/>
              </w:rPr>
              <w:t xml:space="preserve"> e </w:t>
            </w:r>
            <w:proofErr w:type="spellStart"/>
            <w:r w:rsidRPr="00106719">
              <w:rPr>
                <w:sz w:val="17"/>
              </w:rPr>
              <w:t>collocazione</w:t>
            </w:r>
            <w:proofErr w:type="spellEnd"/>
          </w:p>
        </w:tc>
        <w:tc>
          <w:tcPr>
            <w:tcW w:w="3912" w:type="dxa"/>
          </w:tcPr>
          <w:p w14:paraId="3A5C5923" w14:textId="77777777" w:rsidR="00C37EC4" w:rsidRPr="00106719" w:rsidRDefault="00C37EC4" w:rsidP="0085799D">
            <w:pPr>
              <w:spacing w:after="20"/>
              <w:rPr>
                <w:lang w:val="it-IT"/>
              </w:rPr>
            </w:pPr>
            <w:r w:rsidRPr="00106719">
              <w:rPr>
                <w:sz w:val="17"/>
                <w:lang w:val="it-IT"/>
              </w:rPr>
              <w:t>Quattro per disciplina: due nel primo quadrimestre, due nel secondo.</w:t>
            </w:r>
          </w:p>
        </w:tc>
        <w:tc>
          <w:tcPr>
            <w:tcW w:w="3912" w:type="dxa"/>
          </w:tcPr>
          <w:p w14:paraId="03D4702E" w14:textId="77777777" w:rsidR="00C37EC4" w:rsidRPr="00106719" w:rsidRDefault="00C37EC4" w:rsidP="0085799D">
            <w:pPr>
              <w:spacing w:after="20"/>
              <w:rPr>
                <w:lang w:val="it-IT"/>
              </w:rPr>
            </w:pPr>
            <w:r w:rsidRPr="00106719">
              <w:rPr>
                <w:sz w:val="17"/>
                <w:lang w:val="it-IT"/>
              </w:rPr>
              <w:t>Una per classe per anno scolastico, di norma a cavallo tra i due quadrimestri.</w:t>
            </w:r>
          </w:p>
        </w:tc>
      </w:tr>
      <w:tr w:rsidR="00C37EC4" w:rsidRPr="00106719" w14:paraId="53F8CF31" w14:textId="77777777" w:rsidTr="0085799D">
        <w:tc>
          <w:tcPr>
            <w:tcW w:w="1928" w:type="dxa"/>
            <w:shd w:val="clear" w:color="auto" w:fill="EDF0F5"/>
          </w:tcPr>
          <w:p w14:paraId="4312E18A" w14:textId="77777777" w:rsidR="00C37EC4" w:rsidRPr="00106719" w:rsidRDefault="00C37EC4" w:rsidP="0085799D">
            <w:pPr>
              <w:spacing w:after="20"/>
            </w:pPr>
            <w:r w:rsidRPr="00106719">
              <w:rPr>
                <w:sz w:val="17"/>
              </w:rPr>
              <w:t>Monte ore</w:t>
            </w:r>
          </w:p>
        </w:tc>
        <w:tc>
          <w:tcPr>
            <w:tcW w:w="3912" w:type="dxa"/>
          </w:tcPr>
          <w:p w14:paraId="46634678" w14:textId="77777777" w:rsidR="00C37EC4" w:rsidRPr="00106719" w:rsidRDefault="00C37EC4" w:rsidP="0085799D">
            <w:pPr>
              <w:spacing w:after="20"/>
              <w:rPr>
                <w:lang w:val="it-IT"/>
              </w:rPr>
            </w:pPr>
            <w:r w:rsidRPr="00106719">
              <w:rPr>
                <w:sz w:val="17"/>
                <w:lang w:val="it-IT"/>
              </w:rPr>
              <w:t>Interno al monte ore ordinario della disciplina; nessuna ora aggiuntiva.</w:t>
            </w:r>
          </w:p>
        </w:tc>
        <w:tc>
          <w:tcPr>
            <w:tcW w:w="3912" w:type="dxa"/>
          </w:tcPr>
          <w:p w14:paraId="6993538A" w14:textId="77777777" w:rsidR="00C37EC4" w:rsidRPr="00106719" w:rsidRDefault="00C37EC4" w:rsidP="0085799D">
            <w:pPr>
              <w:spacing w:after="20"/>
              <w:rPr>
                <w:lang w:val="it-IT"/>
              </w:rPr>
            </w:pPr>
            <w:r w:rsidRPr="00106719">
              <w:rPr>
                <w:sz w:val="17"/>
                <w:lang w:val="it-IT"/>
              </w:rPr>
              <w:t>Da 15 a 30 ore complessive, prelevate in quota dalle discipline concorrenti secondo delibera del Consiglio di classe.</w:t>
            </w:r>
          </w:p>
        </w:tc>
      </w:tr>
      <w:tr w:rsidR="00C37EC4" w:rsidRPr="00106719" w14:paraId="128B17A8" w14:textId="77777777" w:rsidTr="0085799D">
        <w:tc>
          <w:tcPr>
            <w:tcW w:w="1928" w:type="dxa"/>
            <w:shd w:val="clear" w:color="auto" w:fill="EDF0F5"/>
          </w:tcPr>
          <w:p w14:paraId="0B316086" w14:textId="77777777" w:rsidR="00C37EC4" w:rsidRPr="00106719" w:rsidRDefault="00C37EC4" w:rsidP="0085799D">
            <w:pPr>
              <w:spacing w:after="20"/>
            </w:pPr>
            <w:proofErr w:type="spellStart"/>
            <w:r w:rsidRPr="00106719">
              <w:rPr>
                <w:sz w:val="17"/>
              </w:rPr>
              <w:t>Ruolo</w:t>
            </w:r>
            <w:proofErr w:type="spellEnd"/>
            <w:r w:rsidRPr="00106719">
              <w:rPr>
                <w:sz w:val="17"/>
              </w:rPr>
              <w:t xml:space="preserve"> dello studente</w:t>
            </w:r>
          </w:p>
        </w:tc>
        <w:tc>
          <w:tcPr>
            <w:tcW w:w="3912" w:type="dxa"/>
          </w:tcPr>
          <w:p w14:paraId="0050A05E" w14:textId="77777777" w:rsidR="00C37EC4" w:rsidRPr="00106719" w:rsidRDefault="00C37EC4" w:rsidP="0085799D">
            <w:pPr>
              <w:spacing w:after="20"/>
              <w:rPr>
                <w:lang w:val="it-IT"/>
              </w:rPr>
            </w:pPr>
            <w:r w:rsidRPr="00106719">
              <w:rPr>
                <w:sz w:val="17"/>
                <w:lang w:val="it-IT"/>
              </w:rPr>
              <w:t>Apprende, esercita, consolida e trasferisce entro il perimetro disciplinare.</w:t>
            </w:r>
          </w:p>
        </w:tc>
        <w:tc>
          <w:tcPr>
            <w:tcW w:w="3912" w:type="dxa"/>
          </w:tcPr>
          <w:p w14:paraId="3024E5A7" w14:textId="77777777" w:rsidR="00C37EC4" w:rsidRPr="00106719" w:rsidRDefault="00C37EC4" w:rsidP="0085799D">
            <w:pPr>
              <w:spacing w:after="20"/>
              <w:rPr>
                <w:lang w:val="it-IT"/>
              </w:rPr>
            </w:pPr>
            <w:r w:rsidRPr="00106719">
              <w:rPr>
                <w:sz w:val="17"/>
                <w:lang w:val="it-IT"/>
              </w:rPr>
              <w:t>Progetta, decide, negozia, produce e rende conto in condizioni di autonomia.</w:t>
            </w:r>
          </w:p>
        </w:tc>
      </w:tr>
      <w:tr w:rsidR="00C37EC4" w:rsidRPr="00106719" w14:paraId="71ECEAF6" w14:textId="77777777" w:rsidTr="0085799D">
        <w:tc>
          <w:tcPr>
            <w:tcW w:w="1928" w:type="dxa"/>
            <w:shd w:val="clear" w:color="auto" w:fill="EDF0F5"/>
          </w:tcPr>
          <w:p w14:paraId="7D173DAD" w14:textId="77777777" w:rsidR="00C37EC4" w:rsidRPr="00106719" w:rsidRDefault="00C37EC4" w:rsidP="0085799D">
            <w:pPr>
              <w:spacing w:after="20"/>
            </w:pPr>
            <w:r w:rsidRPr="00106719">
              <w:rPr>
                <w:sz w:val="17"/>
              </w:rPr>
              <w:t>Valutazione</w:t>
            </w:r>
          </w:p>
        </w:tc>
        <w:tc>
          <w:tcPr>
            <w:tcW w:w="3912" w:type="dxa"/>
          </w:tcPr>
          <w:p w14:paraId="7FA61825" w14:textId="77777777" w:rsidR="00C37EC4" w:rsidRPr="00106719" w:rsidRDefault="00C37EC4" w:rsidP="0085799D">
            <w:pPr>
              <w:spacing w:after="20"/>
            </w:pPr>
            <w:r w:rsidRPr="00106719">
              <w:rPr>
                <w:sz w:val="17"/>
                <w:lang w:val="it-IT"/>
              </w:rPr>
              <w:t xml:space="preserve">Criteri disciplinari e, per la competenza, rubrica di competenza. </w:t>
            </w:r>
            <w:r w:rsidRPr="00106719">
              <w:rPr>
                <w:sz w:val="17"/>
              </w:rPr>
              <w:t>Voto nella disciplina.</w:t>
            </w:r>
          </w:p>
        </w:tc>
        <w:tc>
          <w:tcPr>
            <w:tcW w:w="3912" w:type="dxa"/>
          </w:tcPr>
          <w:p w14:paraId="21F93EDA" w14:textId="77777777" w:rsidR="00C37EC4" w:rsidRPr="00106719" w:rsidRDefault="00C37EC4" w:rsidP="0085799D">
            <w:pPr>
              <w:spacing w:after="20"/>
              <w:rPr>
                <w:lang w:val="it-IT"/>
              </w:rPr>
            </w:pPr>
            <w:r w:rsidRPr="00106719">
              <w:rPr>
                <w:sz w:val="17"/>
                <w:lang w:val="it-IT"/>
              </w:rPr>
              <w:t>Rubrica di prodotto + osservazione di processo + relazione riflessiva. Ricadute su più discipline, su educazione civica e sul giudizio di comportamento.</w:t>
            </w:r>
          </w:p>
        </w:tc>
      </w:tr>
      <w:tr w:rsidR="00C37EC4" w:rsidRPr="00106719" w14:paraId="078FB1E7" w14:textId="77777777" w:rsidTr="0085799D">
        <w:tc>
          <w:tcPr>
            <w:tcW w:w="1928" w:type="dxa"/>
            <w:shd w:val="clear" w:color="auto" w:fill="EDF0F5"/>
          </w:tcPr>
          <w:p w14:paraId="28FEE14B" w14:textId="77777777" w:rsidR="00C37EC4" w:rsidRPr="00106719" w:rsidRDefault="00C37EC4" w:rsidP="0085799D">
            <w:pPr>
              <w:spacing w:after="20"/>
            </w:pPr>
            <w:proofErr w:type="spellStart"/>
            <w:r w:rsidRPr="00106719">
              <w:rPr>
                <w:sz w:val="17"/>
              </w:rPr>
              <w:t>Documentazione</w:t>
            </w:r>
            <w:proofErr w:type="spellEnd"/>
          </w:p>
        </w:tc>
        <w:tc>
          <w:tcPr>
            <w:tcW w:w="3912" w:type="dxa"/>
          </w:tcPr>
          <w:p w14:paraId="5515D2E3" w14:textId="77777777" w:rsidR="00C37EC4" w:rsidRPr="00106719" w:rsidRDefault="00C37EC4" w:rsidP="0085799D">
            <w:pPr>
              <w:spacing w:after="20"/>
              <w:rPr>
                <w:lang w:val="it-IT"/>
              </w:rPr>
            </w:pPr>
            <w:r w:rsidRPr="00106719">
              <w:rPr>
                <w:sz w:val="17"/>
                <w:lang w:val="it-IT"/>
              </w:rPr>
              <w:t>Piano di lavoro individuale, verbale di Dipartimento, registro elettronico.</w:t>
            </w:r>
          </w:p>
        </w:tc>
        <w:tc>
          <w:tcPr>
            <w:tcW w:w="3912" w:type="dxa"/>
          </w:tcPr>
          <w:p w14:paraId="414823BC" w14:textId="77777777" w:rsidR="00C37EC4" w:rsidRPr="00106719" w:rsidRDefault="00C37EC4" w:rsidP="0085799D">
            <w:pPr>
              <w:spacing w:after="20"/>
              <w:rPr>
                <w:lang w:val="it-IT"/>
              </w:rPr>
            </w:pPr>
            <w:r w:rsidRPr="00106719">
              <w:rPr>
                <w:sz w:val="17"/>
                <w:lang w:val="it-IT"/>
              </w:rPr>
              <w:t>Verbale del Consiglio di classe, diario di bordo, cartella condivisa della classe, E-Portfolio.</w:t>
            </w:r>
          </w:p>
        </w:tc>
      </w:tr>
      <w:tr w:rsidR="00C37EC4" w:rsidRPr="00106719" w14:paraId="3D689BEC" w14:textId="77777777" w:rsidTr="0085799D">
        <w:tc>
          <w:tcPr>
            <w:tcW w:w="1928" w:type="dxa"/>
            <w:shd w:val="clear" w:color="auto" w:fill="EDF0F5"/>
          </w:tcPr>
          <w:p w14:paraId="2EA88CC9" w14:textId="77777777" w:rsidR="00C37EC4" w:rsidRPr="00106719" w:rsidRDefault="00C37EC4" w:rsidP="0085799D">
            <w:pPr>
              <w:spacing w:after="20"/>
              <w:rPr>
                <w:lang w:val="it-IT"/>
              </w:rPr>
            </w:pPr>
            <w:r w:rsidRPr="00106719">
              <w:rPr>
                <w:sz w:val="17"/>
                <w:lang w:val="it-IT"/>
              </w:rPr>
              <w:t>Rapporto con la formazione scuola-lavoro</w:t>
            </w:r>
          </w:p>
        </w:tc>
        <w:tc>
          <w:tcPr>
            <w:tcW w:w="3912" w:type="dxa"/>
          </w:tcPr>
          <w:p w14:paraId="132DD8C2" w14:textId="77777777" w:rsidR="00C37EC4" w:rsidRPr="00106719" w:rsidRDefault="00C37EC4" w:rsidP="0085799D">
            <w:pPr>
              <w:spacing w:after="20"/>
              <w:rPr>
                <w:lang w:val="it-IT"/>
              </w:rPr>
            </w:pPr>
            <w:r w:rsidRPr="00106719">
              <w:rPr>
                <w:sz w:val="17"/>
                <w:lang w:val="it-IT"/>
              </w:rPr>
              <w:t>Può fornire i prerequisiti (sicurezza, metodo, linguaggi tecnici) e riconoscere ore curricolari.</w:t>
            </w:r>
          </w:p>
        </w:tc>
        <w:tc>
          <w:tcPr>
            <w:tcW w:w="3912" w:type="dxa"/>
          </w:tcPr>
          <w:p w14:paraId="60E146DE" w14:textId="77777777" w:rsidR="00C37EC4" w:rsidRPr="00106719" w:rsidRDefault="00C37EC4" w:rsidP="0085799D">
            <w:pPr>
              <w:spacing w:after="20"/>
              <w:rPr>
                <w:lang w:val="it-IT"/>
              </w:rPr>
            </w:pPr>
            <w:r w:rsidRPr="00106719">
              <w:rPr>
                <w:sz w:val="17"/>
                <w:lang w:val="it-IT"/>
              </w:rPr>
              <w:t>È la sede naturale di imputazione delle ore di formazione scuola-lavoro svolte in orario curricolare, nel limite del 70% previsto dal Regolamento d'Istituto.</w:t>
            </w:r>
          </w:p>
        </w:tc>
      </w:tr>
      <w:tr w:rsidR="00C37EC4" w:rsidRPr="00106719" w14:paraId="2EC579A2" w14:textId="77777777" w:rsidTr="0085799D">
        <w:tc>
          <w:tcPr>
            <w:tcW w:w="1928" w:type="dxa"/>
            <w:shd w:val="clear" w:color="auto" w:fill="EDF0F5"/>
          </w:tcPr>
          <w:p w14:paraId="71328E70" w14:textId="77777777" w:rsidR="00C37EC4" w:rsidRPr="00106719" w:rsidRDefault="00C37EC4" w:rsidP="0085799D">
            <w:pPr>
              <w:spacing w:after="20"/>
              <w:rPr>
                <w:lang w:val="it-IT"/>
              </w:rPr>
            </w:pPr>
            <w:r w:rsidRPr="00106719">
              <w:rPr>
                <w:sz w:val="17"/>
                <w:lang w:val="it-IT"/>
              </w:rPr>
              <w:t>Rapporto con l'esame di Stato</w:t>
            </w:r>
          </w:p>
        </w:tc>
        <w:tc>
          <w:tcPr>
            <w:tcW w:w="3912" w:type="dxa"/>
          </w:tcPr>
          <w:p w14:paraId="3B8F597F" w14:textId="77777777" w:rsidR="00C37EC4" w:rsidRPr="00106719" w:rsidRDefault="00C37EC4" w:rsidP="0085799D">
            <w:pPr>
              <w:spacing w:after="20"/>
              <w:rPr>
                <w:lang w:val="it-IT"/>
              </w:rPr>
            </w:pPr>
            <w:r w:rsidRPr="00106719">
              <w:rPr>
                <w:sz w:val="17"/>
                <w:lang w:val="it-IT"/>
              </w:rPr>
              <w:t>Costruisce i nodi concettuali che il colloquio sollecita sulle quattro discipline individuate ai sensi della L. 164/2025.</w:t>
            </w:r>
          </w:p>
        </w:tc>
        <w:tc>
          <w:tcPr>
            <w:tcW w:w="3912" w:type="dxa"/>
          </w:tcPr>
          <w:p w14:paraId="05692BE4" w14:textId="77777777" w:rsidR="00C37EC4" w:rsidRPr="00106719" w:rsidRDefault="00C37EC4" w:rsidP="0085799D">
            <w:pPr>
              <w:spacing w:after="20"/>
              <w:rPr>
                <w:lang w:val="it-IT"/>
              </w:rPr>
            </w:pPr>
            <w:r w:rsidRPr="00106719">
              <w:rPr>
                <w:sz w:val="17"/>
                <w:lang w:val="it-IT"/>
              </w:rPr>
              <w:t>Fornisce allo studente l'esperienza da rielaborare nella parte del colloquio dedicata alla formazione scuola-lavoro e all'orientamento.</w:t>
            </w:r>
          </w:p>
        </w:tc>
      </w:tr>
      <w:tr w:rsidR="00C37EC4" w:rsidRPr="00106719" w14:paraId="20F0C44D" w14:textId="77777777" w:rsidTr="0085799D">
        <w:tc>
          <w:tcPr>
            <w:tcW w:w="1928" w:type="dxa"/>
            <w:shd w:val="clear" w:color="auto" w:fill="EDF0F5"/>
          </w:tcPr>
          <w:p w14:paraId="68D81158" w14:textId="77777777" w:rsidR="00C37EC4" w:rsidRPr="00106719" w:rsidRDefault="00C37EC4" w:rsidP="0085799D">
            <w:pPr>
              <w:spacing w:after="20"/>
            </w:pPr>
            <w:r w:rsidRPr="00106719">
              <w:rPr>
                <w:sz w:val="17"/>
              </w:rPr>
              <w:t xml:space="preserve">Errore </w:t>
            </w:r>
            <w:proofErr w:type="spellStart"/>
            <w:r w:rsidRPr="00106719">
              <w:rPr>
                <w:sz w:val="17"/>
              </w:rPr>
              <w:t>ricorrente</w:t>
            </w:r>
            <w:proofErr w:type="spellEnd"/>
            <w:r w:rsidRPr="00106719">
              <w:rPr>
                <w:sz w:val="17"/>
              </w:rPr>
              <w:t xml:space="preserve"> da </w:t>
            </w:r>
            <w:proofErr w:type="spellStart"/>
            <w:r w:rsidRPr="00106719">
              <w:rPr>
                <w:sz w:val="17"/>
              </w:rPr>
              <w:t>evitare</w:t>
            </w:r>
            <w:proofErr w:type="spellEnd"/>
          </w:p>
        </w:tc>
        <w:tc>
          <w:tcPr>
            <w:tcW w:w="3912" w:type="dxa"/>
          </w:tcPr>
          <w:p w14:paraId="441E4079" w14:textId="77777777" w:rsidR="00C37EC4" w:rsidRPr="00106719" w:rsidRDefault="00C37EC4" w:rsidP="0085799D">
            <w:pPr>
              <w:spacing w:after="20"/>
              <w:rPr>
                <w:lang w:val="it-IT"/>
              </w:rPr>
            </w:pPr>
            <w:r w:rsidRPr="00106719">
              <w:rPr>
                <w:sz w:val="17"/>
                <w:lang w:val="it-IT"/>
              </w:rPr>
              <w:t>Ridurre l'</w:t>
            </w:r>
            <w:proofErr w:type="spellStart"/>
            <w:r w:rsidRPr="00106719">
              <w:rPr>
                <w:sz w:val="17"/>
                <w:lang w:val="it-IT"/>
              </w:rPr>
              <w:t>U.d.A</w:t>
            </w:r>
            <w:proofErr w:type="spellEnd"/>
            <w:r w:rsidRPr="00106719">
              <w:rPr>
                <w:sz w:val="17"/>
                <w:lang w:val="it-IT"/>
              </w:rPr>
              <w:t>. a elenco di argomenti del libro di testo, senza abilità né evidenze.</w:t>
            </w:r>
          </w:p>
        </w:tc>
        <w:tc>
          <w:tcPr>
            <w:tcW w:w="3912" w:type="dxa"/>
          </w:tcPr>
          <w:p w14:paraId="579C4430" w14:textId="77777777" w:rsidR="00C37EC4" w:rsidRPr="00106719" w:rsidRDefault="00C37EC4" w:rsidP="0085799D">
            <w:pPr>
              <w:spacing w:after="20"/>
              <w:rPr>
                <w:lang w:val="it-IT"/>
              </w:rPr>
            </w:pPr>
            <w:r w:rsidRPr="00106719">
              <w:rPr>
                <w:sz w:val="17"/>
                <w:lang w:val="it-IT"/>
              </w:rPr>
              <w:t>Giustapporre contributi disciplinari separati e chiamarli compito di realtà.</w:t>
            </w:r>
          </w:p>
        </w:tc>
      </w:tr>
    </w:tbl>
    <w:p w14:paraId="4FA76FCD" w14:textId="77777777" w:rsidR="00C37EC4" w:rsidRPr="00106719" w:rsidRDefault="00C37EC4" w:rsidP="00C37EC4">
      <w:pPr>
        <w:pStyle w:val="Titolo2"/>
        <w:spacing w:before="280" w:after="120"/>
        <w:rPr>
          <w:color w:val="auto"/>
          <w:lang w:val="it-IT"/>
        </w:rPr>
      </w:pPr>
      <w:r w:rsidRPr="00106719">
        <w:rPr>
          <w:rFonts w:ascii="Book Antiqua" w:hAnsi="Book Antiqua"/>
          <w:color w:val="auto"/>
          <w:sz w:val="25"/>
          <w:lang w:val="it-IT"/>
        </w:rPr>
        <w:t>5. L'impianto quadrimestrale 2 + 2</w:t>
      </w:r>
    </w:p>
    <w:p w14:paraId="6578DD4B" w14:textId="77777777" w:rsidR="00C37EC4" w:rsidRPr="00106719" w:rsidRDefault="00C37EC4" w:rsidP="00C37EC4">
      <w:pPr>
        <w:spacing w:after="120"/>
        <w:jc w:val="both"/>
        <w:rPr>
          <w:lang w:val="it-IT"/>
        </w:rPr>
      </w:pPr>
      <w:r w:rsidRPr="00106719">
        <w:rPr>
          <w:lang w:val="it-IT"/>
        </w:rPr>
        <w:t xml:space="preserve">Ciascuna disciplina articola il proprio percorso annuale in quattro Unità di Apprendimento: due collocate nel primo quadrimestre e due nel secondo. La scelta non è meramente organizzativa. Quattro segmenti su circa trentatré settimane di lezione effettiva assegnano a ogni </w:t>
      </w:r>
      <w:proofErr w:type="spellStart"/>
      <w:r w:rsidRPr="00106719">
        <w:rPr>
          <w:lang w:val="it-IT"/>
        </w:rPr>
        <w:t>U.d.A</w:t>
      </w:r>
      <w:proofErr w:type="spellEnd"/>
      <w:r w:rsidRPr="00106719">
        <w:rPr>
          <w:lang w:val="it-IT"/>
        </w:rPr>
        <w:t>. un'ampiezza media di otto settimane: sufficiente perché un nucleo fondante sia costruito, esercitato e verificato; non tanto ampia da rendere la programmazione illeggibile o da concentrare la valutazione in un'unica prova terminale.</w:t>
      </w:r>
    </w:p>
    <w:p w14:paraId="68CE6D92" w14:textId="77777777" w:rsidR="00C37EC4" w:rsidRPr="00106719" w:rsidRDefault="00C37EC4" w:rsidP="00C37EC4">
      <w:pPr>
        <w:spacing w:after="120"/>
        <w:jc w:val="both"/>
        <w:rPr>
          <w:lang w:val="it-IT"/>
        </w:rPr>
      </w:pPr>
      <w:r w:rsidRPr="00106719">
        <w:rPr>
          <w:lang w:val="it-IT"/>
        </w:rPr>
        <w:t xml:space="preserve">La ripartizione indicativa dei tempi è la seguente. Prima </w:t>
      </w:r>
      <w:proofErr w:type="spellStart"/>
      <w:r w:rsidRPr="00106719">
        <w:rPr>
          <w:lang w:val="it-IT"/>
        </w:rPr>
        <w:t>U.d.A</w:t>
      </w:r>
      <w:proofErr w:type="spellEnd"/>
      <w:r w:rsidRPr="00106719">
        <w:rPr>
          <w:lang w:val="it-IT"/>
        </w:rPr>
        <w:t xml:space="preserve">.: dall'avvio delle lezioni alla prima settimana di novembre, comprensiva dell'accoglienza, delle prove d'ingresso e dell'eventuale recupero dei prerequisiti. Seconda </w:t>
      </w:r>
      <w:proofErr w:type="spellStart"/>
      <w:r w:rsidRPr="00106719">
        <w:rPr>
          <w:lang w:val="it-IT"/>
        </w:rPr>
        <w:t>U.d.A</w:t>
      </w:r>
      <w:proofErr w:type="spellEnd"/>
      <w:r w:rsidRPr="00106719">
        <w:rPr>
          <w:lang w:val="it-IT"/>
        </w:rPr>
        <w:t xml:space="preserve">.: da novembre al termine del primo quadrimestre, con chiusura prima dello scrutinio. Terza </w:t>
      </w:r>
      <w:proofErr w:type="spellStart"/>
      <w:r w:rsidRPr="00106719">
        <w:rPr>
          <w:lang w:val="it-IT"/>
        </w:rPr>
        <w:t>U.d.A</w:t>
      </w:r>
      <w:proofErr w:type="spellEnd"/>
      <w:r w:rsidRPr="00106719">
        <w:rPr>
          <w:lang w:val="it-IT"/>
        </w:rPr>
        <w:t xml:space="preserve">.: dalla ripresa di febbraio alla pausa pasquale, periodo nel quale si colloca di norma la fase centrale del compito di realtà. Quarta </w:t>
      </w:r>
      <w:proofErr w:type="spellStart"/>
      <w:r w:rsidRPr="00106719">
        <w:rPr>
          <w:lang w:val="it-IT"/>
        </w:rPr>
        <w:t>U.d.A</w:t>
      </w:r>
      <w:proofErr w:type="spellEnd"/>
      <w:r w:rsidRPr="00106719">
        <w:rPr>
          <w:lang w:val="it-IT"/>
        </w:rPr>
        <w:t>.: dal rientro pasquale al termine delle lezioni, con funzione anche di sistemazione e di riflessione retrospettiva sull'anno.</w:t>
      </w:r>
    </w:p>
    <w:p w14:paraId="524E6662" w14:textId="77777777" w:rsidR="00C37EC4" w:rsidRPr="00106719" w:rsidRDefault="00C37EC4" w:rsidP="00C37EC4">
      <w:pPr>
        <w:spacing w:after="120"/>
        <w:jc w:val="both"/>
        <w:rPr>
          <w:lang w:val="it-IT"/>
        </w:rPr>
      </w:pPr>
      <w:r w:rsidRPr="00106719">
        <w:rPr>
          <w:lang w:val="it-IT"/>
        </w:rPr>
        <w:t xml:space="preserve">Ciascuna </w:t>
      </w:r>
      <w:proofErr w:type="spellStart"/>
      <w:r w:rsidRPr="00106719">
        <w:rPr>
          <w:lang w:val="it-IT"/>
        </w:rPr>
        <w:t>U.d.A</w:t>
      </w:r>
      <w:proofErr w:type="spellEnd"/>
      <w:r w:rsidRPr="00106719">
        <w:rPr>
          <w:lang w:val="it-IT"/>
        </w:rPr>
        <w:t xml:space="preserve">. assorbe indicativamente un quarto del monte ore annuale della disciplina, con l'avvertenza che le </w:t>
      </w:r>
      <w:proofErr w:type="spellStart"/>
      <w:r w:rsidRPr="00106719">
        <w:rPr>
          <w:lang w:val="it-IT"/>
        </w:rPr>
        <w:t>U.d.A</w:t>
      </w:r>
      <w:proofErr w:type="spellEnd"/>
      <w:r w:rsidRPr="00106719">
        <w:rPr>
          <w:lang w:val="it-IT"/>
        </w:rPr>
        <w:t xml:space="preserve">. del primo quadrimestre includono le ore dedicate all'accoglienza e alle prove d'ingresso e che le </w:t>
      </w:r>
      <w:proofErr w:type="spellStart"/>
      <w:r w:rsidRPr="00106719">
        <w:rPr>
          <w:lang w:val="it-IT"/>
        </w:rPr>
        <w:t>U.d.A</w:t>
      </w:r>
      <w:proofErr w:type="spellEnd"/>
      <w:r w:rsidRPr="00106719">
        <w:rPr>
          <w:lang w:val="it-IT"/>
        </w:rPr>
        <w:t>. del secondo quadrimestre scontano le ore cedute al compito di realtà e alle attività di formazione scuola-lavoro svolte in orario curricolare. Il docente adatta la ripartizione alla propria classe, dandone conto nel piano di lavoro.</w:t>
      </w:r>
    </w:p>
    <w:p w14:paraId="24BAB078" w14:textId="77777777" w:rsidR="00C37EC4" w:rsidRPr="00106719" w:rsidRDefault="00C37EC4" w:rsidP="00C37EC4">
      <w:pPr>
        <w:spacing w:after="120"/>
        <w:jc w:val="both"/>
        <w:rPr>
          <w:lang w:val="it-IT"/>
        </w:rPr>
      </w:pPr>
      <w:r w:rsidRPr="00106719">
        <w:rPr>
          <w:lang w:val="it-IT"/>
        </w:rPr>
        <w:t xml:space="preserve">Le quattro </w:t>
      </w:r>
      <w:proofErr w:type="spellStart"/>
      <w:r w:rsidRPr="00106719">
        <w:rPr>
          <w:lang w:val="it-IT"/>
        </w:rPr>
        <w:t>U.d.A</w:t>
      </w:r>
      <w:proofErr w:type="spellEnd"/>
      <w:r w:rsidRPr="00106719">
        <w:rPr>
          <w:lang w:val="it-IT"/>
        </w:rPr>
        <w:t>. non sono quattro blocchi indipendenti: la scheda di ciascuna disciplina è costruita in modo che la competenza mirata sia la stessa e che il livello di autonomia richiesto cresca dalla prima alla quarta. È questa progressione, e non la successione dei contenuti, a costituire il piano di lavoro annuale.</w:t>
      </w:r>
    </w:p>
    <w:p w14:paraId="2910B088" w14:textId="77777777" w:rsidR="00C37EC4" w:rsidRPr="00106719" w:rsidRDefault="00C37EC4" w:rsidP="00C37EC4">
      <w:pPr>
        <w:pStyle w:val="Titolo2"/>
        <w:spacing w:before="280" w:after="120"/>
        <w:rPr>
          <w:color w:val="auto"/>
        </w:rPr>
      </w:pPr>
      <w:r w:rsidRPr="00106719">
        <w:rPr>
          <w:rFonts w:ascii="Book Antiqua" w:hAnsi="Book Antiqua"/>
          <w:color w:val="auto"/>
          <w:sz w:val="25"/>
        </w:rPr>
        <w:lastRenderedPageBreak/>
        <w:t xml:space="preserve">6. </w:t>
      </w:r>
      <w:proofErr w:type="spellStart"/>
      <w:r w:rsidRPr="00106719">
        <w:rPr>
          <w:rFonts w:ascii="Book Antiqua" w:hAnsi="Book Antiqua"/>
          <w:color w:val="auto"/>
          <w:sz w:val="25"/>
        </w:rPr>
        <w:t>Raccordi</w:t>
      </w:r>
      <w:proofErr w:type="spellEnd"/>
      <w:r w:rsidRPr="00106719">
        <w:rPr>
          <w:rFonts w:ascii="Book Antiqua" w:hAnsi="Book Antiqua"/>
          <w:color w:val="auto"/>
          <w:sz w:val="25"/>
        </w:rPr>
        <w:t xml:space="preserve"> </w:t>
      </w:r>
      <w:proofErr w:type="spellStart"/>
      <w:r w:rsidRPr="00106719">
        <w:rPr>
          <w:rFonts w:ascii="Book Antiqua" w:hAnsi="Book Antiqua"/>
          <w:color w:val="auto"/>
          <w:sz w:val="25"/>
        </w:rPr>
        <w:t>obbligatori</w:t>
      </w:r>
      <w:proofErr w:type="spellEnd"/>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2381"/>
        <w:gridCol w:w="7370"/>
      </w:tblGrid>
      <w:tr w:rsidR="00C37EC4" w:rsidRPr="00106719" w14:paraId="14116633" w14:textId="77777777" w:rsidTr="0085799D">
        <w:tc>
          <w:tcPr>
            <w:tcW w:w="2381" w:type="dxa"/>
            <w:shd w:val="clear" w:color="auto" w:fill="EDF0F5"/>
          </w:tcPr>
          <w:p w14:paraId="00510915" w14:textId="77777777" w:rsidR="00C37EC4" w:rsidRPr="00106719" w:rsidRDefault="00C37EC4" w:rsidP="0085799D">
            <w:pPr>
              <w:spacing w:after="20"/>
            </w:pPr>
            <w:r w:rsidRPr="00106719">
              <w:rPr>
                <w:b/>
                <w:sz w:val="18"/>
              </w:rPr>
              <w:t xml:space="preserve">Educazione </w:t>
            </w:r>
            <w:proofErr w:type="spellStart"/>
            <w:r w:rsidRPr="00106719">
              <w:rPr>
                <w:b/>
                <w:sz w:val="18"/>
              </w:rPr>
              <w:t>civica</w:t>
            </w:r>
            <w:proofErr w:type="spellEnd"/>
          </w:p>
        </w:tc>
        <w:tc>
          <w:tcPr>
            <w:tcW w:w="7370" w:type="dxa"/>
          </w:tcPr>
          <w:p w14:paraId="3FD61C88" w14:textId="77777777" w:rsidR="00C37EC4" w:rsidRPr="00106719" w:rsidRDefault="00C37EC4" w:rsidP="0085799D">
            <w:pPr>
              <w:spacing w:after="20"/>
              <w:rPr>
                <w:lang w:val="it-IT"/>
              </w:rPr>
            </w:pPr>
            <w:r w:rsidRPr="00106719">
              <w:rPr>
                <w:sz w:val="18"/>
                <w:lang w:val="it-IT"/>
              </w:rPr>
              <w:t xml:space="preserve">Le 33 ore annuali si distribuiscono sulle </w:t>
            </w:r>
            <w:proofErr w:type="spellStart"/>
            <w:r w:rsidRPr="00106719">
              <w:rPr>
                <w:sz w:val="18"/>
                <w:lang w:val="it-IT"/>
              </w:rPr>
              <w:t>U.d.A</w:t>
            </w:r>
            <w:proofErr w:type="spellEnd"/>
            <w:r w:rsidRPr="00106719">
              <w:rPr>
                <w:sz w:val="18"/>
                <w:lang w:val="it-IT"/>
              </w:rPr>
              <w:t>. disciplinari secondo il prospetto approvato dal Consiglio di classe. Ogni scheda del presente documento indica il nucleo di riferimento (Costituzione, Sviluppo sostenibile, Cittadinanza digitale) e un traguardo verificabile. Le ore vanno annotate sul registro con la specifica dicitura e concorrono alla valutazione autonoma dell'insegnamento.</w:t>
            </w:r>
          </w:p>
        </w:tc>
      </w:tr>
      <w:tr w:rsidR="00C37EC4" w:rsidRPr="00106719" w14:paraId="66BD8012" w14:textId="77777777" w:rsidTr="0085799D">
        <w:tc>
          <w:tcPr>
            <w:tcW w:w="2381" w:type="dxa"/>
            <w:shd w:val="clear" w:color="auto" w:fill="EDF0F5"/>
          </w:tcPr>
          <w:p w14:paraId="7A8A7DC1" w14:textId="77777777" w:rsidR="00C37EC4" w:rsidRPr="00106719" w:rsidRDefault="00C37EC4" w:rsidP="0085799D">
            <w:pPr>
              <w:spacing w:after="20"/>
            </w:pPr>
            <w:proofErr w:type="spellStart"/>
            <w:r w:rsidRPr="00106719">
              <w:rPr>
                <w:b/>
                <w:sz w:val="18"/>
              </w:rPr>
              <w:t>Orientamento</w:t>
            </w:r>
            <w:proofErr w:type="spellEnd"/>
            <w:r w:rsidRPr="00106719">
              <w:rPr>
                <w:b/>
                <w:sz w:val="18"/>
              </w:rPr>
              <w:t xml:space="preserve"> ed E-Portfolio</w:t>
            </w:r>
          </w:p>
        </w:tc>
        <w:tc>
          <w:tcPr>
            <w:tcW w:w="7370" w:type="dxa"/>
          </w:tcPr>
          <w:p w14:paraId="2E073D0A" w14:textId="77777777" w:rsidR="00C37EC4" w:rsidRPr="00106719" w:rsidRDefault="00C37EC4" w:rsidP="0085799D">
            <w:pPr>
              <w:spacing w:after="20"/>
              <w:rPr>
                <w:lang w:val="it-IT"/>
              </w:rPr>
            </w:pPr>
            <w:r w:rsidRPr="00106719">
              <w:rPr>
                <w:sz w:val="18"/>
                <w:lang w:val="it-IT"/>
              </w:rPr>
              <w:t xml:space="preserve">Ogni </w:t>
            </w:r>
            <w:proofErr w:type="spellStart"/>
            <w:r w:rsidRPr="00106719">
              <w:rPr>
                <w:sz w:val="18"/>
                <w:lang w:val="it-IT"/>
              </w:rPr>
              <w:t>U.d.A</w:t>
            </w:r>
            <w:proofErr w:type="spellEnd"/>
            <w:r w:rsidRPr="00106719">
              <w:rPr>
                <w:sz w:val="18"/>
                <w:lang w:val="it-IT"/>
              </w:rPr>
              <w:t>. disciplinare individua almeno un'evidenza candidabile all'E-Portfolio dello studente e, nel secondo biennio e nel quinto anno, segnala quale elaborato possa concorrere alla scelta del capolavoro. Il docente tutor ne tiene conto nei colloqui di orientamento.</w:t>
            </w:r>
          </w:p>
        </w:tc>
      </w:tr>
      <w:tr w:rsidR="00C37EC4" w:rsidRPr="00106719" w14:paraId="3200497A" w14:textId="77777777" w:rsidTr="0085799D">
        <w:tc>
          <w:tcPr>
            <w:tcW w:w="2381" w:type="dxa"/>
            <w:shd w:val="clear" w:color="auto" w:fill="EDF0F5"/>
          </w:tcPr>
          <w:p w14:paraId="0EE731C5" w14:textId="77777777" w:rsidR="00C37EC4" w:rsidRPr="00106719" w:rsidRDefault="00C37EC4" w:rsidP="0085799D">
            <w:pPr>
              <w:spacing w:after="20"/>
            </w:pPr>
            <w:proofErr w:type="spellStart"/>
            <w:r w:rsidRPr="00106719">
              <w:rPr>
                <w:b/>
                <w:sz w:val="18"/>
              </w:rPr>
              <w:t>Formazione</w:t>
            </w:r>
            <w:proofErr w:type="spellEnd"/>
            <w:r w:rsidRPr="00106719">
              <w:rPr>
                <w:b/>
                <w:sz w:val="18"/>
              </w:rPr>
              <w:t xml:space="preserve"> </w:t>
            </w:r>
            <w:proofErr w:type="spellStart"/>
            <w:r w:rsidRPr="00106719">
              <w:rPr>
                <w:b/>
                <w:sz w:val="18"/>
              </w:rPr>
              <w:t>scuola-lavoro</w:t>
            </w:r>
            <w:proofErr w:type="spellEnd"/>
          </w:p>
        </w:tc>
        <w:tc>
          <w:tcPr>
            <w:tcW w:w="7370" w:type="dxa"/>
          </w:tcPr>
          <w:p w14:paraId="566D1660" w14:textId="77777777" w:rsidR="00C37EC4" w:rsidRPr="00106719" w:rsidRDefault="00C37EC4" w:rsidP="0085799D">
            <w:pPr>
              <w:spacing w:after="20"/>
              <w:rPr>
                <w:lang w:val="it-IT"/>
              </w:rPr>
            </w:pPr>
            <w:r w:rsidRPr="00106719">
              <w:rPr>
                <w:sz w:val="18"/>
                <w:lang w:val="it-IT"/>
              </w:rPr>
              <w:t xml:space="preserve">Le ore di formazione scuola-lavoro svolte in orario curricolare vanno imputate alle </w:t>
            </w:r>
            <w:proofErr w:type="spellStart"/>
            <w:r w:rsidRPr="00106719">
              <w:rPr>
                <w:sz w:val="18"/>
                <w:lang w:val="it-IT"/>
              </w:rPr>
              <w:t>U.d.A</w:t>
            </w:r>
            <w:proofErr w:type="spellEnd"/>
            <w:r w:rsidRPr="00106719">
              <w:rPr>
                <w:sz w:val="18"/>
                <w:lang w:val="it-IT"/>
              </w:rPr>
              <w:t>. che le ospitano, con indicazione nel registro. Nelle classi terze rientrano in questo computo le 15 ore del Piano Lauree Scientifiche svolte con l'Università degli Studi del Sannio e con l'Università degli Studi di Salerno e le ore di formazione generale sulla sicurezza.</w:t>
            </w:r>
          </w:p>
        </w:tc>
      </w:tr>
      <w:tr w:rsidR="00C37EC4" w:rsidRPr="00106719" w14:paraId="009C1120" w14:textId="77777777" w:rsidTr="0085799D">
        <w:tc>
          <w:tcPr>
            <w:tcW w:w="2381" w:type="dxa"/>
            <w:shd w:val="clear" w:color="auto" w:fill="EDF0F5"/>
          </w:tcPr>
          <w:p w14:paraId="500F96AD" w14:textId="77777777" w:rsidR="00C37EC4" w:rsidRPr="00106719" w:rsidRDefault="00C37EC4" w:rsidP="0085799D">
            <w:pPr>
              <w:spacing w:after="20"/>
            </w:pPr>
            <w:r w:rsidRPr="00106719">
              <w:rPr>
                <w:b/>
                <w:sz w:val="18"/>
              </w:rPr>
              <w:t xml:space="preserve">Liceo </w:t>
            </w:r>
            <w:proofErr w:type="spellStart"/>
            <w:r w:rsidRPr="00106719">
              <w:rPr>
                <w:b/>
                <w:sz w:val="18"/>
              </w:rPr>
              <w:t>Matematico</w:t>
            </w:r>
            <w:proofErr w:type="spellEnd"/>
          </w:p>
        </w:tc>
        <w:tc>
          <w:tcPr>
            <w:tcW w:w="7370" w:type="dxa"/>
          </w:tcPr>
          <w:p w14:paraId="01143E06" w14:textId="77777777" w:rsidR="00C37EC4" w:rsidRPr="00106719" w:rsidRDefault="00C37EC4" w:rsidP="0085799D">
            <w:pPr>
              <w:spacing w:after="20"/>
              <w:rPr>
                <w:lang w:val="it-IT"/>
              </w:rPr>
            </w:pPr>
            <w:r w:rsidRPr="00106719">
              <w:rPr>
                <w:sz w:val="18"/>
                <w:lang w:val="it-IT"/>
              </w:rPr>
              <w:t xml:space="preserve">Nelle sezioni autorizzate all'innesto del percorso «Liceo Matematico» le </w:t>
            </w:r>
            <w:proofErr w:type="spellStart"/>
            <w:r w:rsidRPr="00106719">
              <w:rPr>
                <w:sz w:val="18"/>
                <w:lang w:val="it-IT"/>
              </w:rPr>
              <w:t>U.d.A</w:t>
            </w:r>
            <w:proofErr w:type="spellEnd"/>
            <w:r w:rsidRPr="00106719">
              <w:rPr>
                <w:sz w:val="18"/>
                <w:lang w:val="it-IT"/>
              </w:rPr>
              <w:t xml:space="preserve">. di Matematica e di Fisica vanno raccordate con quelle del Laboratorio Matematico, che costituisce disciplina aggiuntiva con propria scheda. Il raccordo è verbalizzato dal Dipartimento di Matematica e Fisica e trasmesso alla rete </w:t>
            </w:r>
            <w:proofErr w:type="spellStart"/>
            <w:r w:rsidRPr="00106719">
              <w:rPr>
                <w:sz w:val="18"/>
                <w:lang w:val="it-IT"/>
              </w:rPr>
              <w:t>Re.Na.</w:t>
            </w:r>
            <w:proofErr w:type="gramStart"/>
            <w:r w:rsidRPr="00106719">
              <w:rPr>
                <w:sz w:val="18"/>
                <w:lang w:val="it-IT"/>
              </w:rPr>
              <w:t>Li.Mat</w:t>
            </w:r>
            <w:proofErr w:type="spellEnd"/>
            <w:proofErr w:type="gramEnd"/>
            <w:r w:rsidRPr="00106719">
              <w:rPr>
                <w:sz w:val="18"/>
                <w:lang w:val="it-IT"/>
              </w:rPr>
              <w:t>.</w:t>
            </w:r>
          </w:p>
        </w:tc>
      </w:tr>
      <w:tr w:rsidR="00C37EC4" w:rsidRPr="00106719" w14:paraId="4B5177BA" w14:textId="77777777" w:rsidTr="0085799D">
        <w:tc>
          <w:tcPr>
            <w:tcW w:w="2381" w:type="dxa"/>
            <w:shd w:val="clear" w:color="auto" w:fill="EDF0F5"/>
          </w:tcPr>
          <w:p w14:paraId="7E499ACA" w14:textId="77777777" w:rsidR="00C37EC4" w:rsidRPr="00106719" w:rsidRDefault="00C37EC4" w:rsidP="0085799D">
            <w:pPr>
              <w:spacing w:after="20"/>
            </w:pPr>
            <w:proofErr w:type="spellStart"/>
            <w:r w:rsidRPr="00106719">
              <w:rPr>
                <w:b/>
                <w:sz w:val="18"/>
              </w:rPr>
              <w:t>Inclusione</w:t>
            </w:r>
            <w:proofErr w:type="spellEnd"/>
            <w:r w:rsidRPr="00106719">
              <w:rPr>
                <w:b/>
                <w:sz w:val="18"/>
              </w:rPr>
              <w:t xml:space="preserve"> e </w:t>
            </w:r>
            <w:proofErr w:type="spellStart"/>
            <w:r w:rsidRPr="00106719">
              <w:rPr>
                <w:b/>
                <w:sz w:val="18"/>
              </w:rPr>
              <w:t>personalizzazione</w:t>
            </w:r>
            <w:proofErr w:type="spellEnd"/>
          </w:p>
        </w:tc>
        <w:tc>
          <w:tcPr>
            <w:tcW w:w="7370" w:type="dxa"/>
          </w:tcPr>
          <w:p w14:paraId="68C43C7D" w14:textId="77777777" w:rsidR="00C37EC4" w:rsidRPr="00106719" w:rsidRDefault="00C37EC4" w:rsidP="0085799D">
            <w:pPr>
              <w:spacing w:after="20"/>
              <w:rPr>
                <w:lang w:val="it-IT"/>
              </w:rPr>
            </w:pPr>
            <w:r w:rsidRPr="00106719">
              <w:rPr>
                <w:sz w:val="18"/>
                <w:lang w:val="it-IT"/>
              </w:rPr>
              <w:t xml:space="preserve">Per gli studenti con disabilità, con disturbi specifici di apprendimento e con bisogni educativi speciali, le </w:t>
            </w:r>
            <w:proofErr w:type="spellStart"/>
            <w:r w:rsidRPr="00106719">
              <w:rPr>
                <w:sz w:val="18"/>
                <w:lang w:val="it-IT"/>
              </w:rPr>
              <w:t>U.d.A</w:t>
            </w:r>
            <w:proofErr w:type="spellEnd"/>
            <w:r w:rsidRPr="00106719">
              <w:rPr>
                <w:sz w:val="18"/>
                <w:lang w:val="it-IT"/>
              </w:rPr>
              <w:t xml:space="preserve">. vanno lette congiuntamente al P.E.I. e al P.D.P.: restano invariati i nuclei fondanti, si adattano i tempi, le mediazioni didattiche e le modalità di verifica. Nessuna </w:t>
            </w:r>
            <w:proofErr w:type="spellStart"/>
            <w:r w:rsidRPr="00106719">
              <w:rPr>
                <w:sz w:val="18"/>
                <w:lang w:val="it-IT"/>
              </w:rPr>
              <w:t>U.d.A</w:t>
            </w:r>
            <w:proofErr w:type="spellEnd"/>
            <w:r w:rsidRPr="00106719">
              <w:rPr>
                <w:sz w:val="18"/>
                <w:lang w:val="it-IT"/>
              </w:rPr>
              <w:t>. può essere strutturata in modo da rendere impraticabile l'adattamento.</w:t>
            </w:r>
          </w:p>
        </w:tc>
      </w:tr>
      <w:tr w:rsidR="00C37EC4" w:rsidRPr="00106719" w14:paraId="67EC1EAE" w14:textId="77777777" w:rsidTr="0085799D">
        <w:tc>
          <w:tcPr>
            <w:tcW w:w="2381" w:type="dxa"/>
            <w:shd w:val="clear" w:color="auto" w:fill="EDF0F5"/>
          </w:tcPr>
          <w:p w14:paraId="0F6AFF21" w14:textId="77777777" w:rsidR="00C37EC4" w:rsidRPr="00106719" w:rsidRDefault="00C37EC4" w:rsidP="0085799D">
            <w:pPr>
              <w:spacing w:after="20"/>
            </w:pPr>
            <w:r w:rsidRPr="00106719">
              <w:rPr>
                <w:b/>
                <w:sz w:val="18"/>
              </w:rPr>
              <w:t xml:space="preserve">Prove </w:t>
            </w:r>
            <w:proofErr w:type="spellStart"/>
            <w:r w:rsidRPr="00106719">
              <w:rPr>
                <w:b/>
                <w:sz w:val="18"/>
              </w:rPr>
              <w:t>d'ingresso</w:t>
            </w:r>
            <w:proofErr w:type="spellEnd"/>
            <w:r w:rsidRPr="00106719">
              <w:rPr>
                <w:b/>
                <w:sz w:val="18"/>
              </w:rPr>
              <w:t xml:space="preserve"> e </w:t>
            </w:r>
            <w:proofErr w:type="spellStart"/>
            <w:r w:rsidRPr="00106719">
              <w:rPr>
                <w:b/>
                <w:sz w:val="18"/>
              </w:rPr>
              <w:t>recupero</w:t>
            </w:r>
            <w:proofErr w:type="spellEnd"/>
          </w:p>
        </w:tc>
        <w:tc>
          <w:tcPr>
            <w:tcW w:w="7370" w:type="dxa"/>
          </w:tcPr>
          <w:p w14:paraId="16CA3F53" w14:textId="77777777" w:rsidR="00C37EC4" w:rsidRPr="00106719" w:rsidRDefault="00C37EC4" w:rsidP="0085799D">
            <w:pPr>
              <w:spacing w:after="20"/>
              <w:rPr>
                <w:lang w:val="it-IT"/>
              </w:rPr>
            </w:pPr>
            <w:r w:rsidRPr="00106719">
              <w:rPr>
                <w:sz w:val="18"/>
                <w:lang w:val="it-IT"/>
              </w:rPr>
              <w:t xml:space="preserve">Le prove d'ingresso, la cui data di somministrazione è comunicata dal Dipartimento, sono parte integrante della prima </w:t>
            </w:r>
            <w:proofErr w:type="spellStart"/>
            <w:r w:rsidRPr="00106719">
              <w:rPr>
                <w:sz w:val="18"/>
                <w:lang w:val="it-IT"/>
              </w:rPr>
              <w:t>U.d.A</w:t>
            </w:r>
            <w:proofErr w:type="spellEnd"/>
            <w:r w:rsidRPr="00106719">
              <w:rPr>
                <w:sz w:val="18"/>
                <w:lang w:val="it-IT"/>
              </w:rPr>
              <w:t>. e ne orientano la modulazione. Le attività di recupero in itinere vanno collocate all'interno dell'</w:t>
            </w:r>
            <w:proofErr w:type="spellStart"/>
            <w:r w:rsidRPr="00106719">
              <w:rPr>
                <w:sz w:val="18"/>
                <w:lang w:val="it-IT"/>
              </w:rPr>
              <w:t>U.d.A</w:t>
            </w:r>
            <w:proofErr w:type="spellEnd"/>
            <w:r w:rsidRPr="00106719">
              <w:rPr>
                <w:sz w:val="18"/>
                <w:lang w:val="it-IT"/>
              </w:rPr>
              <w:t>. in cui la carenza si manifesta, non rinviate a segmenti successivi.</w:t>
            </w:r>
          </w:p>
        </w:tc>
      </w:tr>
    </w:tbl>
    <w:p w14:paraId="6861D6A5" w14:textId="77777777" w:rsidR="00C37EC4" w:rsidRPr="00106719" w:rsidRDefault="00C37EC4" w:rsidP="00C37EC4">
      <w:pPr>
        <w:pStyle w:val="Titolo2"/>
        <w:spacing w:before="280" w:after="120"/>
        <w:rPr>
          <w:color w:val="auto"/>
          <w:lang w:val="it-IT"/>
        </w:rPr>
      </w:pPr>
      <w:r w:rsidRPr="00106719">
        <w:rPr>
          <w:rFonts w:ascii="Book Antiqua" w:hAnsi="Book Antiqua"/>
          <w:color w:val="auto"/>
          <w:sz w:val="25"/>
          <w:lang w:val="it-IT"/>
        </w:rPr>
        <w:t>7. Istruzioni operative e adempimenti</w:t>
      </w:r>
    </w:p>
    <w:p w14:paraId="0C746531" w14:textId="77777777" w:rsidR="00C37EC4" w:rsidRPr="00106719" w:rsidRDefault="00C37EC4" w:rsidP="00C37EC4">
      <w:pPr>
        <w:ind w:left="340"/>
        <w:jc w:val="both"/>
        <w:rPr>
          <w:lang w:val="it-IT"/>
        </w:rPr>
      </w:pPr>
      <w:r w:rsidRPr="00106719">
        <w:rPr>
          <w:b/>
          <w:lang w:val="it-IT"/>
        </w:rPr>
        <w:t xml:space="preserve">1.  </w:t>
      </w:r>
      <w:r w:rsidRPr="00106719">
        <w:rPr>
          <w:lang w:val="it-IT"/>
        </w:rPr>
        <w:t>Le schede che seguono sono compilate con contenuti reali e sono immediatamente utilizzabili. Restano tuttavia una proposta della dirigenza: il Dipartimento le fa proprie, le modifica o le sostituisce con delibera motivata, e il docente le adatta alla fisionomia della propria classe.</w:t>
      </w:r>
    </w:p>
    <w:p w14:paraId="685AB5D5" w14:textId="77777777" w:rsidR="00C37EC4" w:rsidRPr="00106719" w:rsidRDefault="00C37EC4" w:rsidP="00C37EC4">
      <w:pPr>
        <w:ind w:left="340"/>
        <w:jc w:val="both"/>
        <w:rPr>
          <w:lang w:val="it-IT"/>
        </w:rPr>
      </w:pPr>
      <w:r w:rsidRPr="00106719">
        <w:rPr>
          <w:b/>
          <w:lang w:val="it-IT"/>
        </w:rPr>
        <w:t xml:space="preserve">2.  </w:t>
      </w:r>
      <w:r w:rsidRPr="00106719">
        <w:rPr>
          <w:lang w:val="it-IT"/>
        </w:rPr>
        <w:t>Ciascun docente estrae dalla scheda del proprio indirizzo la parte pertinente all'anno di corso che insegna, completa la colonna dei tempi con le ore effettive e allega il risultato al piano di lavoro individuale.</w:t>
      </w:r>
    </w:p>
    <w:p w14:paraId="7AFE8C95" w14:textId="77777777" w:rsidR="00C37EC4" w:rsidRPr="00106719" w:rsidRDefault="00C37EC4" w:rsidP="00C37EC4">
      <w:pPr>
        <w:ind w:left="340"/>
        <w:jc w:val="both"/>
        <w:rPr>
          <w:lang w:val="it-IT"/>
        </w:rPr>
      </w:pPr>
      <w:r w:rsidRPr="00106719">
        <w:rPr>
          <w:b/>
          <w:lang w:val="it-IT"/>
        </w:rPr>
        <w:t xml:space="preserve">3.  </w:t>
      </w:r>
      <w:r w:rsidRPr="00106719">
        <w:rPr>
          <w:lang w:val="it-IT"/>
        </w:rPr>
        <w:t>Il coordinatore di Dipartimento raccoglie i prospetti sintetici (Allegato B), verifica che tutte le classi siano coperte e deposita il file editabile nella cartella condivisa istituzionale.</w:t>
      </w:r>
    </w:p>
    <w:p w14:paraId="12643907" w14:textId="77777777" w:rsidR="00C37EC4" w:rsidRPr="00106719" w:rsidRDefault="00C37EC4" w:rsidP="00C37EC4">
      <w:pPr>
        <w:ind w:left="340"/>
        <w:jc w:val="both"/>
        <w:rPr>
          <w:lang w:val="it-IT"/>
        </w:rPr>
      </w:pPr>
      <w:r w:rsidRPr="00106719">
        <w:rPr>
          <w:b/>
          <w:lang w:val="it-IT"/>
        </w:rPr>
        <w:t xml:space="preserve">4.  </w:t>
      </w:r>
      <w:r w:rsidRPr="00106719">
        <w:rPr>
          <w:lang w:val="it-IT"/>
        </w:rPr>
        <w:t xml:space="preserve">Il coordinatore di classe verifica in sede di Consiglio che le quattro </w:t>
      </w:r>
      <w:proofErr w:type="spellStart"/>
      <w:r w:rsidRPr="00106719">
        <w:rPr>
          <w:lang w:val="it-IT"/>
        </w:rPr>
        <w:t>U.d.A</w:t>
      </w:r>
      <w:proofErr w:type="spellEnd"/>
      <w:r w:rsidRPr="00106719">
        <w:rPr>
          <w:lang w:val="it-IT"/>
        </w:rPr>
        <w:t>. disciplinari di tutte le discipline siano acquisite e che l'</w:t>
      </w:r>
      <w:proofErr w:type="spellStart"/>
      <w:r w:rsidRPr="00106719">
        <w:rPr>
          <w:lang w:val="it-IT"/>
        </w:rPr>
        <w:t>U.d.A</w:t>
      </w:r>
      <w:proofErr w:type="spellEnd"/>
      <w:r w:rsidRPr="00106719">
        <w:rPr>
          <w:lang w:val="it-IT"/>
        </w:rPr>
        <w:t>. interdisciplinare per il compito di realtà sia deliberata con indicazione del prodotto, del monte ore ceduto da ciascuna disciplina e della rubrica di prodotto.</w:t>
      </w:r>
    </w:p>
    <w:p w14:paraId="29EC6FA0" w14:textId="77777777" w:rsidR="00C37EC4" w:rsidRPr="00106719" w:rsidRDefault="00C37EC4" w:rsidP="00C37EC4">
      <w:pPr>
        <w:rPr>
          <w:lang w:val="it-IT"/>
        </w:rPr>
      </w:pPr>
      <w:r w:rsidRPr="00106719">
        <w:rPr>
          <w:lang w:val="it-IT"/>
        </w:rPr>
        <w:br w:type="page"/>
      </w:r>
    </w:p>
    <w:p w14:paraId="6E831BCC" w14:textId="77777777" w:rsidR="00C37EC4" w:rsidRPr="00106719" w:rsidRDefault="00C37EC4" w:rsidP="00C37EC4">
      <w:pPr>
        <w:pStyle w:val="Titolo1"/>
        <w:spacing w:before="280" w:after="120"/>
        <w:rPr>
          <w:color w:val="auto"/>
          <w:lang w:val="it-IT"/>
        </w:rPr>
      </w:pPr>
      <w:r w:rsidRPr="00106719">
        <w:rPr>
          <w:rFonts w:ascii="Book Antiqua" w:hAnsi="Book Antiqua"/>
          <w:color w:val="auto"/>
          <w:sz w:val="30"/>
          <w:lang w:val="it-IT"/>
        </w:rPr>
        <w:lastRenderedPageBreak/>
        <w:t xml:space="preserve">PARTE SECONDA – SCHEDE DELLE </w:t>
      </w:r>
      <w:proofErr w:type="spellStart"/>
      <w:r w:rsidRPr="00106719">
        <w:rPr>
          <w:rFonts w:ascii="Book Antiqua" w:hAnsi="Book Antiqua"/>
          <w:color w:val="auto"/>
          <w:sz w:val="30"/>
          <w:lang w:val="it-IT"/>
        </w:rPr>
        <w:t>U.d.A</w:t>
      </w:r>
      <w:proofErr w:type="spellEnd"/>
      <w:r w:rsidRPr="00106719">
        <w:rPr>
          <w:rFonts w:ascii="Book Antiqua" w:hAnsi="Book Antiqua"/>
          <w:color w:val="auto"/>
          <w:sz w:val="30"/>
          <w:lang w:val="it-IT"/>
        </w:rPr>
        <w:t>. DISCIPLINARI</w:t>
      </w:r>
    </w:p>
    <w:p w14:paraId="36CE56AC" w14:textId="77777777" w:rsidR="00C37EC4" w:rsidRPr="00106719" w:rsidRDefault="00C37EC4" w:rsidP="00C37EC4">
      <w:pPr>
        <w:spacing w:after="160"/>
        <w:jc w:val="both"/>
        <w:rPr>
          <w:lang w:val="it-IT"/>
        </w:rPr>
      </w:pPr>
      <w:r w:rsidRPr="00106719">
        <w:rPr>
          <w:i/>
          <w:sz w:val="19"/>
          <w:lang w:val="it-IT"/>
        </w:rPr>
        <w:t>Le schede sono ordinate per indirizzo. All'interno di ciascun indirizzo compaiono tutte le discipline del quadro orario, ciascuna con quattro Unità di Apprendimento: due per il primo quadrimestre e due per il secondo. I contenuti sono declinati per periodo didattico (primo biennio, secondo biennio, quinto anno) limitatamente agli anni in cui la disciplina è presente nel quadro orario dell'indirizzo.</w:t>
      </w:r>
    </w:p>
    <w:p w14:paraId="50A7F9E1" w14:textId="641E58CF" w:rsidR="00C37EC4" w:rsidRPr="003D707A" w:rsidRDefault="00C37EC4" w:rsidP="003D707A">
      <w:pPr>
        <w:rPr>
          <w:lang w:val="it-IT"/>
        </w:rPr>
      </w:pPr>
    </w:p>
    <w:p w14:paraId="6E54C85A" w14:textId="702B855B" w:rsidR="00C37EC4" w:rsidRPr="00C37EC4" w:rsidRDefault="000D3CD5" w:rsidP="00C37EC4">
      <w:pPr>
        <w:pStyle w:val="Titolo1"/>
        <w:spacing w:before="280" w:after="120"/>
        <w:rPr>
          <w:color w:val="auto"/>
          <w:lang w:val="it-IT"/>
        </w:rPr>
      </w:pPr>
      <w:r w:rsidRPr="00106719">
        <w:rPr>
          <w:rFonts w:ascii="Book Antiqua" w:hAnsi="Book Antiqua"/>
          <w:color w:val="auto"/>
          <w:lang w:val="it-IT"/>
        </w:rPr>
        <w:t>SEZIONE C – LICEO SCIENTIFICO – OPZIONE SCIENZE APPLICAT</w:t>
      </w:r>
      <w:r w:rsidR="00C37EC4">
        <w:rPr>
          <w:rFonts w:ascii="Book Antiqua" w:hAnsi="Book Antiqua"/>
          <w:color w:val="auto"/>
          <w:lang w:val="it-IT"/>
        </w:rPr>
        <w:t>E</w:t>
      </w:r>
    </w:p>
    <w:p w14:paraId="609245A1" w14:textId="2CA919F0" w:rsidR="000D3CD5" w:rsidRPr="00106719" w:rsidRDefault="000D3CD5" w:rsidP="000D3CD5">
      <w:pPr>
        <w:spacing w:after="120"/>
        <w:rPr>
          <w:lang w:val="it-IT"/>
        </w:rPr>
      </w:pPr>
      <w:r w:rsidRPr="00106719">
        <w:rPr>
          <w:i/>
          <w:sz w:val="19"/>
          <w:lang w:val="it-IT"/>
        </w:rPr>
        <w:t>LI03</w:t>
      </w:r>
    </w:p>
    <w:p w14:paraId="66860F4C" w14:textId="77777777" w:rsidR="000D3CD5" w:rsidRPr="00106719" w:rsidRDefault="000D3CD5" w:rsidP="000D3CD5">
      <w:pPr>
        <w:spacing w:after="160"/>
        <w:jc w:val="both"/>
        <w:rPr>
          <w:lang w:val="it-IT"/>
        </w:rPr>
      </w:pPr>
      <w:r w:rsidRPr="00106719">
        <w:rPr>
          <w:sz w:val="19"/>
          <w:lang w:val="it-IT"/>
        </w:rPr>
        <w:t xml:space="preserve">L'opzione Scienze applicate sostituisce lo studio del Latino con l'Informatica e potenzia in misura rilevante le Scienze naturali. L'identità dell'indirizzo non sta nella sottrazione, ma nella prevalenza del metodo sperimentale e computazionale: le </w:t>
      </w:r>
      <w:proofErr w:type="spellStart"/>
      <w:r w:rsidRPr="00106719">
        <w:rPr>
          <w:sz w:val="19"/>
          <w:lang w:val="it-IT"/>
        </w:rPr>
        <w:t>U.d.A</w:t>
      </w:r>
      <w:proofErr w:type="spellEnd"/>
      <w:r w:rsidRPr="00106719">
        <w:rPr>
          <w:sz w:val="19"/>
          <w:lang w:val="it-IT"/>
        </w:rPr>
        <w:t>. devono prevedere, per le discipline scientifiche, una quota di laboratorio non inferiore a un terzo del monte ore.</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794"/>
        <w:gridCol w:w="4082"/>
        <w:gridCol w:w="4876"/>
      </w:tblGrid>
      <w:tr w:rsidR="000D3CD5" w:rsidRPr="00106719" w14:paraId="161EF0D6" w14:textId="77777777" w:rsidTr="008B0F7A">
        <w:trPr>
          <w:tblHeader/>
        </w:trPr>
        <w:tc>
          <w:tcPr>
            <w:tcW w:w="794" w:type="dxa"/>
            <w:shd w:val="clear" w:color="auto" w:fill="D6DFEE"/>
          </w:tcPr>
          <w:p w14:paraId="4005C055" w14:textId="77777777" w:rsidR="000D3CD5" w:rsidRPr="00106719" w:rsidRDefault="000D3CD5" w:rsidP="008B0F7A">
            <w:pPr>
              <w:spacing w:after="20"/>
            </w:pPr>
            <w:r w:rsidRPr="00106719">
              <w:rPr>
                <w:b/>
                <w:sz w:val="18"/>
              </w:rPr>
              <w:t>N.</w:t>
            </w:r>
          </w:p>
        </w:tc>
        <w:tc>
          <w:tcPr>
            <w:tcW w:w="4082" w:type="dxa"/>
            <w:shd w:val="clear" w:color="auto" w:fill="D6DFEE"/>
          </w:tcPr>
          <w:p w14:paraId="37B06208" w14:textId="77777777" w:rsidR="000D3CD5" w:rsidRPr="00106719" w:rsidRDefault="000D3CD5" w:rsidP="008B0F7A">
            <w:pPr>
              <w:spacing w:after="20"/>
            </w:pPr>
            <w:r w:rsidRPr="00106719">
              <w:rPr>
                <w:b/>
                <w:sz w:val="18"/>
              </w:rPr>
              <w:t>Disciplina</w:t>
            </w:r>
          </w:p>
        </w:tc>
        <w:tc>
          <w:tcPr>
            <w:tcW w:w="4876" w:type="dxa"/>
            <w:shd w:val="clear" w:color="auto" w:fill="D6DFEE"/>
          </w:tcPr>
          <w:p w14:paraId="04ADAEFE" w14:textId="77777777" w:rsidR="000D3CD5" w:rsidRPr="00106719" w:rsidRDefault="000D3CD5" w:rsidP="008B0F7A">
            <w:pPr>
              <w:spacing w:after="20"/>
            </w:pPr>
            <w:r w:rsidRPr="00106719">
              <w:rPr>
                <w:b/>
                <w:sz w:val="18"/>
              </w:rPr>
              <w:t xml:space="preserve">Monte ore </w:t>
            </w:r>
            <w:proofErr w:type="spellStart"/>
            <w:r w:rsidRPr="00106719">
              <w:rPr>
                <w:b/>
                <w:sz w:val="18"/>
              </w:rPr>
              <w:t>settimanale</w:t>
            </w:r>
            <w:proofErr w:type="spellEnd"/>
          </w:p>
        </w:tc>
      </w:tr>
      <w:tr w:rsidR="000D3CD5" w:rsidRPr="00106719" w14:paraId="2956578A" w14:textId="77777777" w:rsidTr="008B0F7A">
        <w:tc>
          <w:tcPr>
            <w:tcW w:w="794" w:type="dxa"/>
          </w:tcPr>
          <w:p w14:paraId="3C09FBD0" w14:textId="77777777" w:rsidR="000D3CD5" w:rsidRPr="00106719" w:rsidRDefault="000D3CD5" w:rsidP="008B0F7A">
            <w:pPr>
              <w:spacing w:after="20"/>
            </w:pPr>
            <w:r w:rsidRPr="00106719">
              <w:rPr>
                <w:b/>
                <w:sz w:val="18"/>
              </w:rPr>
              <w:t>C.1</w:t>
            </w:r>
          </w:p>
        </w:tc>
        <w:tc>
          <w:tcPr>
            <w:tcW w:w="4082" w:type="dxa"/>
          </w:tcPr>
          <w:p w14:paraId="660E2BA2" w14:textId="77777777" w:rsidR="000D3CD5" w:rsidRPr="00106719" w:rsidRDefault="000D3CD5" w:rsidP="008B0F7A">
            <w:pPr>
              <w:spacing w:after="20"/>
            </w:pPr>
            <w:r w:rsidRPr="00106719">
              <w:rPr>
                <w:sz w:val="18"/>
              </w:rPr>
              <w:t xml:space="preserve">Lingua e </w:t>
            </w:r>
            <w:proofErr w:type="spellStart"/>
            <w:r w:rsidRPr="00106719">
              <w:rPr>
                <w:sz w:val="18"/>
              </w:rPr>
              <w:t>letteratura</w:t>
            </w:r>
            <w:proofErr w:type="spellEnd"/>
            <w:r w:rsidRPr="00106719">
              <w:rPr>
                <w:sz w:val="18"/>
              </w:rPr>
              <w:t xml:space="preserve"> </w:t>
            </w:r>
            <w:proofErr w:type="spellStart"/>
            <w:r w:rsidRPr="00106719">
              <w:rPr>
                <w:sz w:val="18"/>
              </w:rPr>
              <w:t>italiana</w:t>
            </w:r>
            <w:proofErr w:type="spellEnd"/>
          </w:p>
        </w:tc>
        <w:tc>
          <w:tcPr>
            <w:tcW w:w="4876" w:type="dxa"/>
          </w:tcPr>
          <w:p w14:paraId="48ACD439" w14:textId="77777777" w:rsidR="000D3CD5" w:rsidRPr="00106719" w:rsidRDefault="000D3CD5" w:rsidP="008B0F7A">
            <w:pPr>
              <w:spacing w:after="20"/>
              <w:rPr>
                <w:lang w:val="it-IT"/>
              </w:rPr>
            </w:pPr>
            <w:r w:rsidRPr="00106719">
              <w:rPr>
                <w:sz w:val="18"/>
                <w:lang w:val="it-IT"/>
              </w:rPr>
              <w:t>4 ore settimanali per l'intero quinquennio</w:t>
            </w:r>
          </w:p>
        </w:tc>
      </w:tr>
      <w:tr w:rsidR="000D3CD5" w:rsidRPr="00106719" w14:paraId="3AD6C3FA" w14:textId="77777777" w:rsidTr="008B0F7A">
        <w:tc>
          <w:tcPr>
            <w:tcW w:w="794" w:type="dxa"/>
          </w:tcPr>
          <w:p w14:paraId="706911E3" w14:textId="77777777" w:rsidR="000D3CD5" w:rsidRPr="00106719" w:rsidRDefault="000D3CD5" w:rsidP="008B0F7A">
            <w:pPr>
              <w:spacing w:after="20"/>
            </w:pPr>
            <w:r w:rsidRPr="00106719">
              <w:rPr>
                <w:b/>
                <w:sz w:val="18"/>
              </w:rPr>
              <w:t>C.2</w:t>
            </w:r>
          </w:p>
        </w:tc>
        <w:tc>
          <w:tcPr>
            <w:tcW w:w="4082" w:type="dxa"/>
          </w:tcPr>
          <w:p w14:paraId="09E0199E" w14:textId="77777777" w:rsidR="000D3CD5" w:rsidRPr="00106719" w:rsidRDefault="000D3CD5" w:rsidP="008B0F7A">
            <w:pPr>
              <w:spacing w:after="20"/>
              <w:rPr>
                <w:lang w:val="it-IT"/>
              </w:rPr>
            </w:pPr>
            <w:r w:rsidRPr="00106719">
              <w:rPr>
                <w:sz w:val="18"/>
                <w:lang w:val="it-IT"/>
              </w:rPr>
              <w:t>Lingua e cultura straniera 1 – Inglese</w:t>
            </w:r>
          </w:p>
        </w:tc>
        <w:tc>
          <w:tcPr>
            <w:tcW w:w="4876" w:type="dxa"/>
          </w:tcPr>
          <w:p w14:paraId="75438874" w14:textId="77777777" w:rsidR="000D3CD5" w:rsidRPr="00106719" w:rsidRDefault="000D3CD5" w:rsidP="008B0F7A">
            <w:pPr>
              <w:spacing w:after="20"/>
              <w:rPr>
                <w:lang w:val="it-IT"/>
              </w:rPr>
            </w:pPr>
            <w:r w:rsidRPr="00106719">
              <w:rPr>
                <w:sz w:val="18"/>
                <w:lang w:val="it-IT"/>
              </w:rPr>
              <w:t>3 ore settimanali per l'intero quinquennio</w:t>
            </w:r>
          </w:p>
        </w:tc>
      </w:tr>
      <w:tr w:rsidR="000D3CD5" w:rsidRPr="00106719" w14:paraId="1F4A0696" w14:textId="77777777" w:rsidTr="008B0F7A">
        <w:tc>
          <w:tcPr>
            <w:tcW w:w="794" w:type="dxa"/>
          </w:tcPr>
          <w:p w14:paraId="5C290EC8" w14:textId="77777777" w:rsidR="000D3CD5" w:rsidRPr="00106719" w:rsidRDefault="000D3CD5" w:rsidP="008B0F7A">
            <w:pPr>
              <w:spacing w:after="20"/>
            </w:pPr>
            <w:r w:rsidRPr="00106719">
              <w:rPr>
                <w:b/>
                <w:sz w:val="18"/>
              </w:rPr>
              <w:t>C.3</w:t>
            </w:r>
          </w:p>
        </w:tc>
        <w:tc>
          <w:tcPr>
            <w:tcW w:w="4082" w:type="dxa"/>
          </w:tcPr>
          <w:p w14:paraId="2E28FB01" w14:textId="77777777" w:rsidR="000D3CD5" w:rsidRPr="00106719" w:rsidRDefault="000D3CD5" w:rsidP="008B0F7A">
            <w:pPr>
              <w:spacing w:after="20"/>
            </w:pPr>
            <w:r w:rsidRPr="00106719">
              <w:rPr>
                <w:sz w:val="18"/>
              </w:rPr>
              <w:t>Storia e Geografia</w:t>
            </w:r>
          </w:p>
        </w:tc>
        <w:tc>
          <w:tcPr>
            <w:tcW w:w="4876" w:type="dxa"/>
          </w:tcPr>
          <w:p w14:paraId="753221DD" w14:textId="77777777" w:rsidR="000D3CD5" w:rsidRPr="00106719" w:rsidRDefault="000D3CD5" w:rsidP="008B0F7A">
            <w:pPr>
              <w:spacing w:after="20"/>
              <w:rPr>
                <w:lang w:val="it-IT"/>
              </w:rPr>
            </w:pPr>
            <w:r w:rsidRPr="00106719">
              <w:rPr>
                <w:sz w:val="18"/>
                <w:lang w:val="it-IT"/>
              </w:rPr>
              <w:t>3 ore settimanali nel primo biennio</w:t>
            </w:r>
          </w:p>
        </w:tc>
      </w:tr>
      <w:tr w:rsidR="000D3CD5" w:rsidRPr="00106719" w14:paraId="29BF128B" w14:textId="77777777" w:rsidTr="008B0F7A">
        <w:tc>
          <w:tcPr>
            <w:tcW w:w="794" w:type="dxa"/>
          </w:tcPr>
          <w:p w14:paraId="75EB6029" w14:textId="77777777" w:rsidR="000D3CD5" w:rsidRPr="00106719" w:rsidRDefault="000D3CD5" w:rsidP="008B0F7A">
            <w:pPr>
              <w:spacing w:after="20"/>
            </w:pPr>
            <w:r w:rsidRPr="00106719">
              <w:rPr>
                <w:b/>
                <w:sz w:val="18"/>
              </w:rPr>
              <w:t>C.4</w:t>
            </w:r>
          </w:p>
        </w:tc>
        <w:tc>
          <w:tcPr>
            <w:tcW w:w="4082" w:type="dxa"/>
          </w:tcPr>
          <w:p w14:paraId="61D50386" w14:textId="77777777" w:rsidR="000D3CD5" w:rsidRPr="00106719" w:rsidRDefault="000D3CD5" w:rsidP="008B0F7A">
            <w:pPr>
              <w:spacing w:after="20"/>
            </w:pPr>
            <w:r w:rsidRPr="00106719">
              <w:rPr>
                <w:sz w:val="18"/>
              </w:rPr>
              <w:t>Storia</w:t>
            </w:r>
          </w:p>
        </w:tc>
        <w:tc>
          <w:tcPr>
            <w:tcW w:w="4876" w:type="dxa"/>
          </w:tcPr>
          <w:p w14:paraId="43F5049F" w14:textId="77777777" w:rsidR="000D3CD5" w:rsidRPr="00106719" w:rsidRDefault="000D3CD5" w:rsidP="008B0F7A">
            <w:pPr>
              <w:spacing w:after="20"/>
              <w:rPr>
                <w:lang w:val="it-IT"/>
              </w:rPr>
            </w:pPr>
            <w:r w:rsidRPr="00106719">
              <w:rPr>
                <w:sz w:val="18"/>
                <w:lang w:val="it-IT"/>
              </w:rPr>
              <w:t>2 ore settimanali nel secondo biennio e nel quinto anno</w:t>
            </w:r>
          </w:p>
        </w:tc>
      </w:tr>
      <w:tr w:rsidR="000D3CD5" w:rsidRPr="00106719" w14:paraId="57DA9A41" w14:textId="77777777" w:rsidTr="008B0F7A">
        <w:tc>
          <w:tcPr>
            <w:tcW w:w="794" w:type="dxa"/>
          </w:tcPr>
          <w:p w14:paraId="22371C9D" w14:textId="77777777" w:rsidR="000D3CD5" w:rsidRPr="00106719" w:rsidRDefault="000D3CD5" w:rsidP="008B0F7A">
            <w:pPr>
              <w:spacing w:after="20"/>
            </w:pPr>
            <w:r w:rsidRPr="00106719">
              <w:rPr>
                <w:b/>
                <w:sz w:val="18"/>
              </w:rPr>
              <w:t>C.5</w:t>
            </w:r>
          </w:p>
        </w:tc>
        <w:tc>
          <w:tcPr>
            <w:tcW w:w="4082" w:type="dxa"/>
          </w:tcPr>
          <w:p w14:paraId="37517CC4" w14:textId="77777777" w:rsidR="000D3CD5" w:rsidRPr="00106719" w:rsidRDefault="000D3CD5" w:rsidP="008B0F7A">
            <w:pPr>
              <w:spacing w:after="20"/>
            </w:pPr>
            <w:r w:rsidRPr="00106719">
              <w:rPr>
                <w:sz w:val="18"/>
              </w:rPr>
              <w:t>Filosofia</w:t>
            </w:r>
          </w:p>
        </w:tc>
        <w:tc>
          <w:tcPr>
            <w:tcW w:w="4876" w:type="dxa"/>
          </w:tcPr>
          <w:p w14:paraId="4C2C3ADA" w14:textId="77777777" w:rsidR="000D3CD5" w:rsidRPr="00106719" w:rsidRDefault="000D3CD5" w:rsidP="008B0F7A">
            <w:pPr>
              <w:spacing w:after="20"/>
              <w:rPr>
                <w:lang w:val="it-IT"/>
              </w:rPr>
            </w:pPr>
            <w:r w:rsidRPr="00106719">
              <w:rPr>
                <w:sz w:val="18"/>
                <w:lang w:val="it-IT"/>
              </w:rPr>
              <w:t>2 ore settimanali nel secondo biennio e nel quinto anno</w:t>
            </w:r>
          </w:p>
        </w:tc>
      </w:tr>
      <w:tr w:rsidR="000D3CD5" w:rsidRPr="00106719" w14:paraId="273268EA" w14:textId="77777777" w:rsidTr="008B0F7A">
        <w:tc>
          <w:tcPr>
            <w:tcW w:w="794" w:type="dxa"/>
          </w:tcPr>
          <w:p w14:paraId="785CA061" w14:textId="77777777" w:rsidR="000D3CD5" w:rsidRPr="00106719" w:rsidRDefault="000D3CD5" w:rsidP="008B0F7A">
            <w:pPr>
              <w:spacing w:after="20"/>
            </w:pPr>
            <w:r w:rsidRPr="00106719">
              <w:rPr>
                <w:b/>
                <w:sz w:val="18"/>
              </w:rPr>
              <w:t>C.6</w:t>
            </w:r>
          </w:p>
        </w:tc>
        <w:tc>
          <w:tcPr>
            <w:tcW w:w="4082" w:type="dxa"/>
          </w:tcPr>
          <w:p w14:paraId="1481913E" w14:textId="77777777" w:rsidR="000D3CD5" w:rsidRPr="00106719" w:rsidRDefault="000D3CD5" w:rsidP="008B0F7A">
            <w:pPr>
              <w:spacing w:after="20"/>
              <w:rPr>
                <w:lang w:val="it-IT"/>
              </w:rPr>
            </w:pPr>
            <w:r w:rsidRPr="00106719">
              <w:rPr>
                <w:sz w:val="18"/>
                <w:lang w:val="it-IT"/>
              </w:rPr>
              <w:t>Matematica (con Informatica nel primo biennio)</w:t>
            </w:r>
          </w:p>
        </w:tc>
        <w:tc>
          <w:tcPr>
            <w:tcW w:w="4876" w:type="dxa"/>
          </w:tcPr>
          <w:p w14:paraId="49ADAF7F" w14:textId="77777777" w:rsidR="000D3CD5" w:rsidRPr="00106719" w:rsidRDefault="000D3CD5" w:rsidP="008B0F7A">
            <w:pPr>
              <w:spacing w:after="20"/>
              <w:rPr>
                <w:lang w:val="it-IT"/>
              </w:rPr>
            </w:pPr>
            <w:r w:rsidRPr="00106719">
              <w:rPr>
                <w:sz w:val="18"/>
                <w:lang w:val="it-IT"/>
              </w:rPr>
              <w:t>5 ore settimanali nel primo biennio, 4 nel secondo biennio e nel quinto anno</w:t>
            </w:r>
          </w:p>
        </w:tc>
      </w:tr>
      <w:tr w:rsidR="000D3CD5" w:rsidRPr="00106719" w14:paraId="4EAEF264" w14:textId="77777777" w:rsidTr="008B0F7A">
        <w:tc>
          <w:tcPr>
            <w:tcW w:w="794" w:type="dxa"/>
          </w:tcPr>
          <w:p w14:paraId="53EFA150" w14:textId="77777777" w:rsidR="000D3CD5" w:rsidRPr="00106719" w:rsidRDefault="000D3CD5" w:rsidP="008B0F7A">
            <w:pPr>
              <w:spacing w:after="20"/>
            </w:pPr>
            <w:r w:rsidRPr="00106719">
              <w:rPr>
                <w:b/>
                <w:sz w:val="18"/>
              </w:rPr>
              <w:t>C.7</w:t>
            </w:r>
          </w:p>
        </w:tc>
        <w:tc>
          <w:tcPr>
            <w:tcW w:w="4082" w:type="dxa"/>
          </w:tcPr>
          <w:p w14:paraId="2B0C5EC5" w14:textId="77777777" w:rsidR="000D3CD5" w:rsidRPr="00106719" w:rsidRDefault="000D3CD5" w:rsidP="008B0F7A">
            <w:pPr>
              <w:spacing w:after="20"/>
            </w:pPr>
            <w:r w:rsidRPr="00106719">
              <w:rPr>
                <w:sz w:val="18"/>
              </w:rPr>
              <w:t>Informatica</w:t>
            </w:r>
          </w:p>
        </w:tc>
        <w:tc>
          <w:tcPr>
            <w:tcW w:w="4876" w:type="dxa"/>
          </w:tcPr>
          <w:p w14:paraId="149C63D7" w14:textId="77777777" w:rsidR="000D3CD5" w:rsidRPr="00106719" w:rsidRDefault="000D3CD5" w:rsidP="008B0F7A">
            <w:pPr>
              <w:spacing w:after="20"/>
              <w:rPr>
                <w:lang w:val="it-IT"/>
              </w:rPr>
            </w:pPr>
            <w:r w:rsidRPr="00106719">
              <w:rPr>
                <w:sz w:val="18"/>
                <w:lang w:val="it-IT"/>
              </w:rPr>
              <w:t>2 ore settimanali per l'intero quinquennio</w:t>
            </w:r>
          </w:p>
        </w:tc>
      </w:tr>
      <w:tr w:rsidR="000D3CD5" w:rsidRPr="00106719" w14:paraId="45F6C033" w14:textId="77777777" w:rsidTr="008B0F7A">
        <w:tc>
          <w:tcPr>
            <w:tcW w:w="794" w:type="dxa"/>
          </w:tcPr>
          <w:p w14:paraId="2895C484" w14:textId="77777777" w:rsidR="000D3CD5" w:rsidRPr="00106719" w:rsidRDefault="000D3CD5" w:rsidP="008B0F7A">
            <w:pPr>
              <w:spacing w:after="20"/>
            </w:pPr>
            <w:r w:rsidRPr="00106719">
              <w:rPr>
                <w:b/>
                <w:sz w:val="18"/>
              </w:rPr>
              <w:t>C.8</w:t>
            </w:r>
          </w:p>
        </w:tc>
        <w:tc>
          <w:tcPr>
            <w:tcW w:w="4082" w:type="dxa"/>
          </w:tcPr>
          <w:p w14:paraId="14A0BBCC" w14:textId="77777777" w:rsidR="000D3CD5" w:rsidRPr="00106719" w:rsidRDefault="000D3CD5" w:rsidP="008B0F7A">
            <w:pPr>
              <w:spacing w:after="20"/>
            </w:pPr>
            <w:r w:rsidRPr="00106719">
              <w:rPr>
                <w:sz w:val="18"/>
              </w:rPr>
              <w:t>Fisica</w:t>
            </w:r>
          </w:p>
        </w:tc>
        <w:tc>
          <w:tcPr>
            <w:tcW w:w="4876" w:type="dxa"/>
          </w:tcPr>
          <w:p w14:paraId="75512B4B" w14:textId="77777777" w:rsidR="000D3CD5" w:rsidRPr="00106719" w:rsidRDefault="000D3CD5" w:rsidP="008B0F7A">
            <w:pPr>
              <w:spacing w:after="20"/>
              <w:rPr>
                <w:lang w:val="it-IT"/>
              </w:rPr>
            </w:pPr>
            <w:r w:rsidRPr="00106719">
              <w:rPr>
                <w:sz w:val="18"/>
                <w:lang w:val="it-IT"/>
              </w:rPr>
              <w:t>2 ore settimanali nel primo biennio, 3 nel secondo biennio e nel quinto anno</w:t>
            </w:r>
          </w:p>
        </w:tc>
      </w:tr>
      <w:tr w:rsidR="000D3CD5" w:rsidRPr="00106719" w14:paraId="652C03E0" w14:textId="77777777" w:rsidTr="008B0F7A">
        <w:tc>
          <w:tcPr>
            <w:tcW w:w="794" w:type="dxa"/>
          </w:tcPr>
          <w:p w14:paraId="26384A5B" w14:textId="77777777" w:rsidR="000D3CD5" w:rsidRPr="00106719" w:rsidRDefault="000D3CD5" w:rsidP="008B0F7A">
            <w:pPr>
              <w:spacing w:after="20"/>
            </w:pPr>
            <w:r w:rsidRPr="00106719">
              <w:rPr>
                <w:b/>
                <w:sz w:val="18"/>
              </w:rPr>
              <w:t>C.9</w:t>
            </w:r>
          </w:p>
        </w:tc>
        <w:tc>
          <w:tcPr>
            <w:tcW w:w="4082" w:type="dxa"/>
          </w:tcPr>
          <w:p w14:paraId="58895921" w14:textId="77777777" w:rsidR="000D3CD5" w:rsidRPr="00106719" w:rsidRDefault="000D3CD5" w:rsidP="008B0F7A">
            <w:pPr>
              <w:spacing w:after="20"/>
              <w:rPr>
                <w:lang w:val="it-IT"/>
              </w:rPr>
            </w:pPr>
            <w:r w:rsidRPr="00106719">
              <w:rPr>
                <w:sz w:val="18"/>
                <w:lang w:val="it-IT"/>
              </w:rPr>
              <w:t>Scienze naturali (Biologia, Chimica, Scienze della Terra) – potenziate</w:t>
            </w:r>
          </w:p>
        </w:tc>
        <w:tc>
          <w:tcPr>
            <w:tcW w:w="4876" w:type="dxa"/>
          </w:tcPr>
          <w:p w14:paraId="282D1930" w14:textId="77777777" w:rsidR="000D3CD5" w:rsidRPr="00106719" w:rsidRDefault="000D3CD5" w:rsidP="008B0F7A">
            <w:pPr>
              <w:spacing w:after="20"/>
              <w:rPr>
                <w:lang w:val="it-IT"/>
              </w:rPr>
            </w:pPr>
            <w:r w:rsidRPr="00106719">
              <w:rPr>
                <w:sz w:val="18"/>
                <w:lang w:val="it-IT"/>
              </w:rPr>
              <w:t>3 ore settimanali nel primo biennio, 5 nel secondo biennio e nel quinto anno</w:t>
            </w:r>
          </w:p>
        </w:tc>
      </w:tr>
      <w:tr w:rsidR="000D3CD5" w:rsidRPr="00106719" w14:paraId="7E9860CF" w14:textId="77777777" w:rsidTr="008B0F7A">
        <w:tc>
          <w:tcPr>
            <w:tcW w:w="794" w:type="dxa"/>
          </w:tcPr>
          <w:p w14:paraId="649DA67A" w14:textId="77777777" w:rsidR="000D3CD5" w:rsidRPr="00106719" w:rsidRDefault="000D3CD5" w:rsidP="008B0F7A">
            <w:pPr>
              <w:spacing w:after="20"/>
            </w:pPr>
            <w:r w:rsidRPr="00106719">
              <w:rPr>
                <w:b/>
                <w:sz w:val="18"/>
              </w:rPr>
              <w:t>C.10</w:t>
            </w:r>
          </w:p>
        </w:tc>
        <w:tc>
          <w:tcPr>
            <w:tcW w:w="4082" w:type="dxa"/>
          </w:tcPr>
          <w:p w14:paraId="0F088B10" w14:textId="77777777" w:rsidR="000D3CD5" w:rsidRPr="00106719" w:rsidRDefault="000D3CD5" w:rsidP="008B0F7A">
            <w:pPr>
              <w:spacing w:after="20"/>
            </w:pPr>
            <w:r w:rsidRPr="00106719">
              <w:rPr>
                <w:sz w:val="18"/>
              </w:rPr>
              <w:t>Disegno e Storia dell'arte</w:t>
            </w:r>
          </w:p>
        </w:tc>
        <w:tc>
          <w:tcPr>
            <w:tcW w:w="4876" w:type="dxa"/>
          </w:tcPr>
          <w:p w14:paraId="55CB9823" w14:textId="77777777" w:rsidR="000D3CD5" w:rsidRPr="00106719" w:rsidRDefault="000D3CD5" w:rsidP="008B0F7A">
            <w:pPr>
              <w:spacing w:after="20"/>
              <w:rPr>
                <w:lang w:val="it-IT"/>
              </w:rPr>
            </w:pPr>
            <w:r w:rsidRPr="00106719">
              <w:rPr>
                <w:sz w:val="18"/>
                <w:lang w:val="it-IT"/>
              </w:rPr>
              <w:t>2 ore settimanali per l'intero quinquennio</w:t>
            </w:r>
          </w:p>
        </w:tc>
      </w:tr>
      <w:tr w:rsidR="000D3CD5" w:rsidRPr="00106719" w14:paraId="78742D96" w14:textId="77777777" w:rsidTr="008B0F7A">
        <w:tc>
          <w:tcPr>
            <w:tcW w:w="794" w:type="dxa"/>
          </w:tcPr>
          <w:p w14:paraId="36C6ED32" w14:textId="77777777" w:rsidR="000D3CD5" w:rsidRPr="00106719" w:rsidRDefault="000D3CD5" w:rsidP="008B0F7A">
            <w:pPr>
              <w:spacing w:after="20"/>
            </w:pPr>
            <w:r w:rsidRPr="00106719">
              <w:rPr>
                <w:b/>
                <w:sz w:val="18"/>
              </w:rPr>
              <w:t>C.11</w:t>
            </w:r>
          </w:p>
        </w:tc>
        <w:tc>
          <w:tcPr>
            <w:tcW w:w="4082" w:type="dxa"/>
          </w:tcPr>
          <w:p w14:paraId="088664B8" w14:textId="77777777" w:rsidR="000D3CD5" w:rsidRPr="00106719" w:rsidRDefault="000D3CD5" w:rsidP="008B0F7A">
            <w:pPr>
              <w:spacing w:after="20"/>
            </w:pPr>
            <w:r w:rsidRPr="00106719">
              <w:rPr>
                <w:sz w:val="18"/>
              </w:rPr>
              <w:t xml:space="preserve">Scienze </w:t>
            </w:r>
            <w:proofErr w:type="spellStart"/>
            <w:r w:rsidRPr="00106719">
              <w:rPr>
                <w:sz w:val="18"/>
              </w:rPr>
              <w:t>motorie</w:t>
            </w:r>
            <w:proofErr w:type="spellEnd"/>
            <w:r w:rsidRPr="00106719">
              <w:rPr>
                <w:sz w:val="18"/>
              </w:rPr>
              <w:t xml:space="preserve"> e sportive</w:t>
            </w:r>
          </w:p>
        </w:tc>
        <w:tc>
          <w:tcPr>
            <w:tcW w:w="4876" w:type="dxa"/>
          </w:tcPr>
          <w:p w14:paraId="26D29A3F" w14:textId="77777777" w:rsidR="000D3CD5" w:rsidRPr="00106719" w:rsidRDefault="000D3CD5" w:rsidP="008B0F7A">
            <w:pPr>
              <w:spacing w:after="20"/>
              <w:rPr>
                <w:lang w:val="it-IT"/>
              </w:rPr>
            </w:pPr>
            <w:r w:rsidRPr="00106719">
              <w:rPr>
                <w:sz w:val="18"/>
                <w:lang w:val="it-IT"/>
              </w:rPr>
              <w:t>2 ore settimanali per l'intero quinquennio</w:t>
            </w:r>
          </w:p>
        </w:tc>
      </w:tr>
      <w:tr w:rsidR="000D3CD5" w:rsidRPr="00106719" w14:paraId="64FEC803" w14:textId="77777777" w:rsidTr="008B0F7A">
        <w:tc>
          <w:tcPr>
            <w:tcW w:w="794" w:type="dxa"/>
          </w:tcPr>
          <w:p w14:paraId="1C05D75E" w14:textId="77777777" w:rsidR="000D3CD5" w:rsidRPr="00106719" w:rsidRDefault="000D3CD5" w:rsidP="008B0F7A">
            <w:pPr>
              <w:spacing w:after="20"/>
            </w:pPr>
            <w:r w:rsidRPr="00106719">
              <w:rPr>
                <w:b/>
                <w:sz w:val="18"/>
              </w:rPr>
              <w:t>C.12</w:t>
            </w:r>
          </w:p>
        </w:tc>
        <w:tc>
          <w:tcPr>
            <w:tcW w:w="4082" w:type="dxa"/>
          </w:tcPr>
          <w:p w14:paraId="2723FF00" w14:textId="77777777" w:rsidR="000D3CD5" w:rsidRPr="00106719" w:rsidRDefault="000D3CD5" w:rsidP="008B0F7A">
            <w:pPr>
              <w:spacing w:after="20"/>
              <w:rPr>
                <w:lang w:val="it-IT"/>
              </w:rPr>
            </w:pPr>
            <w:r w:rsidRPr="00106719">
              <w:rPr>
                <w:sz w:val="18"/>
                <w:lang w:val="it-IT"/>
              </w:rPr>
              <w:t>Religione cattolica o attività alternative</w:t>
            </w:r>
          </w:p>
        </w:tc>
        <w:tc>
          <w:tcPr>
            <w:tcW w:w="4876" w:type="dxa"/>
          </w:tcPr>
          <w:p w14:paraId="2AFA7247" w14:textId="77777777" w:rsidR="000D3CD5" w:rsidRPr="00106719" w:rsidRDefault="000D3CD5" w:rsidP="008B0F7A">
            <w:pPr>
              <w:spacing w:after="20"/>
              <w:rPr>
                <w:lang w:val="it-IT"/>
              </w:rPr>
            </w:pPr>
            <w:r w:rsidRPr="00106719">
              <w:rPr>
                <w:sz w:val="18"/>
                <w:lang w:val="it-IT"/>
              </w:rPr>
              <w:t>1 ora settimanale per l'intero quinquennio</w:t>
            </w:r>
          </w:p>
        </w:tc>
      </w:tr>
    </w:tbl>
    <w:p w14:paraId="1D4BFA1A" w14:textId="77777777" w:rsidR="000D3CD5" w:rsidRPr="00106719" w:rsidRDefault="000D3CD5" w:rsidP="000D3CD5">
      <w:pPr>
        <w:rPr>
          <w:lang w:val="it-IT"/>
        </w:rPr>
      </w:pPr>
      <w:r w:rsidRPr="00106719">
        <w:rPr>
          <w:lang w:val="it-IT"/>
        </w:rPr>
        <w:br w:type="page"/>
      </w:r>
    </w:p>
    <w:p w14:paraId="06C67737" w14:textId="77777777" w:rsidR="000D3CD5" w:rsidRPr="00106719" w:rsidRDefault="000D3CD5" w:rsidP="000D3CD5">
      <w:pPr>
        <w:pStyle w:val="Titolo2"/>
        <w:spacing w:before="320"/>
        <w:rPr>
          <w:color w:val="auto"/>
          <w:lang w:val="it-IT"/>
        </w:rPr>
      </w:pPr>
      <w:proofErr w:type="gramStart"/>
      <w:r w:rsidRPr="00106719">
        <w:rPr>
          <w:rFonts w:ascii="Book Antiqua" w:hAnsi="Book Antiqua"/>
          <w:color w:val="auto"/>
          <w:sz w:val="23"/>
          <w:lang w:val="it-IT"/>
        </w:rPr>
        <w:lastRenderedPageBreak/>
        <w:t>C.1  LINGUA</w:t>
      </w:r>
      <w:proofErr w:type="gramEnd"/>
      <w:r w:rsidRPr="00106719">
        <w:rPr>
          <w:rFonts w:ascii="Book Antiqua" w:hAnsi="Book Antiqua"/>
          <w:color w:val="auto"/>
          <w:sz w:val="23"/>
          <w:lang w:val="it-IT"/>
        </w:rPr>
        <w:t xml:space="preserve"> E LETTERATURA ITALIANA</w:t>
      </w:r>
    </w:p>
    <w:p w14:paraId="06D81C33" w14:textId="77777777" w:rsidR="000D3CD5" w:rsidRPr="00106719" w:rsidRDefault="000D3CD5" w:rsidP="000D3CD5">
      <w:pPr>
        <w:spacing w:after="60"/>
        <w:rPr>
          <w:lang w:val="it-IT"/>
        </w:rPr>
      </w:pPr>
      <w:r w:rsidRPr="00106719">
        <w:rPr>
          <w:i/>
          <w:sz w:val="17"/>
          <w:lang w:val="it-IT"/>
        </w:rPr>
        <w:t>Classe di concorso: A-011 / A-013 / A-</w:t>
      </w:r>
      <w:proofErr w:type="gramStart"/>
      <w:r w:rsidRPr="00106719">
        <w:rPr>
          <w:i/>
          <w:sz w:val="17"/>
          <w:lang w:val="it-IT"/>
        </w:rPr>
        <w:t>012  ·</w:t>
      </w:r>
      <w:proofErr w:type="gramEnd"/>
      <w:r w:rsidRPr="00106719">
        <w:rPr>
          <w:i/>
          <w:sz w:val="17"/>
          <w:lang w:val="it-IT"/>
        </w:rPr>
        <w:t xml:space="preserve">  Monte ore nell'indirizzo: 4 ore settimanali per l'intero quinquennio</w:t>
      </w:r>
    </w:p>
    <w:p w14:paraId="2BBE923E" w14:textId="77777777" w:rsidR="000D3CD5" w:rsidRPr="00106719" w:rsidRDefault="000D3CD5" w:rsidP="000D3CD5">
      <w:pPr>
        <w:spacing w:after="60"/>
        <w:jc w:val="both"/>
        <w:rPr>
          <w:lang w:val="it-IT"/>
        </w:rPr>
      </w:pPr>
      <w:r w:rsidRPr="00106719">
        <w:rPr>
          <w:sz w:val="17"/>
          <w:lang w:val="it-IT"/>
        </w:rPr>
        <w:t xml:space="preserve">Nota generale sulla disciplina. Disciplina comune a tutti gli indirizzi, con identico monte ore (4 ore settimanali per l'intero quinquennio). L'impianto delle </w:t>
      </w:r>
      <w:proofErr w:type="spellStart"/>
      <w:r w:rsidRPr="00106719">
        <w:rPr>
          <w:sz w:val="17"/>
          <w:lang w:val="it-IT"/>
        </w:rPr>
        <w:t>U.d.A</w:t>
      </w:r>
      <w:proofErr w:type="spellEnd"/>
      <w:r w:rsidRPr="00106719">
        <w:rPr>
          <w:sz w:val="17"/>
          <w:lang w:val="it-IT"/>
        </w:rPr>
        <w:t>. è pertanto unitario; cambiano le declinazioni d'indirizzo indicate in testa a ciascuna sezione.</w:t>
      </w:r>
    </w:p>
    <w:p w14:paraId="48FD1377" w14:textId="77777777" w:rsidR="000D3CD5" w:rsidRPr="00106719" w:rsidRDefault="000D3CD5" w:rsidP="000D3CD5">
      <w:pPr>
        <w:spacing w:after="120"/>
        <w:jc w:val="both"/>
        <w:rPr>
          <w:lang w:val="it-IT"/>
        </w:rPr>
      </w:pPr>
      <w:r w:rsidRPr="00106719">
        <w:rPr>
          <w:sz w:val="17"/>
          <w:lang w:val="it-IT"/>
        </w:rPr>
        <w:t xml:space="preserve">Declinazione per l'indirizzo. L'assenza del Latino richiede di curare in modo esplicito l'etimologia e la formazione del lessico tecnico-scientifico, che va affrontata nella prima e nella seconda </w:t>
      </w:r>
      <w:proofErr w:type="spellStart"/>
      <w:r w:rsidRPr="00106719">
        <w:rPr>
          <w:sz w:val="17"/>
          <w:lang w:val="it-IT"/>
        </w:rPr>
        <w:t>U.d.A</w:t>
      </w:r>
      <w:proofErr w:type="spellEnd"/>
      <w:r w:rsidRPr="00106719">
        <w:rPr>
          <w:sz w:val="17"/>
          <w:lang w:val="it-IT"/>
        </w:rPr>
        <w:t>.</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537D1E25" w14:textId="77777777" w:rsidTr="008B0F7A">
        <w:trPr>
          <w:cantSplit/>
        </w:trPr>
        <w:tc>
          <w:tcPr>
            <w:tcW w:w="9752" w:type="dxa"/>
            <w:gridSpan w:val="2"/>
            <w:shd w:val="clear" w:color="auto" w:fill="D6DFEE"/>
          </w:tcPr>
          <w:p w14:paraId="2FE085E3"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1 — Leggere per capire: il testo e le sue strutture</w:t>
            </w:r>
          </w:p>
        </w:tc>
      </w:tr>
      <w:tr w:rsidR="000D3CD5" w:rsidRPr="00106719" w14:paraId="769A59B0" w14:textId="77777777" w:rsidTr="008B0F7A">
        <w:trPr>
          <w:cantSplit/>
        </w:trPr>
        <w:tc>
          <w:tcPr>
            <w:tcW w:w="2211" w:type="dxa"/>
            <w:shd w:val="clear" w:color="auto" w:fill="EDF0F5"/>
          </w:tcPr>
          <w:p w14:paraId="01FA52A1"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7B408E27"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settembre</w:t>
            </w:r>
            <w:proofErr w:type="spellEnd"/>
            <w:r w:rsidRPr="00106719">
              <w:rPr>
                <w:i/>
                <w:sz w:val="17"/>
              </w:rPr>
              <w:t xml:space="preserve"> – </w:t>
            </w:r>
            <w:proofErr w:type="spellStart"/>
            <w:r w:rsidRPr="00106719">
              <w:rPr>
                <w:i/>
                <w:sz w:val="17"/>
              </w:rPr>
              <w:t>inizio</w:t>
            </w:r>
            <w:proofErr w:type="spellEnd"/>
            <w:r w:rsidRPr="00106719">
              <w:rPr>
                <w:i/>
                <w:sz w:val="17"/>
              </w:rPr>
              <w:t xml:space="preserve"> </w:t>
            </w:r>
            <w:proofErr w:type="spellStart"/>
            <w:r w:rsidRPr="00106719">
              <w:rPr>
                <w:i/>
                <w:sz w:val="17"/>
              </w:rPr>
              <w:t>novembre</w:t>
            </w:r>
            <w:proofErr w:type="spellEnd"/>
          </w:p>
        </w:tc>
      </w:tr>
      <w:tr w:rsidR="000D3CD5" w:rsidRPr="00106719" w14:paraId="69E5FFCB" w14:textId="77777777" w:rsidTr="008B0F7A">
        <w:trPr>
          <w:cantSplit/>
        </w:trPr>
        <w:tc>
          <w:tcPr>
            <w:tcW w:w="2211" w:type="dxa"/>
            <w:shd w:val="clear" w:color="auto" w:fill="EDF0F5"/>
          </w:tcPr>
          <w:p w14:paraId="1A6FBEE2"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4BFAA703" w14:textId="77777777" w:rsidR="000D3CD5" w:rsidRPr="00106719" w:rsidRDefault="000D3CD5" w:rsidP="008B0F7A">
            <w:pPr>
              <w:spacing w:after="20"/>
              <w:rPr>
                <w:lang w:val="it-IT"/>
              </w:rPr>
            </w:pPr>
            <w:r w:rsidRPr="00106719">
              <w:rPr>
                <w:sz w:val="17"/>
                <w:lang w:val="it-IT"/>
              </w:rPr>
              <w:t>Padroneggiare gli strumenti espressivi e argomentativi indispensabili per gestire l'interazione comunicativa verbale in vari contesti · Competenza chiave: competenza alfabetica funzionale</w:t>
            </w:r>
          </w:p>
        </w:tc>
      </w:tr>
      <w:tr w:rsidR="000D3CD5" w:rsidRPr="00106719" w14:paraId="4EE26EB5" w14:textId="77777777" w:rsidTr="008B0F7A">
        <w:trPr>
          <w:cantSplit/>
        </w:trPr>
        <w:tc>
          <w:tcPr>
            <w:tcW w:w="2211" w:type="dxa"/>
            <w:shd w:val="clear" w:color="auto" w:fill="EDF0F5"/>
          </w:tcPr>
          <w:p w14:paraId="3793098E"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1EE25B43" w14:textId="77777777" w:rsidR="000D3CD5" w:rsidRPr="00106719" w:rsidRDefault="000D3CD5" w:rsidP="008B0F7A">
            <w:pPr>
              <w:spacing w:after="0"/>
              <w:rPr>
                <w:lang w:val="it-IT"/>
              </w:rPr>
            </w:pPr>
            <w:r w:rsidRPr="00106719">
              <w:rPr>
                <w:sz w:val="17"/>
                <w:lang w:val="it-IT"/>
              </w:rPr>
              <w:t>· Riconoscere la struttura di un testo e gerarchizzarne le informazioni</w:t>
            </w:r>
          </w:p>
          <w:p w14:paraId="6CD3E889" w14:textId="77777777" w:rsidR="000D3CD5" w:rsidRPr="00106719" w:rsidRDefault="000D3CD5" w:rsidP="008B0F7A">
            <w:pPr>
              <w:spacing w:after="0"/>
              <w:rPr>
                <w:lang w:val="it-IT"/>
              </w:rPr>
            </w:pPr>
            <w:r w:rsidRPr="00106719">
              <w:rPr>
                <w:sz w:val="17"/>
                <w:lang w:val="it-IT"/>
              </w:rPr>
              <w:t>· Individuare tesi, argomenti e presupposti impliciti</w:t>
            </w:r>
          </w:p>
          <w:p w14:paraId="188CCFC0" w14:textId="77777777" w:rsidR="000D3CD5" w:rsidRPr="00106719" w:rsidRDefault="000D3CD5" w:rsidP="008B0F7A">
            <w:pPr>
              <w:spacing w:after="0"/>
              <w:rPr>
                <w:lang w:val="it-IT"/>
              </w:rPr>
            </w:pPr>
            <w:r w:rsidRPr="00106719">
              <w:rPr>
                <w:sz w:val="17"/>
                <w:lang w:val="it-IT"/>
              </w:rPr>
              <w:t>· Parafrasare e riformulare rendendo conto delle scelte operate</w:t>
            </w:r>
          </w:p>
          <w:p w14:paraId="6D0AB584" w14:textId="77777777" w:rsidR="000D3CD5" w:rsidRPr="00106719" w:rsidRDefault="000D3CD5" w:rsidP="008B0F7A">
            <w:pPr>
              <w:spacing w:after="0"/>
              <w:rPr>
                <w:lang w:val="it-IT"/>
              </w:rPr>
            </w:pPr>
            <w:r w:rsidRPr="00106719">
              <w:rPr>
                <w:sz w:val="17"/>
                <w:lang w:val="it-IT"/>
              </w:rPr>
              <w:t>· Usare il dizionario e le risorse lessicografiche digitali in modo consapevole</w:t>
            </w:r>
          </w:p>
        </w:tc>
      </w:tr>
      <w:tr w:rsidR="000D3CD5" w:rsidRPr="00106719" w14:paraId="5B3DBBCD" w14:textId="77777777" w:rsidTr="008B0F7A">
        <w:trPr>
          <w:cantSplit/>
        </w:trPr>
        <w:tc>
          <w:tcPr>
            <w:tcW w:w="2211" w:type="dxa"/>
            <w:shd w:val="clear" w:color="auto" w:fill="EDF0F5"/>
          </w:tcPr>
          <w:p w14:paraId="5FBDE301"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12BA819F"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Il testo narrativo: fabula e intreccio, sistema dei personaggi, narratore e punto di vista. Lettura integrale di un romanzo. Riflessione sulla lingua: morfologia e analisi logica come strumenti di comprensione, non come fine.</w:t>
            </w:r>
          </w:p>
          <w:p w14:paraId="180B6597"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Le origini: dalla lirica provenzale allo Stilnovo. Dante, Vita nuova e la struttura della Commedia; lettura di canti dell'Inferno. Il rapporto fra modello culturale e forma letteraria.</w:t>
            </w:r>
          </w:p>
          <w:p w14:paraId="08450782"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Leopardi: la poetica del vago e dell'indefinito, dalle Operette morali ai Canti pisano-recanatesi. Il passaggio dal sistema classicistico alla crisi del soggetto moderno.</w:t>
            </w:r>
          </w:p>
        </w:tc>
      </w:tr>
      <w:tr w:rsidR="000D3CD5" w:rsidRPr="00106719" w14:paraId="332B41CB" w14:textId="77777777" w:rsidTr="008B0F7A">
        <w:trPr>
          <w:cantSplit/>
        </w:trPr>
        <w:tc>
          <w:tcPr>
            <w:tcW w:w="2211" w:type="dxa"/>
            <w:shd w:val="clear" w:color="auto" w:fill="EDF0F5"/>
          </w:tcPr>
          <w:p w14:paraId="6A5A7C70"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2C64D424" w14:textId="77777777" w:rsidR="000D3CD5" w:rsidRPr="00106719" w:rsidRDefault="000D3CD5" w:rsidP="008B0F7A">
            <w:pPr>
              <w:spacing w:after="20"/>
              <w:rPr>
                <w:lang w:val="it-IT"/>
              </w:rPr>
            </w:pPr>
            <w:r w:rsidRPr="00106719">
              <w:rPr>
                <w:sz w:val="17"/>
                <w:lang w:val="it-IT"/>
              </w:rPr>
              <w:t>Lettura guidata in classe con annotazione condivisa; lezione dialogata; esercizi di smontaggio testuale; lavoro a coppie sul lessico.</w:t>
            </w:r>
          </w:p>
        </w:tc>
      </w:tr>
      <w:tr w:rsidR="000D3CD5" w:rsidRPr="00106719" w14:paraId="1C856F27" w14:textId="77777777" w:rsidTr="008B0F7A">
        <w:trPr>
          <w:cantSplit/>
        </w:trPr>
        <w:tc>
          <w:tcPr>
            <w:tcW w:w="2211" w:type="dxa"/>
            <w:shd w:val="clear" w:color="auto" w:fill="EDF0F5"/>
          </w:tcPr>
          <w:p w14:paraId="1D87E4FC"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01686208" w14:textId="77777777" w:rsidR="000D3CD5" w:rsidRPr="00106719" w:rsidRDefault="000D3CD5" w:rsidP="008B0F7A">
            <w:pPr>
              <w:spacing w:after="20"/>
              <w:rPr>
                <w:lang w:val="it-IT"/>
              </w:rPr>
            </w:pPr>
            <w:r w:rsidRPr="00106719">
              <w:rPr>
                <w:sz w:val="17"/>
                <w:lang w:val="it-IT"/>
              </w:rPr>
              <w:t>Scheda di analisi di un testo letto integralmente, con parafrasi e commento essenziale.</w:t>
            </w:r>
          </w:p>
        </w:tc>
      </w:tr>
      <w:tr w:rsidR="000D3CD5" w:rsidRPr="00106719" w14:paraId="25047B11" w14:textId="77777777" w:rsidTr="008B0F7A">
        <w:trPr>
          <w:cantSplit/>
        </w:trPr>
        <w:tc>
          <w:tcPr>
            <w:tcW w:w="2211" w:type="dxa"/>
            <w:shd w:val="clear" w:color="auto" w:fill="EDF0F5"/>
          </w:tcPr>
          <w:p w14:paraId="4605DF05"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A499C77" w14:textId="77777777" w:rsidR="000D3CD5" w:rsidRPr="00106719" w:rsidRDefault="000D3CD5" w:rsidP="008B0F7A">
            <w:pPr>
              <w:spacing w:after="20"/>
              <w:rPr>
                <w:lang w:val="it-IT"/>
              </w:rPr>
            </w:pPr>
            <w:r w:rsidRPr="00106719">
              <w:rPr>
                <w:sz w:val="17"/>
                <w:lang w:val="it-IT"/>
              </w:rPr>
              <w:t>Prova d'ingresso di comprensione; una verifica scritta di analisi del testo; una interrogazione breve sulla lettura integrale.</w:t>
            </w:r>
          </w:p>
        </w:tc>
      </w:tr>
      <w:tr w:rsidR="000D3CD5" w:rsidRPr="00106719" w14:paraId="5E88D988" w14:textId="77777777" w:rsidTr="008B0F7A">
        <w:trPr>
          <w:cantSplit/>
        </w:trPr>
        <w:tc>
          <w:tcPr>
            <w:tcW w:w="2211" w:type="dxa"/>
            <w:shd w:val="clear" w:color="auto" w:fill="EDF0F5"/>
          </w:tcPr>
          <w:p w14:paraId="37F1FBFD"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595CF752" w14:textId="77777777" w:rsidR="000D3CD5" w:rsidRPr="00106719" w:rsidRDefault="000D3CD5" w:rsidP="008B0F7A">
            <w:pPr>
              <w:spacing w:after="20"/>
              <w:rPr>
                <w:lang w:val="it-IT"/>
              </w:rPr>
            </w:pPr>
            <w:r w:rsidRPr="00106719">
              <w:rPr>
                <w:sz w:val="17"/>
                <w:lang w:val="it-IT"/>
              </w:rPr>
              <w:t>Cittadinanza digitale · 2 ore: attendibilità delle fonti in rete; distinguere una recensione argomentata da un contenuto promozionale.</w:t>
            </w:r>
          </w:p>
        </w:tc>
      </w:tr>
      <w:tr w:rsidR="000D3CD5" w:rsidRPr="00106719" w14:paraId="47350EF5" w14:textId="77777777" w:rsidTr="008B0F7A">
        <w:trPr>
          <w:cantSplit/>
        </w:trPr>
        <w:tc>
          <w:tcPr>
            <w:tcW w:w="2211" w:type="dxa"/>
            <w:shd w:val="clear" w:color="auto" w:fill="EDF0F5"/>
          </w:tcPr>
          <w:p w14:paraId="430E20F4"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01315B9" w14:textId="77777777" w:rsidR="000D3CD5" w:rsidRPr="00106719" w:rsidRDefault="000D3CD5" w:rsidP="008B0F7A">
            <w:pPr>
              <w:spacing w:after="20"/>
              <w:rPr>
                <w:lang w:val="it-IT"/>
              </w:rPr>
            </w:pPr>
            <w:r w:rsidRPr="00106719">
              <w:rPr>
                <w:sz w:val="17"/>
                <w:lang w:val="it-IT"/>
              </w:rPr>
              <w:t>Fornisce al compito di realtà la competenza di lettura delle fonti scritte relative ai beni del territorio e l'esercizio di riformulazione per un destinatario non specialista.</w:t>
            </w:r>
          </w:p>
        </w:tc>
      </w:tr>
    </w:tbl>
    <w:p w14:paraId="598BA20C"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60358B77" w14:textId="77777777" w:rsidTr="008B0F7A">
        <w:trPr>
          <w:cantSplit/>
        </w:trPr>
        <w:tc>
          <w:tcPr>
            <w:tcW w:w="9752" w:type="dxa"/>
            <w:gridSpan w:val="2"/>
            <w:shd w:val="clear" w:color="auto" w:fill="D6DFEE"/>
          </w:tcPr>
          <w:p w14:paraId="5CD4866A"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2 — Scrivere per argomentare</w:t>
            </w:r>
          </w:p>
        </w:tc>
      </w:tr>
      <w:tr w:rsidR="000D3CD5" w:rsidRPr="00106719" w14:paraId="776B50F6" w14:textId="77777777" w:rsidTr="008B0F7A">
        <w:trPr>
          <w:cantSplit/>
        </w:trPr>
        <w:tc>
          <w:tcPr>
            <w:tcW w:w="2211" w:type="dxa"/>
            <w:shd w:val="clear" w:color="auto" w:fill="EDF0F5"/>
          </w:tcPr>
          <w:p w14:paraId="013430D9"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4A42956D"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novembre</w:t>
            </w:r>
            <w:proofErr w:type="spellEnd"/>
            <w:r w:rsidRPr="00106719">
              <w:rPr>
                <w:i/>
                <w:sz w:val="17"/>
              </w:rPr>
              <w:t xml:space="preserve"> – fine </w:t>
            </w:r>
            <w:proofErr w:type="spellStart"/>
            <w:r w:rsidRPr="00106719">
              <w:rPr>
                <w:i/>
                <w:sz w:val="17"/>
              </w:rPr>
              <w:t>gennaio</w:t>
            </w:r>
            <w:proofErr w:type="spellEnd"/>
          </w:p>
        </w:tc>
      </w:tr>
      <w:tr w:rsidR="000D3CD5" w:rsidRPr="00106719" w14:paraId="0D9E884C" w14:textId="77777777" w:rsidTr="008B0F7A">
        <w:trPr>
          <w:cantSplit/>
        </w:trPr>
        <w:tc>
          <w:tcPr>
            <w:tcW w:w="2211" w:type="dxa"/>
            <w:shd w:val="clear" w:color="auto" w:fill="EDF0F5"/>
          </w:tcPr>
          <w:p w14:paraId="6B0DD4EA"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0CAE166A" w14:textId="77777777" w:rsidR="000D3CD5" w:rsidRPr="00106719" w:rsidRDefault="000D3CD5" w:rsidP="008B0F7A">
            <w:pPr>
              <w:spacing w:after="20"/>
              <w:rPr>
                <w:lang w:val="it-IT"/>
              </w:rPr>
            </w:pPr>
            <w:r w:rsidRPr="00106719">
              <w:rPr>
                <w:sz w:val="17"/>
                <w:lang w:val="it-IT"/>
              </w:rPr>
              <w:t>Produrre testi di vario tipo in relazione ai differenti scopi comunicativi · Competenza chiave: competenza personale e capacità di imparare a imparare</w:t>
            </w:r>
          </w:p>
        </w:tc>
      </w:tr>
      <w:tr w:rsidR="000D3CD5" w:rsidRPr="00106719" w14:paraId="09D323C3" w14:textId="77777777" w:rsidTr="008B0F7A">
        <w:trPr>
          <w:cantSplit/>
        </w:trPr>
        <w:tc>
          <w:tcPr>
            <w:tcW w:w="2211" w:type="dxa"/>
            <w:shd w:val="clear" w:color="auto" w:fill="EDF0F5"/>
          </w:tcPr>
          <w:p w14:paraId="15DF9065"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3CB342CA" w14:textId="77777777" w:rsidR="000D3CD5" w:rsidRPr="00106719" w:rsidRDefault="000D3CD5" w:rsidP="008B0F7A">
            <w:pPr>
              <w:spacing w:after="0"/>
              <w:rPr>
                <w:lang w:val="it-IT"/>
              </w:rPr>
            </w:pPr>
            <w:r w:rsidRPr="00106719">
              <w:rPr>
                <w:sz w:val="17"/>
                <w:lang w:val="it-IT"/>
              </w:rPr>
              <w:t>· Pianificare un testo scritto a partire da una consegna e da un destinatario</w:t>
            </w:r>
          </w:p>
          <w:p w14:paraId="44161FE4" w14:textId="77777777" w:rsidR="000D3CD5" w:rsidRPr="00106719" w:rsidRDefault="000D3CD5" w:rsidP="008B0F7A">
            <w:pPr>
              <w:spacing w:after="0"/>
              <w:rPr>
                <w:lang w:val="it-IT"/>
              </w:rPr>
            </w:pPr>
            <w:r w:rsidRPr="00106719">
              <w:rPr>
                <w:sz w:val="17"/>
                <w:lang w:val="it-IT"/>
              </w:rPr>
              <w:t>· Sostenere una tesi con argomenti gerarchizzati e con fonti pertinenti</w:t>
            </w:r>
          </w:p>
          <w:p w14:paraId="1FD245DF" w14:textId="77777777" w:rsidR="000D3CD5" w:rsidRPr="00106719" w:rsidRDefault="000D3CD5" w:rsidP="008B0F7A">
            <w:pPr>
              <w:spacing w:after="0"/>
              <w:rPr>
                <w:lang w:val="it-IT"/>
              </w:rPr>
            </w:pPr>
            <w:r w:rsidRPr="00106719">
              <w:rPr>
                <w:sz w:val="17"/>
                <w:lang w:val="it-IT"/>
              </w:rPr>
              <w:t>· Rivedere il proprio testo su criteri espliciti</w:t>
            </w:r>
          </w:p>
          <w:p w14:paraId="60CF3FE5" w14:textId="77777777" w:rsidR="000D3CD5" w:rsidRPr="00106719" w:rsidRDefault="000D3CD5" w:rsidP="008B0F7A">
            <w:pPr>
              <w:spacing w:after="0"/>
              <w:rPr>
                <w:lang w:val="it-IT"/>
              </w:rPr>
            </w:pPr>
            <w:r w:rsidRPr="00106719">
              <w:rPr>
                <w:sz w:val="17"/>
                <w:lang w:val="it-IT"/>
              </w:rPr>
              <w:t>· Citare correttamente e riconoscere il plagio</w:t>
            </w:r>
          </w:p>
        </w:tc>
      </w:tr>
      <w:tr w:rsidR="000D3CD5" w:rsidRPr="00106719" w14:paraId="09559D48" w14:textId="77777777" w:rsidTr="008B0F7A">
        <w:trPr>
          <w:cantSplit/>
        </w:trPr>
        <w:tc>
          <w:tcPr>
            <w:tcW w:w="2211" w:type="dxa"/>
            <w:shd w:val="clear" w:color="auto" w:fill="EDF0F5"/>
          </w:tcPr>
          <w:p w14:paraId="040FB514"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69A26D72"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Il testo espositivo e il testo argomentativo semplice; riassunto, relazione, verbale. Coesione e coerenza: connettivi, ripresa anaforica, punteggiatura.</w:t>
            </w:r>
          </w:p>
          <w:p w14:paraId="174D9C90"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Petrarca e la nascita del libro di poesia; Boccaccio e la costruzione della cornice. Scrittura documentata: tipologia B dell'esame di Stato.</w:t>
            </w:r>
          </w:p>
          <w:p w14:paraId="177BF43E"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Il secondo Ottocento: Naturalismo e Verismo; Verga e la tecnica dell'impersonalità. Tipologie A, B e C dell'esame di Stato con simulazione dei tempi.</w:t>
            </w:r>
          </w:p>
        </w:tc>
      </w:tr>
      <w:tr w:rsidR="000D3CD5" w:rsidRPr="00106719" w14:paraId="21A1A8D4" w14:textId="77777777" w:rsidTr="008B0F7A">
        <w:trPr>
          <w:cantSplit/>
        </w:trPr>
        <w:tc>
          <w:tcPr>
            <w:tcW w:w="2211" w:type="dxa"/>
            <w:shd w:val="clear" w:color="auto" w:fill="EDF0F5"/>
          </w:tcPr>
          <w:p w14:paraId="347F93D2"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1D56AFC4" w14:textId="77777777" w:rsidR="000D3CD5" w:rsidRPr="00106719" w:rsidRDefault="000D3CD5" w:rsidP="008B0F7A">
            <w:pPr>
              <w:spacing w:after="20"/>
              <w:rPr>
                <w:lang w:val="it-IT"/>
              </w:rPr>
            </w:pPr>
            <w:r w:rsidRPr="00106719">
              <w:rPr>
                <w:sz w:val="17"/>
                <w:lang w:val="it-IT"/>
              </w:rPr>
              <w:t>Scrittura processuale con consegne a più passaggi; revisione tra pari su griglia; restituzione individualizzata; archivio di testi modello.</w:t>
            </w:r>
          </w:p>
        </w:tc>
      </w:tr>
      <w:tr w:rsidR="000D3CD5" w:rsidRPr="00106719" w14:paraId="08B49085" w14:textId="77777777" w:rsidTr="008B0F7A">
        <w:trPr>
          <w:cantSplit/>
        </w:trPr>
        <w:tc>
          <w:tcPr>
            <w:tcW w:w="2211" w:type="dxa"/>
            <w:shd w:val="clear" w:color="auto" w:fill="EDF0F5"/>
          </w:tcPr>
          <w:p w14:paraId="51D69073"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2F7077E6" w14:textId="77777777" w:rsidR="000D3CD5" w:rsidRPr="00106719" w:rsidRDefault="000D3CD5" w:rsidP="008B0F7A">
            <w:pPr>
              <w:spacing w:after="20"/>
              <w:rPr>
                <w:lang w:val="it-IT"/>
              </w:rPr>
            </w:pPr>
            <w:r w:rsidRPr="00106719">
              <w:rPr>
                <w:sz w:val="17"/>
                <w:lang w:val="it-IT"/>
              </w:rPr>
              <w:t>Testo argomentativo documentato, prodotto in due stesure con revisione documentata.</w:t>
            </w:r>
          </w:p>
        </w:tc>
      </w:tr>
      <w:tr w:rsidR="000D3CD5" w:rsidRPr="00106719" w14:paraId="38071CBA" w14:textId="77777777" w:rsidTr="008B0F7A">
        <w:trPr>
          <w:cantSplit/>
        </w:trPr>
        <w:tc>
          <w:tcPr>
            <w:tcW w:w="2211" w:type="dxa"/>
            <w:shd w:val="clear" w:color="auto" w:fill="EDF0F5"/>
          </w:tcPr>
          <w:p w14:paraId="1218E941"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0B91929" w14:textId="77777777" w:rsidR="000D3CD5" w:rsidRPr="00106719" w:rsidRDefault="000D3CD5" w:rsidP="008B0F7A">
            <w:pPr>
              <w:spacing w:after="20"/>
              <w:rPr>
                <w:lang w:val="it-IT"/>
              </w:rPr>
            </w:pPr>
            <w:r w:rsidRPr="00106719">
              <w:rPr>
                <w:sz w:val="17"/>
                <w:lang w:val="it-IT"/>
              </w:rPr>
              <w:t>Due prove scritte secondo le tipologie ministeriali; valutazione della stesura intermedia come elemento di processo.</w:t>
            </w:r>
          </w:p>
        </w:tc>
      </w:tr>
      <w:tr w:rsidR="000D3CD5" w:rsidRPr="00106719" w14:paraId="1575169B" w14:textId="77777777" w:rsidTr="008B0F7A">
        <w:trPr>
          <w:cantSplit/>
        </w:trPr>
        <w:tc>
          <w:tcPr>
            <w:tcW w:w="2211" w:type="dxa"/>
            <w:shd w:val="clear" w:color="auto" w:fill="EDF0F5"/>
          </w:tcPr>
          <w:p w14:paraId="03E5D574"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233A7A5D" w14:textId="77777777" w:rsidR="000D3CD5" w:rsidRPr="00106719" w:rsidRDefault="000D3CD5" w:rsidP="008B0F7A">
            <w:pPr>
              <w:spacing w:after="20"/>
              <w:rPr>
                <w:lang w:val="it-IT"/>
              </w:rPr>
            </w:pPr>
            <w:r w:rsidRPr="00106719">
              <w:rPr>
                <w:sz w:val="17"/>
                <w:lang w:val="it-IT"/>
              </w:rPr>
              <w:t>Costituzione · 3 ore: libertà di manifestazione del pensiero (art. 21 Cost.), limiti e responsabilità; diritto d'autore e citazione.</w:t>
            </w:r>
          </w:p>
        </w:tc>
      </w:tr>
      <w:tr w:rsidR="000D3CD5" w:rsidRPr="00106719" w14:paraId="26F2C824" w14:textId="77777777" w:rsidTr="008B0F7A">
        <w:trPr>
          <w:cantSplit/>
        </w:trPr>
        <w:tc>
          <w:tcPr>
            <w:tcW w:w="2211" w:type="dxa"/>
            <w:shd w:val="clear" w:color="auto" w:fill="EDF0F5"/>
          </w:tcPr>
          <w:p w14:paraId="47F10376" w14:textId="77777777" w:rsidR="000D3CD5" w:rsidRPr="00106719" w:rsidRDefault="000D3CD5" w:rsidP="008B0F7A">
            <w:pPr>
              <w:spacing w:after="20"/>
              <w:rPr>
                <w:lang w:val="it-IT"/>
              </w:rPr>
            </w:pPr>
            <w:r w:rsidRPr="00106719">
              <w:rPr>
                <w:b/>
                <w:sz w:val="17"/>
                <w:lang w:val="it-IT"/>
              </w:rPr>
              <w:lastRenderedPageBreak/>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041EA6D4" w14:textId="77777777" w:rsidR="000D3CD5" w:rsidRPr="00106719" w:rsidRDefault="000D3CD5" w:rsidP="008B0F7A">
            <w:pPr>
              <w:spacing w:after="20"/>
              <w:rPr>
                <w:lang w:val="it-IT"/>
              </w:rPr>
            </w:pPr>
            <w:r w:rsidRPr="00106719">
              <w:rPr>
                <w:sz w:val="17"/>
                <w:lang w:val="it-IT"/>
              </w:rPr>
              <w:t>Produce i testi di accompagnamento delle schede dell'archivio digitale e il canovaccio argomentativo della presentazione pubblica.</w:t>
            </w:r>
          </w:p>
        </w:tc>
      </w:tr>
    </w:tbl>
    <w:p w14:paraId="4AF4DE9A"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0E667086" w14:textId="77777777" w:rsidTr="008B0F7A">
        <w:trPr>
          <w:cantSplit/>
        </w:trPr>
        <w:tc>
          <w:tcPr>
            <w:tcW w:w="9752" w:type="dxa"/>
            <w:gridSpan w:val="2"/>
            <w:shd w:val="clear" w:color="auto" w:fill="D6DFEE"/>
          </w:tcPr>
          <w:p w14:paraId="2F0C8566"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3 — La parola che rappresenta: generi, forme, immaginario</w:t>
            </w:r>
          </w:p>
        </w:tc>
      </w:tr>
      <w:tr w:rsidR="000D3CD5" w:rsidRPr="00106719" w14:paraId="560D4DF3" w14:textId="77777777" w:rsidTr="008B0F7A">
        <w:trPr>
          <w:cantSplit/>
        </w:trPr>
        <w:tc>
          <w:tcPr>
            <w:tcW w:w="2211" w:type="dxa"/>
            <w:shd w:val="clear" w:color="auto" w:fill="EDF0F5"/>
          </w:tcPr>
          <w:p w14:paraId="0AF78FB0"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564FFF98" w14:textId="77777777" w:rsidR="000D3CD5" w:rsidRPr="00106719" w:rsidRDefault="000D3CD5" w:rsidP="008B0F7A">
            <w:pPr>
              <w:spacing w:after="20"/>
            </w:pPr>
            <w:r w:rsidRPr="00106719">
              <w:rPr>
                <w:i/>
                <w:sz w:val="17"/>
              </w:rPr>
              <w:t xml:space="preserve">2° </w:t>
            </w:r>
            <w:proofErr w:type="spellStart"/>
            <w:r w:rsidRPr="00106719">
              <w:rPr>
                <w:i/>
                <w:sz w:val="17"/>
              </w:rPr>
              <w:t>quadrimestre</w:t>
            </w:r>
            <w:proofErr w:type="spellEnd"/>
            <w:r w:rsidRPr="00106719">
              <w:rPr>
                <w:i/>
                <w:sz w:val="17"/>
              </w:rPr>
              <w:t xml:space="preserve"> · </w:t>
            </w:r>
            <w:proofErr w:type="spellStart"/>
            <w:r w:rsidRPr="00106719">
              <w:rPr>
                <w:i/>
                <w:sz w:val="17"/>
              </w:rPr>
              <w:t>febbraio</w:t>
            </w:r>
            <w:proofErr w:type="spellEnd"/>
            <w:r w:rsidRPr="00106719">
              <w:rPr>
                <w:i/>
                <w:sz w:val="17"/>
              </w:rPr>
              <w:t xml:space="preserve"> – pausa </w:t>
            </w:r>
            <w:proofErr w:type="spellStart"/>
            <w:r w:rsidRPr="00106719">
              <w:rPr>
                <w:i/>
                <w:sz w:val="17"/>
              </w:rPr>
              <w:t>pasquale</w:t>
            </w:r>
            <w:proofErr w:type="spellEnd"/>
          </w:p>
        </w:tc>
      </w:tr>
      <w:tr w:rsidR="000D3CD5" w:rsidRPr="00106719" w14:paraId="6151A2A8" w14:textId="77777777" w:rsidTr="008B0F7A">
        <w:trPr>
          <w:cantSplit/>
        </w:trPr>
        <w:tc>
          <w:tcPr>
            <w:tcW w:w="2211" w:type="dxa"/>
            <w:shd w:val="clear" w:color="auto" w:fill="EDF0F5"/>
          </w:tcPr>
          <w:p w14:paraId="5774340D"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1FFDA939" w14:textId="77777777" w:rsidR="000D3CD5" w:rsidRPr="00106719" w:rsidRDefault="000D3CD5" w:rsidP="008B0F7A">
            <w:pPr>
              <w:spacing w:after="20"/>
              <w:rPr>
                <w:lang w:val="it-IT"/>
              </w:rPr>
            </w:pPr>
            <w:r w:rsidRPr="00106719">
              <w:rPr>
                <w:sz w:val="17"/>
                <w:lang w:val="it-IT"/>
              </w:rPr>
              <w:t>Dimostrare consapevolezza della storicità della letteratura · Competenza chiave: consapevolezza ed espressione culturale</w:t>
            </w:r>
          </w:p>
        </w:tc>
      </w:tr>
      <w:tr w:rsidR="000D3CD5" w:rsidRPr="00106719" w14:paraId="5F3BE6C1" w14:textId="77777777" w:rsidTr="008B0F7A">
        <w:trPr>
          <w:cantSplit/>
        </w:trPr>
        <w:tc>
          <w:tcPr>
            <w:tcW w:w="2211" w:type="dxa"/>
            <w:shd w:val="clear" w:color="auto" w:fill="EDF0F5"/>
          </w:tcPr>
          <w:p w14:paraId="13D9F4A8"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2B8B7A8B" w14:textId="77777777" w:rsidR="000D3CD5" w:rsidRPr="00106719" w:rsidRDefault="000D3CD5" w:rsidP="008B0F7A">
            <w:pPr>
              <w:spacing w:after="0"/>
              <w:rPr>
                <w:lang w:val="it-IT"/>
              </w:rPr>
            </w:pPr>
            <w:r w:rsidRPr="00106719">
              <w:rPr>
                <w:sz w:val="17"/>
                <w:lang w:val="it-IT"/>
              </w:rPr>
              <w:t>· Collocare un testo nel proprio contesto storico-culturale</w:t>
            </w:r>
          </w:p>
          <w:p w14:paraId="20E8F21A" w14:textId="77777777" w:rsidR="000D3CD5" w:rsidRPr="00106719" w:rsidRDefault="000D3CD5" w:rsidP="008B0F7A">
            <w:pPr>
              <w:spacing w:after="0"/>
              <w:rPr>
                <w:lang w:val="it-IT"/>
              </w:rPr>
            </w:pPr>
            <w:r w:rsidRPr="00106719">
              <w:rPr>
                <w:sz w:val="17"/>
                <w:lang w:val="it-IT"/>
              </w:rPr>
              <w:t>· Riconoscere le convenzioni di un genere e le loro trasgressioni</w:t>
            </w:r>
          </w:p>
          <w:p w14:paraId="239C8D7D" w14:textId="77777777" w:rsidR="000D3CD5" w:rsidRPr="00106719" w:rsidRDefault="000D3CD5" w:rsidP="008B0F7A">
            <w:pPr>
              <w:spacing w:after="0"/>
              <w:rPr>
                <w:lang w:val="it-IT"/>
              </w:rPr>
            </w:pPr>
            <w:r w:rsidRPr="00106719">
              <w:rPr>
                <w:sz w:val="17"/>
                <w:lang w:val="it-IT"/>
              </w:rPr>
              <w:t>· Confrontare testi di epoche diverse su un medesimo nucleo tematico</w:t>
            </w:r>
          </w:p>
          <w:p w14:paraId="47ECB72C" w14:textId="77777777" w:rsidR="000D3CD5" w:rsidRPr="00106719" w:rsidRDefault="000D3CD5" w:rsidP="008B0F7A">
            <w:pPr>
              <w:spacing w:after="0"/>
              <w:rPr>
                <w:lang w:val="it-IT"/>
              </w:rPr>
            </w:pPr>
            <w:r w:rsidRPr="00106719">
              <w:rPr>
                <w:sz w:val="17"/>
                <w:lang w:val="it-IT"/>
              </w:rPr>
              <w:t>· Esporre oralmente con lessico specifico e struttura controllata</w:t>
            </w:r>
          </w:p>
        </w:tc>
      </w:tr>
      <w:tr w:rsidR="000D3CD5" w:rsidRPr="00106719" w14:paraId="2BCFFCED" w14:textId="77777777" w:rsidTr="008B0F7A">
        <w:trPr>
          <w:cantSplit/>
        </w:trPr>
        <w:tc>
          <w:tcPr>
            <w:tcW w:w="2211" w:type="dxa"/>
            <w:shd w:val="clear" w:color="auto" w:fill="EDF0F5"/>
          </w:tcPr>
          <w:p w14:paraId="181056CD"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45DEC466"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Il testo poetico: metrica, figure retoriche, rapporto suono-senso. Il testo teatrale. Epica classica: Iliade, Odissea, Eneide per nuclei tematici.</w:t>
            </w:r>
          </w:p>
          <w:p w14:paraId="0E21534D"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Umanesimo e Rinascimento: Machiavelli e la scrittura politica; Ariosto e il poema cavalleresco. Lettura di canti del Purgatorio.</w:t>
            </w:r>
          </w:p>
          <w:p w14:paraId="2F856712" w14:textId="77777777" w:rsidR="000D3CD5" w:rsidRPr="00106719" w:rsidRDefault="000D3CD5" w:rsidP="008B0F7A">
            <w:pPr>
              <w:spacing w:after="20"/>
            </w:pPr>
            <w:r w:rsidRPr="00106719">
              <w:rPr>
                <w:b/>
                <w:sz w:val="17"/>
                <w:lang w:val="it-IT"/>
              </w:rPr>
              <w:t xml:space="preserve">Quinto anno: </w:t>
            </w:r>
            <w:r w:rsidRPr="00106719">
              <w:rPr>
                <w:sz w:val="17"/>
                <w:lang w:val="it-IT"/>
              </w:rPr>
              <w:t xml:space="preserve">Decadentismo e simbolismo: Pascoli e D'Annunzio. Le avanguardie storiche e la rottura del codice. </w:t>
            </w:r>
            <w:proofErr w:type="spellStart"/>
            <w:r w:rsidRPr="00106719">
              <w:rPr>
                <w:sz w:val="17"/>
              </w:rPr>
              <w:t>Lettura</w:t>
            </w:r>
            <w:proofErr w:type="spellEnd"/>
            <w:r w:rsidRPr="00106719">
              <w:rPr>
                <w:sz w:val="17"/>
              </w:rPr>
              <w:t xml:space="preserve"> di </w:t>
            </w:r>
            <w:proofErr w:type="spellStart"/>
            <w:r w:rsidRPr="00106719">
              <w:rPr>
                <w:sz w:val="17"/>
              </w:rPr>
              <w:t>canti</w:t>
            </w:r>
            <w:proofErr w:type="spellEnd"/>
            <w:r w:rsidRPr="00106719">
              <w:rPr>
                <w:sz w:val="17"/>
              </w:rPr>
              <w:t xml:space="preserve"> del Paradiso.</w:t>
            </w:r>
          </w:p>
        </w:tc>
      </w:tr>
      <w:tr w:rsidR="000D3CD5" w:rsidRPr="00106719" w14:paraId="0F830781" w14:textId="77777777" w:rsidTr="008B0F7A">
        <w:trPr>
          <w:cantSplit/>
        </w:trPr>
        <w:tc>
          <w:tcPr>
            <w:tcW w:w="2211" w:type="dxa"/>
            <w:shd w:val="clear" w:color="auto" w:fill="EDF0F5"/>
          </w:tcPr>
          <w:p w14:paraId="6526CC57"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1C7A00F2" w14:textId="77777777" w:rsidR="000D3CD5" w:rsidRPr="00106719" w:rsidRDefault="000D3CD5" w:rsidP="008B0F7A">
            <w:pPr>
              <w:spacing w:after="20"/>
              <w:rPr>
                <w:lang w:val="it-IT"/>
              </w:rPr>
            </w:pPr>
            <w:r w:rsidRPr="00106719">
              <w:rPr>
                <w:sz w:val="17"/>
                <w:lang w:val="it-IT"/>
              </w:rPr>
              <w:t>Analisi comparata; laboratorio di lettura ad alta voce; ricerca guidata su un autore; collegamento con storia dell'arte e con le lingue straniere.</w:t>
            </w:r>
          </w:p>
        </w:tc>
      </w:tr>
      <w:tr w:rsidR="000D3CD5" w:rsidRPr="00106719" w14:paraId="51858C26" w14:textId="77777777" w:rsidTr="008B0F7A">
        <w:trPr>
          <w:cantSplit/>
        </w:trPr>
        <w:tc>
          <w:tcPr>
            <w:tcW w:w="2211" w:type="dxa"/>
            <w:shd w:val="clear" w:color="auto" w:fill="EDF0F5"/>
          </w:tcPr>
          <w:p w14:paraId="30C38D32"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590C8CE1" w14:textId="77777777" w:rsidR="000D3CD5" w:rsidRPr="00106719" w:rsidRDefault="000D3CD5" w:rsidP="008B0F7A">
            <w:pPr>
              <w:spacing w:after="20"/>
              <w:rPr>
                <w:lang w:val="it-IT"/>
              </w:rPr>
            </w:pPr>
            <w:r w:rsidRPr="00106719">
              <w:rPr>
                <w:sz w:val="17"/>
                <w:lang w:val="it-IT"/>
              </w:rPr>
              <w:t>Percorso tematico di quattro testi, presentato oralmente con supporto essenziale.</w:t>
            </w:r>
          </w:p>
        </w:tc>
      </w:tr>
      <w:tr w:rsidR="000D3CD5" w:rsidRPr="00106719" w14:paraId="2DFFD239" w14:textId="77777777" w:rsidTr="008B0F7A">
        <w:trPr>
          <w:cantSplit/>
        </w:trPr>
        <w:tc>
          <w:tcPr>
            <w:tcW w:w="2211" w:type="dxa"/>
            <w:shd w:val="clear" w:color="auto" w:fill="EDF0F5"/>
          </w:tcPr>
          <w:p w14:paraId="0B5E63AD"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3F229D78" w14:textId="77777777" w:rsidR="000D3CD5" w:rsidRPr="00106719" w:rsidRDefault="000D3CD5" w:rsidP="008B0F7A">
            <w:pPr>
              <w:spacing w:after="20"/>
              <w:rPr>
                <w:lang w:val="it-IT"/>
              </w:rPr>
            </w:pPr>
            <w:r w:rsidRPr="00106719">
              <w:rPr>
                <w:sz w:val="17"/>
                <w:lang w:val="it-IT"/>
              </w:rPr>
              <w:t>Una prova di analisi del testo poetico; un colloquio su percorso tematico; prove strutturate sul quadro storico-letterario.</w:t>
            </w:r>
          </w:p>
        </w:tc>
      </w:tr>
      <w:tr w:rsidR="000D3CD5" w:rsidRPr="00106719" w14:paraId="11D93AB8" w14:textId="77777777" w:rsidTr="008B0F7A">
        <w:trPr>
          <w:cantSplit/>
        </w:trPr>
        <w:tc>
          <w:tcPr>
            <w:tcW w:w="2211" w:type="dxa"/>
            <w:shd w:val="clear" w:color="auto" w:fill="EDF0F5"/>
          </w:tcPr>
          <w:p w14:paraId="4A308F13"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43EDB8D9" w14:textId="77777777" w:rsidR="000D3CD5" w:rsidRPr="00106719" w:rsidRDefault="000D3CD5" w:rsidP="008B0F7A">
            <w:pPr>
              <w:spacing w:after="20"/>
              <w:rPr>
                <w:lang w:val="it-IT"/>
              </w:rPr>
            </w:pPr>
            <w:r w:rsidRPr="00106719">
              <w:rPr>
                <w:sz w:val="17"/>
                <w:lang w:val="it-IT"/>
              </w:rPr>
              <w:t>Sviluppo sostenibile · 2 ore: il paesaggio come bene comune nella tradizione letteraria italiana; art. 9 Cost.</w:t>
            </w:r>
          </w:p>
        </w:tc>
      </w:tr>
      <w:tr w:rsidR="000D3CD5" w:rsidRPr="00106719" w14:paraId="33FE97E9" w14:textId="77777777" w:rsidTr="008B0F7A">
        <w:trPr>
          <w:cantSplit/>
        </w:trPr>
        <w:tc>
          <w:tcPr>
            <w:tcW w:w="2211" w:type="dxa"/>
            <w:shd w:val="clear" w:color="auto" w:fill="EDF0F5"/>
          </w:tcPr>
          <w:p w14:paraId="55AE6F2C"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FEBCC05" w14:textId="77777777" w:rsidR="000D3CD5" w:rsidRPr="00106719" w:rsidRDefault="000D3CD5" w:rsidP="008B0F7A">
            <w:pPr>
              <w:spacing w:after="20"/>
              <w:rPr>
                <w:lang w:val="it-IT"/>
              </w:rPr>
            </w:pPr>
            <w:r w:rsidRPr="00106719">
              <w:rPr>
                <w:sz w:val="17"/>
                <w:lang w:val="it-IT"/>
              </w:rPr>
              <w:t>Individua i nuclei tematici che danno senso all'archivio: il paesaggio, la memoria, il racconto dei luoghi.</w:t>
            </w:r>
          </w:p>
        </w:tc>
      </w:tr>
    </w:tbl>
    <w:p w14:paraId="4916930C"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5431A762" w14:textId="77777777" w:rsidTr="008B0F7A">
        <w:trPr>
          <w:cantSplit/>
        </w:trPr>
        <w:tc>
          <w:tcPr>
            <w:tcW w:w="9752" w:type="dxa"/>
            <w:gridSpan w:val="2"/>
            <w:shd w:val="clear" w:color="auto" w:fill="D6DFEE"/>
          </w:tcPr>
          <w:p w14:paraId="0213FF31"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4 — Il Novecento e noi: leggere il presente con la letteratura</w:t>
            </w:r>
          </w:p>
        </w:tc>
      </w:tr>
      <w:tr w:rsidR="000D3CD5" w:rsidRPr="00106719" w14:paraId="17D7C0A2" w14:textId="77777777" w:rsidTr="008B0F7A">
        <w:trPr>
          <w:cantSplit/>
        </w:trPr>
        <w:tc>
          <w:tcPr>
            <w:tcW w:w="2211" w:type="dxa"/>
            <w:shd w:val="clear" w:color="auto" w:fill="EDF0F5"/>
          </w:tcPr>
          <w:p w14:paraId="0FEF375E"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672BD6AE" w14:textId="77777777" w:rsidR="000D3CD5" w:rsidRPr="00106719" w:rsidRDefault="000D3CD5" w:rsidP="008B0F7A">
            <w:pPr>
              <w:spacing w:after="20"/>
              <w:rPr>
                <w:lang w:val="it-IT"/>
              </w:rPr>
            </w:pPr>
            <w:r w:rsidRPr="00106719">
              <w:rPr>
                <w:i/>
                <w:sz w:val="17"/>
                <w:lang w:val="it-IT"/>
              </w:rPr>
              <w:t>2° quadrimestre · dopo Pasqua – termine delle lezioni</w:t>
            </w:r>
          </w:p>
        </w:tc>
      </w:tr>
      <w:tr w:rsidR="000D3CD5" w:rsidRPr="00106719" w14:paraId="1896F541" w14:textId="77777777" w:rsidTr="008B0F7A">
        <w:trPr>
          <w:cantSplit/>
        </w:trPr>
        <w:tc>
          <w:tcPr>
            <w:tcW w:w="2211" w:type="dxa"/>
            <w:shd w:val="clear" w:color="auto" w:fill="EDF0F5"/>
          </w:tcPr>
          <w:p w14:paraId="4B05BE26"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365C9398" w14:textId="77777777" w:rsidR="000D3CD5" w:rsidRPr="00106719" w:rsidRDefault="000D3CD5" w:rsidP="008B0F7A">
            <w:pPr>
              <w:spacing w:after="20"/>
              <w:rPr>
                <w:lang w:val="it-IT"/>
              </w:rPr>
            </w:pPr>
            <w:r w:rsidRPr="00106719">
              <w:rPr>
                <w:sz w:val="17"/>
                <w:lang w:val="it-IT"/>
              </w:rPr>
              <w:t>Utilizzare gli strumenti fondamentali per una fruizione consapevole del patrimonio letterario · Competenza chiave: competenza in materia di cittadinanza</w:t>
            </w:r>
          </w:p>
        </w:tc>
      </w:tr>
      <w:tr w:rsidR="000D3CD5" w:rsidRPr="00106719" w14:paraId="462FFB17" w14:textId="77777777" w:rsidTr="008B0F7A">
        <w:trPr>
          <w:cantSplit/>
        </w:trPr>
        <w:tc>
          <w:tcPr>
            <w:tcW w:w="2211" w:type="dxa"/>
            <w:shd w:val="clear" w:color="auto" w:fill="EDF0F5"/>
          </w:tcPr>
          <w:p w14:paraId="724B7994"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54842118" w14:textId="77777777" w:rsidR="000D3CD5" w:rsidRPr="00106719" w:rsidRDefault="000D3CD5" w:rsidP="008B0F7A">
            <w:pPr>
              <w:spacing w:after="0"/>
              <w:rPr>
                <w:lang w:val="it-IT"/>
              </w:rPr>
            </w:pPr>
            <w:r w:rsidRPr="00106719">
              <w:rPr>
                <w:sz w:val="17"/>
                <w:lang w:val="it-IT"/>
              </w:rPr>
              <w:t>· Costruire un percorso personale motivato fra testi e questioni del presente</w:t>
            </w:r>
          </w:p>
          <w:p w14:paraId="6BF67925" w14:textId="77777777" w:rsidR="000D3CD5" w:rsidRPr="00106719" w:rsidRDefault="000D3CD5" w:rsidP="008B0F7A">
            <w:pPr>
              <w:spacing w:after="0"/>
              <w:rPr>
                <w:lang w:val="it-IT"/>
              </w:rPr>
            </w:pPr>
            <w:r w:rsidRPr="00106719">
              <w:rPr>
                <w:sz w:val="17"/>
                <w:lang w:val="it-IT"/>
              </w:rPr>
              <w:t>· Argomentare una lettura personale distinguendola dall'interpretazione critica consolidata</w:t>
            </w:r>
          </w:p>
          <w:p w14:paraId="69928211" w14:textId="77777777" w:rsidR="000D3CD5" w:rsidRPr="00106719" w:rsidRDefault="000D3CD5" w:rsidP="008B0F7A">
            <w:pPr>
              <w:spacing w:after="0"/>
              <w:rPr>
                <w:lang w:val="it-IT"/>
              </w:rPr>
            </w:pPr>
            <w:r w:rsidRPr="00106719">
              <w:rPr>
                <w:sz w:val="17"/>
                <w:lang w:val="it-IT"/>
              </w:rPr>
              <w:t>· Documentare il proprio percorso in forma di E-Portfolio</w:t>
            </w:r>
          </w:p>
          <w:p w14:paraId="3494A94F" w14:textId="77777777" w:rsidR="000D3CD5" w:rsidRPr="00106719" w:rsidRDefault="000D3CD5" w:rsidP="008B0F7A">
            <w:pPr>
              <w:spacing w:after="0"/>
              <w:rPr>
                <w:lang w:val="it-IT"/>
              </w:rPr>
            </w:pPr>
            <w:r w:rsidRPr="00106719">
              <w:rPr>
                <w:sz w:val="17"/>
                <w:lang w:val="it-IT"/>
              </w:rPr>
              <w:t>· Riconoscere la funzione civile della letteratura</w:t>
            </w:r>
          </w:p>
        </w:tc>
      </w:tr>
      <w:tr w:rsidR="000D3CD5" w:rsidRPr="00106719" w14:paraId="007AFBF1" w14:textId="77777777" w:rsidTr="008B0F7A">
        <w:trPr>
          <w:cantSplit/>
        </w:trPr>
        <w:tc>
          <w:tcPr>
            <w:tcW w:w="2211" w:type="dxa"/>
            <w:shd w:val="clear" w:color="auto" w:fill="EDF0F5"/>
          </w:tcPr>
          <w:p w14:paraId="39C06E75"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265A54D3"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Lettura integrale di un romanzo del Novecento; laboratorio di scrittura creativa controllata; bilancio delle competenze linguistiche acquisite nel biennio.</w:t>
            </w:r>
          </w:p>
          <w:p w14:paraId="7274DFB7"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Il Seicento e il Settecento: la scienza nuova, Galilei prosatore; l'Illuminismo italiano; Goldoni, Parini, Alfieri. Foscolo fra neoclassicismo e preromanticismo.</w:t>
            </w:r>
          </w:p>
          <w:p w14:paraId="08B7711C"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La prosa del Novecento: Svevo, Pirandello, la linea della memoria. La poesia da Ungaretti a Montale. Letteratura e testimonianza; nodi concettuali per il colloquio.</w:t>
            </w:r>
          </w:p>
        </w:tc>
      </w:tr>
      <w:tr w:rsidR="000D3CD5" w:rsidRPr="00106719" w14:paraId="45EE8D7D" w14:textId="77777777" w:rsidTr="008B0F7A">
        <w:trPr>
          <w:cantSplit/>
        </w:trPr>
        <w:tc>
          <w:tcPr>
            <w:tcW w:w="2211" w:type="dxa"/>
            <w:shd w:val="clear" w:color="auto" w:fill="EDF0F5"/>
          </w:tcPr>
          <w:p w14:paraId="09200BF2"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2D76E9A8" w14:textId="77777777" w:rsidR="000D3CD5" w:rsidRPr="00106719" w:rsidRDefault="000D3CD5" w:rsidP="008B0F7A">
            <w:pPr>
              <w:spacing w:after="20"/>
              <w:rPr>
                <w:lang w:val="it-IT"/>
              </w:rPr>
            </w:pPr>
            <w:r w:rsidRPr="00106719">
              <w:rPr>
                <w:sz w:val="17"/>
                <w:lang w:val="it-IT"/>
              </w:rPr>
              <w:t>Percorso autonomo con tutoraggio; circolo di lettura; produzione di un contributo per l'E-Portfolio; confronto con testimonianze e documenti.</w:t>
            </w:r>
          </w:p>
        </w:tc>
      </w:tr>
      <w:tr w:rsidR="000D3CD5" w:rsidRPr="00106719" w14:paraId="4D8A34AB" w14:textId="77777777" w:rsidTr="008B0F7A">
        <w:trPr>
          <w:cantSplit/>
        </w:trPr>
        <w:tc>
          <w:tcPr>
            <w:tcW w:w="2211" w:type="dxa"/>
            <w:shd w:val="clear" w:color="auto" w:fill="EDF0F5"/>
          </w:tcPr>
          <w:p w14:paraId="6BB6C01F"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5CF56756" w14:textId="77777777" w:rsidR="000D3CD5" w:rsidRPr="00106719" w:rsidRDefault="000D3CD5" w:rsidP="008B0F7A">
            <w:pPr>
              <w:spacing w:after="20"/>
              <w:rPr>
                <w:lang w:val="it-IT"/>
              </w:rPr>
            </w:pPr>
            <w:r w:rsidRPr="00106719">
              <w:rPr>
                <w:sz w:val="17"/>
                <w:lang w:val="it-IT"/>
              </w:rPr>
              <w:t>Elaborato personale (saggio breve, recensione argomentata o contributo multimediale) candidabile all'E-Portfolio e, in quinta, alla scelta del capolavoro.</w:t>
            </w:r>
          </w:p>
        </w:tc>
      </w:tr>
      <w:tr w:rsidR="000D3CD5" w:rsidRPr="00106719" w14:paraId="78940E12" w14:textId="77777777" w:rsidTr="008B0F7A">
        <w:trPr>
          <w:cantSplit/>
        </w:trPr>
        <w:tc>
          <w:tcPr>
            <w:tcW w:w="2211" w:type="dxa"/>
            <w:shd w:val="clear" w:color="auto" w:fill="EDF0F5"/>
          </w:tcPr>
          <w:p w14:paraId="4A136993"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5C603FE" w14:textId="77777777" w:rsidR="000D3CD5" w:rsidRPr="00106719" w:rsidRDefault="000D3CD5" w:rsidP="008B0F7A">
            <w:pPr>
              <w:spacing w:after="20"/>
              <w:rPr>
                <w:lang w:val="it-IT"/>
              </w:rPr>
            </w:pPr>
            <w:r w:rsidRPr="00106719">
              <w:rPr>
                <w:sz w:val="17"/>
                <w:lang w:val="it-IT"/>
              </w:rPr>
              <w:t>Valutazione dell'elaborato su rubrica di competenza; colloquio finale sui nodi concettuali dell'anno.</w:t>
            </w:r>
          </w:p>
        </w:tc>
      </w:tr>
      <w:tr w:rsidR="000D3CD5" w:rsidRPr="00106719" w14:paraId="536BFC1D" w14:textId="77777777" w:rsidTr="008B0F7A">
        <w:trPr>
          <w:cantSplit/>
        </w:trPr>
        <w:tc>
          <w:tcPr>
            <w:tcW w:w="2211" w:type="dxa"/>
            <w:shd w:val="clear" w:color="auto" w:fill="EDF0F5"/>
          </w:tcPr>
          <w:p w14:paraId="62ECD0D5"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321464CE" w14:textId="77777777" w:rsidR="000D3CD5" w:rsidRPr="00106719" w:rsidRDefault="000D3CD5" w:rsidP="008B0F7A">
            <w:pPr>
              <w:spacing w:after="20"/>
              <w:rPr>
                <w:lang w:val="it-IT"/>
              </w:rPr>
            </w:pPr>
            <w:r w:rsidRPr="00106719">
              <w:rPr>
                <w:sz w:val="17"/>
                <w:lang w:val="it-IT"/>
              </w:rPr>
              <w:t>Costituzione · 3 ore: letteratura e memoria civile; lo Statuto albertino e la Costituzione repubblicana attraverso i testi.</w:t>
            </w:r>
          </w:p>
        </w:tc>
      </w:tr>
      <w:tr w:rsidR="000D3CD5" w:rsidRPr="00106719" w14:paraId="16E6662C" w14:textId="77777777" w:rsidTr="008B0F7A">
        <w:trPr>
          <w:cantSplit/>
        </w:trPr>
        <w:tc>
          <w:tcPr>
            <w:tcW w:w="2211" w:type="dxa"/>
            <w:shd w:val="clear" w:color="auto" w:fill="EDF0F5"/>
          </w:tcPr>
          <w:p w14:paraId="70B3D719"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3E4FCFDF" w14:textId="77777777" w:rsidR="000D3CD5" w:rsidRPr="00106719" w:rsidRDefault="000D3CD5" w:rsidP="008B0F7A">
            <w:pPr>
              <w:spacing w:after="20"/>
              <w:rPr>
                <w:lang w:val="it-IT"/>
              </w:rPr>
            </w:pPr>
            <w:r w:rsidRPr="00106719">
              <w:rPr>
                <w:sz w:val="17"/>
                <w:lang w:val="it-IT"/>
              </w:rPr>
              <w:t>Cura la relazione riflessiva individuale che accompagna il prodotto del compito di realtà e l'intervento di presentazione al pubblico.</w:t>
            </w:r>
          </w:p>
        </w:tc>
      </w:tr>
    </w:tbl>
    <w:p w14:paraId="1FEA5664" w14:textId="77777777" w:rsidR="000D3CD5" w:rsidRPr="00106719" w:rsidRDefault="000D3CD5" w:rsidP="000D3CD5">
      <w:pPr>
        <w:spacing w:after="60"/>
        <w:rPr>
          <w:lang w:val="it-IT"/>
        </w:rPr>
      </w:pPr>
    </w:p>
    <w:p w14:paraId="7C00FAD7" w14:textId="77777777" w:rsidR="000D3CD5" w:rsidRPr="00106719" w:rsidRDefault="000D3CD5" w:rsidP="000D3CD5">
      <w:pPr>
        <w:rPr>
          <w:lang w:val="it-IT"/>
        </w:rPr>
      </w:pPr>
      <w:r w:rsidRPr="00106719">
        <w:rPr>
          <w:lang w:val="it-IT"/>
        </w:rPr>
        <w:br w:type="page"/>
      </w:r>
    </w:p>
    <w:p w14:paraId="4CA3F301" w14:textId="77777777" w:rsidR="000D3CD5" w:rsidRPr="00106719" w:rsidRDefault="000D3CD5" w:rsidP="000D3CD5">
      <w:pPr>
        <w:pStyle w:val="Titolo2"/>
        <w:spacing w:before="320"/>
        <w:rPr>
          <w:color w:val="auto"/>
          <w:lang w:val="it-IT"/>
        </w:rPr>
      </w:pPr>
      <w:proofErr w:type="gramStart"/>
      <w:r w:rsidRPr="00106719">
        <w:rPr>
          <w:rFonts w:ascii="Book Antiqua" w:hAnsi="Book Antiqua"/>
          <w:color w:val="auto"/>
          <w:sz w:val="23"/>
          <w:lang w:val="it-IT"/>
        </w:rPr>
        <w:lastRenderedPageBreak/>
        <w:t>C.2  LINGUA</w:t>
      </w:r>
      <w:proofErr w:type="gramEnd"/>
      <w:r w:rsidRPr="00106719">
        <w:rPr>
          <w:rFonts w:ascii="Book Antiqua" w:hAnsi="Book Antiqua"/>
          <w:color w:val="auto"/>
          <w:sz w:val="23"/>
          <w:lang w:val="it-IT"/>
        </w:rPr>
        <w:t xml:space="preserve"> E CULTURA STRANIERA 1 – INGLESE</w:t>
      </w:r>
    </w:p>
    <w:p w14:paraId="48AE5297" w14:textId="77777777" w:rsidR="000D3CD5" w:rsidRPr="00106719" w:rsidRDefault="000D3CD5" w:rsidP="000D3CD5">
      <w:pPr>
        <w:spacing w:after="60"/>
        <w:rPr>
          <w:lang w:val="it-IT"/>
        </w:rPr>
      </w:pPr>
      <w:r w:rsidRPr="00106719">
        <w:rPr>
          <w:i/>
          <w:sz w:val="17"/>
          <w:lang w:val="it-IT"/>
        </w:rPr>
        <w:t>Classe di concorso: A-024 (conversazione: BB02</w:t>
      </w:r>
      <w:proofErr w:type="gramStart"/>
      <w:r w:rsidRPr="00106719">
        <w:rPr>
          <w:i/>
          <w:sz w:val="17"/>
          <w:lang w:val="it-IT"/>
        </w:rPr>
        <w:t>)  ·</w:t>
      </w:r>
      <w:proofErr w:type="gramEnd"/>
      <w:r w:rsidRPr="00106719">
        <w:rPr>
          <w:i/>
          <w:sz w:val="17"/>
          <w:lang w:val="it-IT"/>
        </w:rPr>
        <w:t xml:space="preserve">  Monte ore nell'indirizzo: 3 ore settimanali per l'intero quinquennio</w:t>
      </w:r>
    </w:p>
    <w:p w14:paraId="62A353E7" w14:textId="77777777" w:rsidR="000D3CD5" w:rsidRPr="00106719" w:rsidRDefault="000D3CD5" w:rsidP="000D3CD5">
      <w:pPr>
        <w:spacing w:after="60"/>
        <w:jc w:val="both"/>
        <w:rPr>
          <w:lang w:val="it-IT"/>
        </w:rPr>
      </w:pPr>
      <w:r w:rsidRPr="00106719">
        <w:rPr>
          <w:sz w:val="17"/>
          <w:lang w:val="it-IT"/>
        </w:rPr>
        <w:t>Nota generale sulla disciplina. Tre ore settimanali per l'intero quinquennio in tutti gli indirizzi, con l'eccezione del Liceo Linguistico (per il quale si rinvia alla scheda dedicata). Traguardo: livello B1 al termine del primo biennio, livello B2 al termine del quinto anno.</w:t>
      </w:r>
    </w:p>
    <w:p w14:paraId="2ED6B816" w14:textId="77777777" w:rsidR="000D3CD5" w:rsidRPr="00106719" w:rsidRDefault="000D3CD5" w:rsidP="000D3CD5">
      <w:pPr>
        <w:spacing w:after="120"/>
        <w:jc w:val="both"/>
        <w:rPr>
          <w:lang w:val="it-IT"/>
        </w:rPr>
      </w:pPr>
      <w:r w:rsidRPr="00106719">
        <w:rPr>
          <w:sz w:val="17"/>
          <w:lang w:val="it-IT"/>
        </w:rPr>
        <w:t>Declinazione per l'indirizzo. L'inglese tecnico-scientifico e la lettura di documentazione informatica in lingua sono oggetto di raccordo sistematico con Informatica e Scienze naturali.</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65423C3D" w14:textId="77777777" w:rsidTr="008B0F7A">
        <w:trPr>
          <w:cantSplit/>
        </w:trPr>
        <w:tc>
          <w:tcPr>
            <w:tcW w:w="9752" w:type="dxa"/>
            <w:gridSpan w:val="2"/>
            <w:shd w:val="clear" w:color="auto" w:fill="D6DFEE"/>
          </w:tcPr>
          <w:p w14:paraId="7E60DE6F" w14:textId="77777777" w:rsidR="000D3CD5" w:rsidRPr="00106719" w:rsidRDefault="000D3CD5" w:rsidP="008B0F7A">
            <w:pPr>
              <w:spacing w:after="20"/>
            </w:pPr>
            <w:proofErr w:type="spellStart"/>
            <w:r w:rsidRPr="00106719">
              <w:rPr>
                <w:b/>
              </w:rPr>
              <w:t>U.d.A.</w:t>
            </w:r>
            <w:proofErr w:type="spellEnd"/>
            <w:r w:rsidRPr="00106719">
              <w:rPr>
                <w:b/>
              </w:rPr>
              <w:t xml:space="preserve"> n. 1 — Describing and interacting: the language of everyday life</w:t>
            </w:r>
          </w:p>
        </w:tc>
      </w:tr>
      <w:tr w:rsidR="000D3CD5" w:rsidRPr="00106719" w14:paraId="05CA26E1" w14:textId="77777777" w:rsidTr="008B0F7A">
        <w:trPr>
          <w:cantSplit/>
        </w:trPr>
        <w:tc>
          <w:tcPr>
            <w:tcW w:w="2211" w:type="dxa"/>
            <w:shd w:val="clear" w:color="auto" w:fill="EDF0F5"/>
          </w:tcPr>
          <w:p w14:paraId="390DCA00"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610B33AC"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settembre</w:t>
            </w:r>
            <w:proofErr w:type="spellEnd"/>
            <w:r w:rsidRPr="00106719">
              <w:rPr>
                <w:i/>
                <w:sz w:val="17"/>
              </w:rPr>
              <w:t xml:space="preserve"> – </w:t>
            </w:r>
            <w:proofErr w:type="spellStart"/>
            <w:r w:rsidRPr="00106719">
              <w:rPr>
                <w:i/>
                <w:sz w:val="17"/>
              </w:rPr>
              <w:t>inizio</w:t>
            </w:r>
            <w:proofErr w:type="spellEnd"/>
            <w:r w:rsidRPr="00106719">
              <w:rPr>
                <w:i/>
                <w:sz w:val="17"/>
              </w:rPr>
              <w:t xml:space="preserve"> </w:t>
            </w:r>
            <w:proofErr w:type="spellStart"/>
            <w:r w:rsidRPr="00106719">
              <w:rPr>
                <w:i/>
                <w:sz w:val="17"/>
              </w:rPr>
              <w:t>novembre</w:t>
            </w:r>
            <w:proofErr w:type="spellEnd"/>
          </w:p>
        </w:tc>
      </w:tr>
      <w:tr w:rsidR="000D3CD5" w:rsidRPr="00106719" w14:paraId="1B77F702" w14:textId="77777777" w:rsidTr="008B0F7A">
        <w:trPr>
          <w:cantSplit/>
        </w:trPr>
        <w:tc>
          <w:tcPr>
            <w:tcW w:w="2211" w:type="dxa"/>
            <w:shd w:val="clear" w:color="auto" w:fill="EDF0F5"/>
          </w:tcPr>
          <w:p w14:paraId="37422D9A"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00DC38B4" w14:textId="77777777" w:rsidR="000D3CD5" w:rsidRPr="00106719" w:rsidRDefault="000D3CD5" w:rsidP="008B0F7A">
            <w:pPr>
              <w:spacing w:after="20"/>
            </w:pPr>
            <w:r w:rsidRPr="00106719">
              <w:rPr>
                <w:sz w:val="17"/>
                <w:lang w:val="it-IT"/>
              </w:rPr>
              <w:t xml:space="preserve">Comprendere e produrre testi orali e scritti su argomenti noti (liv. </w:t>
            </w:r>
            <w:r w:rsidRPr="00106719">
              <w:rPr>
                <w:sz w:val="17"/>
              </w:rPr>
              <w:t xml:space="preserve">A2/B1) · </w:t>
            </w:r>
            <w:proofErr w:type="spellStart"/>
            <w:r w:rsidRPr="00106719">
              <w:rPr>
                <w:sz w:val="17"/>
              </w:rPr>
              <w:t>Competenza</w:t>
            </w:r>
            <w:proofErr w:type="spellEnd"/>
            <w:r w:rsidRPr="00106719">
              <w:rPr>
                <w:sz w:val="17"/>
              </w:rPr>
              <w:t xml:space="preserve"> </w:t>
            </w:r>
            <w:proofErr w:type="spellStart"/>
            <w:r w:rsidRPr="00106719">
              <w:rPr>
                <w:sz w:val="17"/>
              </w:rPr>
              <w:t>chiave</w:t>
            </w:r>
            <w:proofErr w:type="spellEnd"/>
            <w:r w:rsidRPr="00106719">
              <w:rPr>
                <w:sz w:val="17"/>
              </w:rPr>
              <w:t xml:space="preserve">: </w:t>
            </w:r>
            <w:proofErr w:type="spellStart"/>
            <w:r w:rsidRPr="00106719">
              <w:rPr>
                <w:sz w:val="17"/>
              </w:rPr>
              <w:t>competenza</w:t>
            </w:r>
            <w:proofErr w:type="spellEnd"/>
            <w:r w:rsidRPr="00106719">
              <w:rPr>
                <w:sz w:val="17"/>
              </w:rPr>
              <w:t xml:space="preserve"> </w:t>
            </w:r>
            <w:proofErr w:type="spellStart"/>
            <w:r w:rsidRPr="00106719">
              <w:rPr>
                <w:sz w:val="17"/>
              </w:rPr>
              <w:t>multilinguistica</w:t>
            </w:r>
            <w:proofErr w:type="spellEnd"/>
          </w:p>
        </w:tc>
      </w:tr>
      <w:tr w:rsidR="000D3CD5" w:rsidRPr="00106719" w14:paraId="13A20065" w14:textId="77777777" w:rsidTr="008B0F7A">
        <w:trPr>
          <w:cantSplit/>
        </w:trPr>
        <w:tc>
          <w:tcPr>
            <w:tcW w:w="2211" w:type="dxa"/>
            <w:shd w:val="clear" w:color="auto" w:fill="EDF0F5"/>
          </w:tcPr>
          <w:p w14:paraId="644BC23F"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4967CAE8" w14:textId="77777777" w:rsidR="000D3CD5" w:rsidRPr="00106719" w:rsidRDefault="000D3CD5" w:rsidP="008B0F7A">
            <w:pPr>
              <w:spacing w:after="0"/>
              <w:rPr>
                <w:lang w:val="it-IT"/>
              </w:rPr>
            </w:pPr>
            <w:r w:rsidRPr="00106719">
              <w:rPr>
                <w:sz w:val="17"/>
                <w:lang w:val="it-IT"/>
              </w:rPr>
              <w:t>· Interagire in scambi comunicativi su temi di vita quotidiana</w:t>
            </w:r>
          </w:p>
          <w:p w14:paraId="2DE00A89" w14:textId="77777777" w:rsidR="000D3CD5" w:rsidRPr="00106719" w:rsidRDefault="000D3CD5" w:rsidP="008B0F7A">
            <w:pPr>
              <w:spacing w:after="0"/>
              <w:rPr>
                <w:lang w:val="it-IT"/>
              </w:rPr>
            </w:pPr>
            <w:r w:rsidRPr="00106719">
              <w:rPr>
                <w:sz w:val="17"/>
                <w:lang w:val="it-IT"/>
              </w:rPr>
              <w:t>· Comprendere il senso globale e le informazioni specifiche di un testo orale</w:t>
            </w:r>
          </w:p>
          <w:p w14:paraId="070104F6" w14:textId="77777777" w:rsidR="000D3CD5" w:rsidRPr="00106719" w:rsidRDefault="000D3CD5" w:rsidP="008B0F7A">
            <w:pPr>
              <w:spacing w:after="0"/>
              <w:rPr>
                <w:lang w:val="it-IT"/>
              </w:rPr>
            </w:pPr>
            <w:r w:rsidRPr="00106719">
              <w:rPr>
                <w:sz w:val="17"/>
                <w:lang w:val="it-IT"/>
              </w:rPr>
              <w:t>· Produrre descrizioni e narrazioni strutturate</w:t>
            </w:r>
          </w:p>
          <w:p w14:paraId="4D280704" w14:textId="77777777" w:rsidR="000D3CD5" w:rsidRPr="00106719" w:rsidRDefault="000D3CD5" w:rsidP="008B0F7A">
            <w:pPr>
              <w:spacing w:after="0"/>
              <w:rPr>
                <w:lang w:val="it-IT"/>
              </w:rPr>
            </w:pPr>
            <w:r w:rsidRPr="00106719">
              <w:rPr>
                <w:sz w:val="17"/>
                <w:lang w:val="it-IT"/>
              </w:rPr>
              <w:t>· Usare strategie di compensazione in caso di lacune lessicali</w:t>
            </w:r>
          </w:p>
        </w:tc>
      </w:tr>
      <w:tr w:rsidR="000D3CD5" w:rsidRPr="00106719" w14:paraId="4E3CC5D1" w14:textId="77777777" w:rsidTr="008B0F7A">
        <w:trPr>
          <w:cantSplit/>
        </w:trPr>
        <w:tc>
          <w:tcPr>
            <w:tcW w:w="2211" w:type="dxa"/>
            <w:shd w:val="clear" w:color="auto" w:fill="EDF0F5"/>
          </w:tcPr>
          <w:p w14:paraId="48F5D14C"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196B29B4"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 xml:space="preserve">Present </w:t>
            </w:r>
            <w:proofErr w:type="spellStart"/>
            <w:r w:rsidRPr="00106719">
              <w:rPr>
                <w:sz w:val="17"/>
                <w:lang w:val="it-IT"/>
              </w:rPr>
              <w:t>simple</w:t>
            </w:r>
            <w:proofErr w:type="spellEnd"/>
            <w:r w:rsidRPr="00106719">
              <w:rPr>
                <w:sz w:val="17"/>
                <w:lang w:val="it-IT"/>
              </w:rPr>
              <w:t xml:space="preserve"> e </w:t>
            </w:r>
            <w:proofErr w:type="spellStart"/>
            <w:r w:rsidRPr="00106719">
              <w:rPr>
                <w:sz w:val="17"/>
                <w:lang w:val="it-IT"/>
              </w:rPr>
              <w:t>continuous</w:t>
            </w:r>
            <w:proofErr w:type="spellEnd"/>
            <w:r w:rsidRPr="00106719">
              <w:rPr>
                <w:sz w:val="17"/>
                <w:lang w:val="it-IT"/>
              </w:rPr>
              <w:t xml:space="preserve">; </w:t>
            </w:r>
            <w:proofErr w:type="spellStart"/>
            <w:r w:rsidRPr="00106719">
              <w:rPr>
                <w:sz w:val="17"/>
                <w:lang w:val="it-IT"/>
              </w:rPr>
              <w:t>past</w:t>
            </w:r>
            <w:proofErr w:type="spellEnd"/>
            <w:r w:rsidRPr="00106719">
              <w:rPr>
                <w:sz w:val="17"/>
                <w:lang w:val="it-IT"/>
              </w:rPr>
              <w:t xml:space="preserve"> </w:t>
            </w:r>
            <w:proofErr w:type="spellStart"/>
            <w:r w:rsidRPr="00106719">
              <w:rPr>
                <w:sz w:val="17"/>
                <w:lang w:val="it-IT"/>
              </w:rPr>
              <w:t>simple</w:t>
            </w:r>
            <w:proofErr w:type="spellEnd"/>
            <w:r w:rsidRPr="00106719">
              <w:rPr>
                <w:sz w:val="17"/>
                <w:lang w:val="it-IT"/>
              </w:rPr>
              <w:t xml:space="preserve">; </w:t>
            </w:r>
            <w:proofErr w:type="spellStart"/>
            <w:r w:rsidRPr="00106719">
              <w:rPr>
                <w:sz w:val="17"/>
                <w:lang w:val="it-IT"/>
              </w:rPr>
              <w:t>quantifiers</w:t>
            </w:r>
            <w:proofErr w:type="spellEnd"/>
            <w:r w:rsidRPr="00106719">
              <w:rPr>
                <w:sz w:val="17"/>
                <w:lang w:val="it-IT"/>
              </w:rPr>
              <w:t>; comparativi. Lessico di routine, famiglia, scuola, tempo libero. Funzioni: descrivere, chiedere e dare informazioni.</w:t>
            </w:r>
          </w:p>
          <w:p w14:paraId="3F2B90BE"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 xml:space="preserve">Consolidamento B1/B2: </w:t>
            </w:r>
            <w:proofErr w:type="spellStart"/>
            <w:r w:rsidRPr="00106719">
              <w:rPr>
                <w:sz w:val="17"/>
                <w:lang w:val="it-IT"/>
              </w:rPr>
              <w:t>present</w:t>
            </w:r>
            <w:proofErr w:type="spellEnd"/>
            <w:r w:rsidRPr="00106719">
              <w:rPr>
                <w:sz w:val="17"/>
                <w:lang w:val="it-IT"/>
              </w:rPr>
              <w:t xml:space="preserve"> </w:t>
            </w:r>
            <w:proofErr w:type="spellStart"/>
            <w:r w:rsidRPr="00106719">
              <w:rPr>
                <w:sz w:val="17"/>
                <w:lang w:val="it-IT"/>
              </w:rPr>
              <w:t>perfect</w:t>
            </w:r>
            <w:proofErr w:type="spellEnd"/>
            <w:r w:rsidRPr="00106719">
              <w:rPr>
                <w:sz w:val="17"/>
                <w:lang w:val="it-IT"/>
              </w:rPr>
              <w:t xml:space="preserve"> vs </w:t>
            </w:r>
            <w:proofErr w:type="spellStart"/>
            <w:r w:rsidRPr="00106719">
              <w:rPr>
                <w:sz w:val="17"/>
                <w:lang w:val="it-IT"/>
              </w:rPr>
              <w:t>past</w:t>
            </w:r>
            <w:proofErr w:type="spellEnd"/>
            <w:r w:rsidRPr="00106719">
              <w:rPr>
                <w:sz w:val="17"/>
                <w:lang w:val="it-IT"/>
              </w:rPr>
              <w:t xml:space="preserve"> </w:t>
            </w:r>
            <w:proofErr w:type="spellStart"/>
            <w:r w:rsidRPr="00106719">
              <w:rPr>
                <w:sz w:val="17"/>
                <w:lang w:val="it-IT"/>
              </w:rPr>
              <w:t>simple</w:t>
            </w:r>
            <w:proofErr w:type="spellEnd"/>
            <w:r w:rsidRPr="00106719">
              <w:rPr>
                <w:sz w:val="17"/>
                <w:lang w:val="it-IT"/>
              </w:rPr>
              <w:t>, passive. Introduzione al testo letterario: The Middle Ages, Chaucer e la narrazione di viaggio.</w:t>
            </w:r>
          </w:p>
          <w:p w14:paraId="055CA544"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 xml:space="preserve">Strategie di reading </w:t>
            </w:r>
            <w:proofErr w:type="spellStart"/>
            <w:r w:rsidRPr="00106719">
              <w:rPr>
                <w:sz w:val="17"/>
                <w:lang w:val="it-IT"/>
              </w:rPr>
              <w:t>comprehension</w:t>
            </w:r>
            <w:proofErr w:type="spellEnd"/>
            <w:r w:rsidRPr="00106719">
              <w:rPr>
                <w:sz w:val="17"/>
                <w:lang w:val="it-IT"/>
              </w:rPr>
              <w:t xml:space="preserve"> su testi complessi. The Victorian Age: il romanzo sociale, Dickens; il doppio, Stevenson e Wilde.</w:t>
            </w:r>
          </w:p>
        </w:tc>
      </w:tr>
      <w:tr w:rsidR="000D3CD5" w:rsidRPr="00106719" w14:paraId="1CB71BEF" w14:textId="77777777" w:rsidTr="008B0F7A">
        <w:trPr>
          <w:cantSplit/>
        </w:trPr>
        <w:tc>
          <w:tcPr>
            <w:tcW w:w="2211" w:type="dxa"/>
            <w:shd w:val="clear" w:color="auto" w:fill="EDF0F5"/>
          </w:tcPr>
          <w:p w14:paraId="0C7DD1E6"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1EA1868" w14:textId="77777777" w:rsidR="000D3CD5" w:rsidRPr="00106719" w:rsidRDefault="000D3CD5" w:rsidP="008B0F7A">
            <w:pPr>
              <w:spacing w:after="20"/>
              <w:rPr>
                <w:lang w:val="it-IT"/>
              </w:rPr>
            </w:pPr>
            <w:r w:rsidRPr="00106719">
              <w:rPr>
                <w:sz w:val="17"/>
                <w:lang w:val="it-IT"/>
              </w:rPr>
              <w:t xml:space="preserve">Approccio comunicativo; ascolto autentico graduato; </w:t>
            </w:r>
            <w:proofErr w:type="spellStart"/>
            <w:r w:rsidRPr="00106719">
              <w:rPr>
                <w:sz w:val="17"/>
                <w:lang w:val="it-IT"/>
              </w:rPr>
              <w:t>pair</w:t>
            </w:r>
            <w:proofErr w:type="spellEnd"/>
            <w:r w:rsidRPr="00106719">
              <w:rPr>
                <w:sz w:val="17"/>
                <w:lang w:val="it-IT"/>
              </w:rPr>
              <w:t xml:space="preserve"> e group work; compresenza con il docente di conversazione dove prevista.</w:t>
            </w:r>
          </w:p>
        </w:tc>
      </w:tr>
      <w:tr w:rsidR="000D3CD5" w:rsidRPr="00106719" w14:paraId="16415A14" w14:textId="77777777" w:rsidTr="008B0F7A">
        <w:trPr>
          <w:cantSplit/>
        </w:trPr>
        <w:tc>
          <w:tcPr>
            <w:tcW w:w="2211" w:type="dxa"/>
            <w:shd w:val="clear" w:color="auto" w:fill="EDF0F5"/>
          </w:tcPr>
          <w:p w14:paraId="37B7649C"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119B84C6" w14:textId="77777777" w:rsidR="000D3CD5" w:rsidRPr="00106719" w:rsidRDefault="000D3CD5" w:rsidP="008B0F7A">
            <w:pPr>
              <w:spacing w:after="20"/>
              <w:rPr>
                <w:lang w:val="it-IT"/>
              </w:rPr>
            </w:pPr>
            <w:r w:rsidRPr="00106719">
              <w:rPr>
                <w:sz w:val="17"/>
                <w:lang w:val="it-IT"/>
              </w:rPr>
              <w:t>Registrazione audio o video di una breve presentazione personale o di un'intervista.</w:t>
            </w:r>
          </w:p>
        </w:tc>
      </w:tr>
      <w:tr w:rsidR="000D3CD5" w:rsidRPr="00106719" w14:paraId="12DCFEAE" w14:textId="77777777" w:rsidTr="008B0F7A">
        <w:trPr>
          <w:cantSplit/>
        </w:trPr>
        <w:tc>
          <w:tcPr>
            <w:tcW w:w="2211" w:type="dxa"/>
            <w:shd w:val="clear" w:color="auto" w:fill="EDF0F5"/>
          </w:tcPr>
          <w:p w14:paraId="642962F1"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22C5A1CD" w14:textId="77777777" w:rsidR="000D3CD5" w:rsidRPr="00106719" w:rsidRDefault="000D3CD5" w:rsidP="008B0F7A">
            <w:pPr>
              <w:spacing w:after="20"/>
              <w:rPr>
                <w:lang w:val="it-IT"/>
              </w:rPr>
            </w:pPr>
            <w:r w:rsidRPr="00106719">
              <w:rPr>
                <w:sz w:val="17"/>
                <w:lang w:val="it-IT"/>
              </w:rPr>
              <w:t>Prova d'ingresso con posizionamento; prova di listening e reading; valutazione della produzione orale su griglia.</w:t>
            </w:r>
          </w:p>
        </w:tc>
      </w:tr>
      <w:tr w:rsidR="000D3CD5" w:rsidRPr="00106719" w14:paraId="6B377B25" w14:textId="77777777" w:rsidTr="008B0F7A">
        <w:trPr>
          <w:cantSplit/>
        </w:trPr>
        <w:tc>
          <w:tcPr>
            <w:tcW w:w="2211" w:type="dxa"/>
            <w:shd w:val="clear" w:color="auto" w:fill="EDF0F5"/>
          </w:tcPr>
          <w:p w14:paraId="43231E72"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3553CEF6" w14:textId="77777777" w:rsidR="000D3CD5" w:rsidRPr="00106719" w:rsidRDefault="000D3CD5" w:rsidP="008B0F7A">
            <w:pPr>
              <w:spacing w:after="20"/>
              <w:rPr>
                <w:lang w:val="it-IT"/>
              </w:rPr>
            </w:pPr>
            <w:r w:rsidRPr="00106719">
              <w:rPr>
                <w:sz w:val="17"/>
                <w:lang w:val="it-IT"/>
              </w:rPr>
              <w:t>Cittadinanza digitale · 1 ora: identità digitale e gestione dei profili pubblici in lingua straniera.</w:t>
            </w:r>
          </w:p>
        </w:tc>
      </w:tr>
      <w:tr w:rsidR="000D3CD5" w:rsidRPr="00106719" w14:paraId="186EC4A4" w14:textId="77777777" w:rsidTr="008B0F7A">
        <w:trPr>
          <w:cantSplit/>
        </w:trPr>
        <w:tc>
          <w:tcPr>
            <w:tcW w:w="2211" w:type="dxa"/>
            <w:shd w:val="clear" w:color="auto" w:fill="EDF0F5"/>
          </w:tcPr>
          <w:p w14:paraId="4A7C3B18"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AF3DCEA" w14:textId="77777777" w:rsidR="000D3CD5" w:rsidRPr="00106719" w:rsidRDefault="000D3CD5" w:rsidP="008B0F7A">
            <w:pPr>
              <w:spacing w:after="20"/>
              <w:rPr>
                <w:lang w:val="it-IT"/>
              </w:rPr>
            </w:pPr>
            <w:r w:rsidRPr="00106719">
              <w:rPr>
                <w:sz w:val="17"/>
                <w:lang w:val="it-IT"/>
              </w:rPr>
              <w:t>Fornisce la versione inglese delle schede dell'archivio digitale e il lessico della descrizione dei beni.</w:t>
            </w:r>
          </w:p>
        </w:tc>
      </w:tr>
    </w:tbl>
    <w:p w14:paraId="6C7A93ED"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079BD4B8" w14:textId="77777777" w:rsidTr="008B0F7A">
        <w:trPr>
          <w:cantSplit/>
        </w:trPr>
        <w:tc>
          <w:tcPr>
            <w:tcW w:w="9752" w:type="dxa"/>
            <w:gridSpan w:val="2"/>
            <w:shd w:val="clear" w:color="auto" w:fill="D6DFEE"/>
          </w:tcPr>
          <w:p w14:paraId="3589EED3" w14:textId="77777777" w:rsidR="000D3CD5" w:rsidRPr="00106719" w:rsidRDefault="000D3CD5" w:rsidP="008B0F7A">
            <w:pPr>
              <w:spacing w:after="20"/>
            </w:pPr>
            <w:proofErr w:type="spellStart"/>
            <w:r w:rsidRPr="00106719">
              <w:rPr>
                <w:b/>
              </w:rPr>
              <w:t>U.d.A.</w:t>
            </w:r>
            <w:proofErr w:type="spellEnd"/>
            <w:r w:rsidRPr="00106719">
              <w:rPr>
                <w:b/>
              </w:rPr>
              <w:t xml:space="preserve"> n. 2 — Reading the text: from comprehension to analysis</w:t>
            </w:r>
          </w:p>
        </w:tc>
      </w:tr>
      <w:tr w:rsidR="000D3CD5" w:rsidRPr="00106719" w14:paraId="59D98E4F" w14:textId="77777777" w:rsidTr="008B0F7A">
        <w:trPr>
          <w:cantSplit/>
        </w:trPr>
        <w:tc>
          <w:tcPr>
            <w:tcW w:w="2211" w:type="dxa"/>
            <w:shd w:val="clear" w:color="auto" w:fill="EDF0F5"/>
          </w:tcPr>
          <w:p w14:paraId="003C55F0"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25B9896B"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novembre</w:t>
            </w:r>
            <w:proofErr w:type="spellEnd"/>
            <w:r w:rsidRPr="00106719">
              <w:rPr>
                <w:i/>
                <w:sz w:val="17"/>
              </w:rPr>
              <w:t xml:space="preserve"> – fine </w:t>
            </w:r>
            <w:proofErr w:type="spellStart"/>
            <w:r w:rsidRPr="00106719">
              <w:rPr>
                <w:i/>
                <w:sz w:val="17"/>
              </w:rPr>
              <w:t>gennaio</w:t>
            </w:r>
            <w:proofErr w:type="spellEnd"/>
          </w:p>
        </w:tc>
      </w:tr>
      <w:tr w:rsidR="000D3CD5" w:rsidRPr="00106719" w14:paraId="3C36E86D" w14:textId="77777777" w:rsidTr="008B0F7A">
        <w:trPr>
          <w:cantSplit/>
        </w:trPr>
        <w:tc>
          <w:tcPr>
            <w:tcW w:w="2211" w:type="dxa"/>
            <w:shd w:val="clear" w:color="auto" w:fill="EDF0F5"/>
          </w:tcPr>
          <w:p w14:paraId="0A355D05"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3C3E4702" w14:textId="77777777" w:rsidR="000D3CD5" w:rsidRPr="00106719" w:rsidRDefault="000D3CD5" w:rsidP="008B0F7A">
            <w:pPr>
              <w:spacing w:after="20"/>
              <w:rPr>
                <w:lang w:val="it-IT"/>
              </w:rPr>
            </w:pPr>
            <w:r w:rsidRPr="00106719">
              <w:rPr>
                <w:sz w:val="17"/>
                <w:lang w:val="it-IT"/>
              </w:rPr>
              <w:t>Analizzare e interpretare testi scritti di crescente complessità · Competenza chiave: consapevolezza ed espressione culturale</w:t>
            </w:r>
          </w:p>
        </w:tc>
      </w:tr>
      <w:tr w:rsidR="000D3CD5" w:rsidRPr="00106719" w14:paraId="15E7DC91" w14:textId="77777777" w:rsidTr="008B0F7A">
        <w:trPr>
          <w:cantSplit/>
        </w:trPr>
        <w:tc>
          <w:tcPr>
            <w:tcW w:w="2211" w:type="dxa"/>
            <w:shd w:val="clear" w:color="auto" w:fill="EDF0F5"/>
          </w:tcPr>
          <w:p w14:paraId="217F6921"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2FF0CE10" w14:textId="77777777" w:rsidR="000D3CD5" w:rsidRPr="00106719" w:rsidRDefault="000D3CD5" w:rsidP="008B0F7A">
            <w:pPr>
              <w:spacing w:after="0"/>
              <w:rPr>
                <w:lang w:val="it-IT"/>
              </w:rPr>
            </w:pPr>
            <w:r w:rsidRPr="00106719">
              <w:rPr>
                <w:sz w:val="17"/>
                <w:lang w:val="it-IT"/>
              </w:rPr>
              <w:t>· Individuare struttura, scopo e destinatario di un testo</w:t>
            </w:r>
          </w:p>
          <w:p w14:paraId="441E02B2" w14:textId="77777777" w:rsidR="000D3CD5" w:rsidRPr="00106719" w:rsidRDefault="000D3CD5" w:rsidP="008B0F7A">
            <w:pPr>
              <w:spacing w:after="0"/>
              <w:rPr>
                <w:lang w:val="it-IT"/>
              </w:rPr>
            </w:pPr>
            <w:r w:rsidRPr="00106719">
              <w:rPr>
                <w:sz w:val="17"/>
                <w:lang w:val="it-IT"/>
              </w:rPr>
              <w:t>· Riconoscere registri e varietà della lingua</w:t>
            </w:r>
          </w:p>
          <w:p w14:paraId="4E5A3A0F" w14:textId="77777777" w:rsidR="000D3CD5" w:rsidRPr="00106719" w:rsidRDefault="000D3CD5" w:rsidP="008B0F7A">
            <w:pPr>
              <w:spacing w:after="0"/>
              <w:rPr>
                <w:lang w:val="it-IT"/>
              </w:rPr>
            </w:pPr>
            <w:r w:rsidRPr="00106719">
              <w:rPr>
                <w:sz w:val="17"/>
                <w:lang w:val="it-IT"/>
              </w:rPr>
              <w:t>· Rispondere a domande aperte con formulazione autonoma</w:t>
            </w:r>
          </w:p>
          <w:p w14:paraId="767231A7" w14:textId="77777777" w:rsidR="000D3CD5" w:rsidRPr="00106719" w:rsidRDefault="000D3CD5" w:rsidP="008B0F7A">
            <w:pPr>
              <w:spacing w:after="0"/>
              <w:rPr>
                <w:lang w:val="it-IT"/>
              </w:rPr>
            </w:pPr>
            <w:r w:rsidRPr="00106719">
              <w:rPr>
                <w:sz w:val="17"/>
                <w:lang w:val="it-IT"/>
              </w:rPr>
              <w:t>· Riassumere in lingua straniera senza calchi dall'italiano</w:t>
            </w:r>
          </w:p>
        </w:tc>
      </w:tr>
      <w:tr w:rsidR="000D3CD5" w:rsidRPr="00106719" w14:paraId="36A8DAC1" w14:textId="77777777" w:rsidTr="008B0F7A">
        <w:trPr>
          <w:cantSplit/>
        </w:trPr>
        <w:tc>
          <w:tcPr>
            <w:tcW w:w="2211" w:type="dxa"/>
            <w:shd w:val="clear" w:color="auto" w:fill="EDF0F5"/>
          </w:tcPr>
          <w:p w14:paraId="7B0554C1"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16916527"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 xml:space="preserve">Future </w:t>
            </w:r>
            <w:proofErr w:type="spellStart"/>
            <w:r w:rsidRPr="00106719">
              <w:rPr>
                <w:sz w:val="17"/>
                <w:lang w:val="it-IT"/>
              </w:rPr>
              <w:t>forms</w:t>
            </w:r>
            <w:proofErr w:type="spellEnd"/>
            <w:r w:rsidRPr="00106719">
              <w:rPr>
                <w:sz w:val="17"/>
                <w:lang w:val="it-IT"/>
              </w:rPr>
              <w:t xml:space="preserve">; modali; periodo ipotetico di primo e secondo tipo. Lettura di un </w:t>
            </w:r>
            <w:proofErr w:type="spellStart"/>
            <w:r w:rsidRPr="00106719">
              <w:rPr>
                <w:sz w:val="17"/>
                <w:lang w:val="it-IT"/>
              </w:rPr>
              <w:t>graded</w:t>
            </w:r>
            <w:proofErr w:type="spellEnd"/>
            <w:r w:rsidRPr="00106719">
              <w:rPr>
                <w:sz w:val="17"/>
                <w:lang w:val="it-IT"/>
              </w:rPr>
              <w:t xml:space="preserve"> reader integrale. Il testo descrittivo e narrativo.</w:t>
            </w:r>
          </w:p>
          <w:p w14:paraId="62E25884"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 xml:space="preserve">The Renaissance: Shakespeare, sonetti e teatro. The </w:t>
            </w:r>
            <w:proofErr w:type="spellStart"/>
            <w:r w:rsidRPr="00106719">
              <w:rPr>
                <w:sz w:val="17"/>
                <w:lang w:val="it-IT"/>
              </w:rPr>
              <w:t>Puritan</w:t>
            </w:r>
            <w:proofErr w:type="spellEnd"/>
            <w:r w:rsidRPr="00106719">
              <w:rPr>
                <w:sz w:val="17"/>
                <w:lang w:val="it-IT"/>
              </w:rPr>
              <w:t xml:space="preserve"> Age. Analisi del testo poetico e drammatico in lingua.</w:t>
            </w:r>
          </w:p>
          <w:p w14:paraId="206AA782" w14:textId="77777777" w:rsidR="000D3CD5" w:rsidRPr="00106719" w:rsidRDefault="000D3CD5" w:rsidP="008B0F7A">
            <w:pPr>
              <w:spacing w:after="20"/>
            </w:pPr>
            <w:r w:rsidRPr="00106719">
              <w:rPr>
                <w:b/>
                <w:sz w:val="17"/>
              </w:rPr>
              <w:t xml:space="preserve">Quinto anno: </w:t>
            </w:r>
            <w:r w:rsidRPr="00106719">
              <w:rPr>
                <w:sz w:val="17"/>
              </w:rPr>
              <w:t xml:space="preserve">The Modern Age: Modernism, Joyce e Woolf; stream of consciousness. Il </w:t>
            </w:r>
            <w:proofErr w:type="spellStart"/>
            <w:r w:rsidRPr="00106719">
              <w:rPr>
                <w:sz w:val="17"/>
              </w:rPr>
              <w:t>romanzo</w:t>
            </w:r>
            <w:proofErr w:type="spellEnd"/>
            <w:r w:rsidRPr="00106719">
              <w:rPr>
                <w:sz w:val="17"/>
              </w:rPr>
              <w:t xml:space="preserve"> </w:t>
            </w:r>
            <w:proofErr w:type="spellStart"/>
            <w:r w:rsidRPr="00106719">
              <w:rPr>
                <w:sz w:val="17"/>
              </w:rPr>
              <w:t>distopico</w:t>
            </w:r>
            <w:proofErr w:type="spellEnd"/>
            <w:r w:rsidRPr="00106719">
              <w:rPr>
                <w:sz w:val="17"/>
              </w:rPr>
              <w:t>: Orwell.</w:t>
            </w:r>
          </w:p>
        </w:tc>
      </w:tr>
      <w:tr w:rsidR="000D3CD5" w:rsidRPr="00106719" w14:paraId="5F167EF4" w14:textId="77777777" w:rsidTr="008B0F7A">
        <w:trPr>
          <w:cantSplit/>
        </w:trPr>
        <w:tc>
          <w:tcPr>
            <w:tcW w:w="2211" w:type="dxa"/>
            <w:shd w:val="clear" w:color="auto" w:fill="EDF0F5"/>
          </w:tcPr>
          <w:p w14:paraId="06DCDE41"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624729AB" w14:textId="77777777" w:rsidR="000D3CD5" w:rsidRPr="00106719" w:rsidRDefault="000D3CD5" w:rsidP="008B0F7A">
            <w:pPr>
              <w:spacing w:after="20"/>
              <w:rPr>
                <w:lang w:val="it-IT"/>
              </w:rPr>
            </w:pPr>
            <w:r w:rsidRPr="00106719">
              <w:rPr>
                <w:sz w:val="17"/>
                <w:lang w:val="it-IT"/>
              </w:rPr>
              <w:t xml:space="preserve">Reading </w:t>
            </w:r>
            <w:proofErr w:type="spellStart"/>
            <w:r w:rsidRPr="00106719">
              <w:rPr>
                <w:sz w:val="17"/>
                <w:lang w:val="it-IT"/>
              </w:rPr>
              <w:t>laboratory</w:t>
            </w:r>
            <w:proofErr w:type="spellEnd"/>
            <w:r w:rsidRPr="00106719">
              <w:rPr>
                <w:sz w:val="17"/>
                <w:lang w:val="it-IT"/>
              </w:rPr>
              <w:t>; analisi guidata su griglia; glossario personale; confronto con il Dipartimento di Italiano sulle categorie di analisi.</w:t>
            </w:r>
          </w:p>
        </w:tc>
      </w:tr>
      <w:tr w:rsidR="000D3CD5" w:rsidRPr="00106719" w14:paraId="78D90CFC" w14:textId="77777777" w:rsidTr="008B0F7A">
        <w:trPr>
          <w:cantSplit/>
        </w:trPr>
        <w:tc>
          <w:tcPr>
            <w:tcW w:w="2211" w:type="dxa"/>
            <w:shd w:val="clear" w:color="auto" w:fill="EDF0F5"/>
          </w:tcPr>
          <w:p w14:paraId="7D113DD0"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197D5957" w14:textId="77777777" w:rsidR="000D3CD5" w:rsidRPr="00106719" w:rsidRDefault="000D3CD5" w:rsidP="008B0F7A">
            <w:pPr>
              <w:spacing w:after="20"/>
              <w:rPr>
                <w:lang w:val="it-IT"/>
              </w:rPr>
            </w:pPr>
            <w:r w:rsidRPr="00106719">
              <w:rPr>
                <w:sz w:val="17"/>
                <w:lang w:val="it-IT"/>
              </w:rPr>
              <w:t>Scheda di analisi di un testo letterario o di attualità.</w:t>
            </w:r>
          </w:p>
        </w:tc>
      </w:tr>
      <w:tr w:rsidR="000D3CD5" w:rsidRPr="00106719" w14:paraId="4B9A6FF7" w14:textId="77777777" w:rsidTr="008B0F7A">
        <w:trPr>
          <w:cantSplit/>
        </w:trPr>
        <w:tc>
          <w:tcPr>
            <w:tcW w:w="2211" w:type="dxa"/>
            <w:shd w:val="clear" w:color="auto" w:fill="EDF0F5"/>
          </w:tcPr>
          <w:p w14:paraId="39D40A18"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16941FF3" w14:textId="77777777" w:rsidR="000D3CD5" w:rsidRPr="00106719" w:rsidRDefault="000D3CD5" w:rsidP="008B0F7A">
            <w:pPr>
              <w:spacing w:after="20"/>
              <w:rPr>
                <w:lang w:val="it-IT"/>
              </w:rPr>
            </w:pPr>
            <w:r w:rsidRPr="00106719">
              <w:rPr>
                <w:sz w:val="17"/>
                <w:lang w:val="it-IT"/>
              </w:rPr>
              <w:t>Verifica scritta di comprensione e analisi; prova di use of English; interrogazione breve.</w:t>
            </w:r>
          </w:p>
        </w:tc>
      </w:tr>
      <w:tr w:rsidR="000D3CD5" w:rsidRPr="00106719" w14:paraId="545E8088" w14:textId="77777777" w:rsidTr="008B0F7A">
        <w:trPr>
          <w:cantSplit/>
        </w:trPr>
        <w:tc>
          <w:tcPr>
            <w:tcW w:w="2211" w:type="dxa"/>
            <w:shd w:val="clear" w:color="auto" w:fill="EDF0F5"/>
          </w:tcPr>
          <w:p w14:paraId="7EC62387"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124DF937" w14:textId="77777777" w:rsidR="000D3CD5" w:rsidRPr="00106719" w:rsidRDefault="000D3CD5" w:rsidP="008B0F7A">
            <w:pPr>
              <w:spacing w:after="20"/>
              <w:rPr>
                <w:lang w:val="it-IT"/>
              </w:rPr>
            </w:pPr>
            <w:r w:rsidRPr="00106719">
              <w:rPr>
                <w:sz w:val="17"/>
                <w:lang w:val="it-IT"/>
              </w:rPr>
              <w:t>Costituzione · 2 ore: The Rule of Law nella tradizione anglosassone; Magna Carta e Habeas Corpus a confronto con la Costituzione italiana.</w:t>
            </w:r>
          </w:p>
        </w:tc>
      </w:tr>
      <w:tr w:rsidR="000D3CD5" w:rsidRPr="00106719" w14:paraId="263CAA73" w14:textId="77777777" w:rsidTr="008B0F7A">
        <w:trPr>
          <w:cantSplit/>
        </w:trPr>
        <w:tc>
          <w:tcPr>
            <w:tcW w:w="2211" w:type="dxa"/>
            <w:shd w:val="clear" w:color="auto" w:fill="EDF0F5"/>
          </w:tcPr>
          <w:p w14:paraId="4875BB2C"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679A51B0" w14:textId="77777777" w:rsidR="000D3CD5" w:rsidRPr="00106719" w:rsidRDefault="000D3CD5" w:rsidP="008B0F7A">
            <w:pPr>
              <w:spacing w:after="20"/>
              <w:rPr>
                <w:lang w:val="it-IT"/>
              </w:rPr>
            </w:pPr>
            <w:r w:rsidRPr="00106719">
              <w:rPr>
                <w:sz w:val="17"/>
                <w:lang w:val="it-IT"/>
              </w:rPr>
              <w:t>Cura la revisione linguistica dei testi in inglese destinati al pubblico internazionale.</w:t>
            </w:r>
          </w:p>
        </w:tc>
      </w:tr>
    </w:tbl>
    <w:p w14:paraId="0063CBA2"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63484F6C" w14:textId="77777777" w:rsidTr="008B0F7A">
        <w:trPr>
          <w:cantSplit/>
        </w:trPr>
        <w:tc>
          <w:tcPr>
            <w:tcW w:w="9752" w:type="dxa"/>
            <w:gridSpan w:val="2"/>
            <w:shd w:val="clear" w:color="auto" w:fill="D6DFEE"/>
          </w:tcPr>
          <w:p w14:paraId="0F87AEC4" w14:textId="77777777" w:rsidR="000D3CD5" w:rsidRPr="00106719" w:rsidRDefault="000D3CD5" w:rsidP="008B0F7A">
            <w:pPr>
              <w:spacing w:after="20"/>
            </w:pPr>
            <w:proofErr w:type="spellStart"/>
            <w:r w:rsidRPr="00106719">
              <w:rPr>
                <w:b/>
              </w:rPr>
              <w:t>U.d.A.</w:t>
            </w:r>
            <w:proofErr w:type="spellEnd"/>
            <w:r w:rsidRPr="00106719">
              <w:rPr>
                <w:b/>
              </w:rPr>
              <w:t xml:space="preserve"> n. 3 — Global issues: informing, arguing, debating</w:t>
            </w:r>
          </w:p>
        </w:tc>
      </w:tr>
      <w:tr w:rsidR="000D3CD5" w:rsidRPr="00106719" w14:paraId="10DB51C1" w14:textId="77777777" w:rsidTr="008B0F7A">
        <w:trPr>
          <w:cantSplit/>
        </w:trPr>
        <w:tc>
          <w:tcPr>
            <w:tcW w:w="2211" w:type="dxa"/>
            <w:shd w:val="clear" w:color="auto" w:fill="EDF0F5"/>
          </w:tcPr>
          <w:p w14:paraId="681BCF9C"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0DF87CE0" w14:textId="77777777" w:rsidR="000D3CD5" w:rsidRPr="00106719" w:rsidRDefault="000D3CD5" w:rsidP="008B0F7A">
            <w:pPr>
              <w:spacing w:after="20"/>
            </w:pPr>
            <w:r w:rsidRPr="00106719">
              <w:rPr>
                <w:i/>
                <w:sz w:val="17"/>
              </w:rPr>
              <w:t xml:space="preserve">2° </w:t>
            </w:r>
            <w:proofErr w:type="spellStart"/>
            <w:r w:rsidRPr="00106719">
              <w:rPr>
                <w:i/>
                <w:sz w:val="17"/>
              </w:rPr>
              <w:t>quadrimestre</w:t>
            </w:r>
            <w:proofErr w:type="spellEnd"/>
            <w:r w:rsidRPr="00106719">
              <w:rPr>
                <w:i/>
                <w:sz w:val="17"/>
              </w:rPr>
              <w:t xml:space="preserve"> · </w:t>
            </w:r>
            <w:proofErr w:type="spellStart"/>
            <w:r w:rsidRPr="00106719">
              <w:rPr>
                <w:i/>
                <w:sz w:val="17"/>
              </w:rPr>
              <w:t>febbraio</w:t>
            </w:r>
            <w:proofErr w:type="spellEnd"/>
            <w:r w:rsidRPr="00106719">
              <w:rPr>
                <w:i/>
                <w:sz w:val="17"/>
              </w:rPr>
              <w:t xml:space="preserve"> – pausa </w:t>
            </w:r>
            <w:proofErr w:type="spellStart"/>
            <w:r w:rsidRPr="00106719">
              <w:rPr>
                <w:i/>
                <w:sz w:val="17"/>
              </w:rPr>
              <w:t>pasquale</w:t>
            </w:r>
            <w:proofErr w:type="spellEnd"/>
          </w:p>
        </w:tc>
      </w:tr>
      <w:tr w:rsidR="000D3CD5" w:rsidRPr="00106719" w14:paraId="04E1E24C" w14:textId="77777777" w:rsidTr="008B0F7A">
        <w:trPr>
          <w:cantSplit/>
        </w:trPr>
        <w:tc>
          <w:tcPr>
            <w:tcW w:w="2211" w:type="dxa"/>
            <w:shd w:val="clear" w:color="auto" w:fill="EDF0F5"/>
          </w:tcPr>
          <w:p w14:paraId="48DC0B51"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3CAAF0BA" w14:textId="77777777" w:rsidR="000D3CD5" w:rsidRPr="00106719" w:rsidRDefault="000D3CD5" w:rsidP="008B0F7A">
            <w:pPr>
              <w:spacing w:after="20"/>
              <w:rPr>
                <w:lang w:val="it-IT"/>
              </w:rPr>
            </w:pPr>
            <w:r w:rsidRPr="00106719">
              <w:rPr>
                <w:sz w:val="17"/>
                <w:lang w:val="it-IT"/>
              </w:rPr>
              <w:t>Sostenere una posizione argomentata in lingua straniera · Competenza chiave: competenza in materia di cittadinanza</w:t>
            </w:r>
          </w:p>
        </w:tc>
      </w:tr>
      <w:tr w:rsidR="000D3CD5" w:rsidRPr="00106719" w14:paraId="7661E049" w14:textId="77777777" w:rsidTr="008B0F7A">
        <w:trPr>
          <w:cantSplit/>
        </w:trPr>
        <w:tc>
          <w:tcPr>
            <w:tcW w:w="2211" w:type="dxa"/>
            <w:shd w:val="clear" w:color="auto" w:fill="EDF0F5"/>
          </w:tcPr>
          <w:p w14:paraId="68B31F1A"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3ABD09B4" w14:textId="77777777" w:rsidR="000D3CD5" w:rsidRPr="00106719" w:rsidRDefault="000D3CD5" w:rsidP="008B0F7A">
            <w:pPr>
              <w:spacing w:after="0"/>
              <w:rPr>
                <w:lang w:val="it-IT"/>
              </w:rPr>
            </w:pPr>
            <w:r w:rsidRPr="00106719">
              <w:rPr>
                <w:sz w:val="17"/>
                <w:lang w:val="it-IT"/>
              </w:rPr>
              <w:t>· Comprendere testi informativi e argomentativi autentici</w:t>
            </w:r>
          </w:p>
          <w:p w14:paraId="012A0F64" w14:textId="77777777" w:rsidR="000D3CD5" w:rsidRPr="00106719" w:rsidRDefault="000D3CD5" w:rsidP="008B0F7A">
            <w:pPr>
              <w:spacing w:after="0"/>
              <w:rPr>
                <w:lang w:val="it-IT"/>
              </w:rPr>
            </w:pPr>
            <w:r w:rsidRPr="00106719">
              <w:rPr>
                <w:sz w:val="17"/>
                <w:lang w:val="it-IT"/>
              </w:rPr>
              <w:t>· Costruire un intervento argomentato con esempi e dati</w:t>
            </w:r>
          </w:p>
          <w:p w14:paraId="459D305E" w14:textId="77777777" w:rsidR="000D3CD5" w:rsidRPr="00106719" w:rsidRDefault="000D3CD5" w:rsidP="008B0F7A">
            <w:pPr>
              <w:spacing w:after="0"/>
              <w:rPr>
                <w:lang w:val="it-IT"/>
              </w:rPr>
            </w:pPr>
            <w:r w:rsidRPr="00106719">
              <w:rPr>
                <w:sz w:val="17"/>
                <w:lang w:val="it-IT"/>
              </w:rPr>
              <w:t>· Interagire in un dibattito rispettando i turni e le regole</w:t>
            </w:r>
          </w:p>
          <w:p w14:paraId="3A55531A" w14:textId="77777777" w:rsidR="000D3CD5" w:rsidRPr="00106719" w:rsidRDefault="000D3CD5" w:rsidP="008B0F7A">
            <w:pPr>
              <w:spacing w:after="0"/>
              <w:rPr>
                <w:lang w:val="it-IT"/>
              </w:rPr>
            </w:pPr>
            <w:r w:rsidRPr="00106719">
              <w:rPr>
                <w:sz w:val="17"/>
                <w:lang w:val="it-IT"/>
              </w:rPr>
              <w:t>· Valutare l'attendibilità di una fonte in lingua straniera</w:t>
            </w:r>
          </w:p>
        </w:tc>
      </w:tr>
      <w:tr w:rsidR="000D3CD5" w:rsidRPr="00106719" w14:paraId="505D7A7A" w14:textId="77777777" w:rsidTr="008B0F7A">
        <w:trPr>
          <w:cantSplit/>
        </w:trPr>
        <w:tc>
          <w:tcPr>
            <w:tcW w:w="2211" w:type="dxa"/>
            <w:shd w:val="clear" w:color="auto" w:fill="EDF0F5"/>
          </w:tcPr>
          <w:p w14:paraId="23E65A8A"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572C2A16" w14:textId="77777777" w:rsidR="000D3CD5" w:rsidRPr="00106719" w:rsidRDefault="000D3CD5" w:rsidP="008B0F7A">
            <w:pPr>
              <w:spacing w:after="20"/>
              <w:rPr>
                <w:lang w:val="it-IT"/>
              </w:rPr>
            </w:pPr>
            <w:r w:rsidRPr="00106719">
              <w:rPr>
                <w:b/>
                <w:sz w:val="17"/>
                <w:lang w:val="it-IT"/>
              </w:rPr>
              <w:t xml:space="preserve">Primo biennio: </w:t>
            </w:r>
            <w:proofErr w:type="spellStart"/>
            <w:r w:rsidRPr="00106719">
              <w:rPr>
                <w:sz w:val="17"/>
                <w:lang w:val="it-IT"/>
              </w:rPr>
              <w:t>Reported</w:t>
            </w:r>
            <w:proofErr w:type="spellEnd"/>
            <w:r w:rsidRPr="00106719">
              <w:rPr>
                <w:sz w:val="17"/>
                <w:lang w:val="it-IT"/>
              </w:rPr>
              <w:t xml:space="preserve"> speech; connettivi dell'argomentazione. Temi: ambiente, volontariato, tecnologia. Funzioni: esprimere opinione, accordo e disaccordo.</w:t>
            </w:r>
          </w:p>
          <w:p w14:paraId="5457728C"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 xml:space="preserve">The </w:t>
            </w:r>
            <w:proofErr w:type="spellStart"/>
            <w:r w:rsidRPr="00106719">
              <w:rPr>
                <w:sz w:val="17"/>
                <w:lang w:val="it-IT"/>
              </w:rPr>
              <w:t>Romantic</w:t>
            </w:r>
            <w:proofErr w:type="spellEnd"/>
            <w:r w:rsidRPr="00106719">
              <w:rPr>
                <w:sz w:val="17"/>
                <w:lang w:val="it-IT"/>
              </w:rPr>
              <w:t xml:space="preserve"> Age: natura, immaginazione, individuo; Wordsworth, Coleridge, Shelley. The Industrial </w:t>
            </w:r>
            <w:proofErr w:type="spellStart"/>
            <w:r w:rsidRPr="00106719">
              <w:rPr>
                <w:sz w:val="17"/>
                <w:lang w:val="it-IT"/>
              </w:rPr>
              <w:t>Revolution</w:t>
            </w:r>
            <w:proofErr w:type="spellEnd"/>
            <w:r w:rsidRPr="00106719">
              <w:rPr>
                <w:sz w:val="17"/>
                <w:lang w:val="it-IT"/>
              </w:rPr>
              <w:t xml:space="preserve"> e la questione sociale.</w:t>
            </w:r>
          </w:p>
          <w:p w14:paraId="39D2358F" w14:textId="77777777" w:rsidR="000D3CD5" w:rsidRPr="00106719" w:rsidRDefault="000D3CD5" w:rsidP="008B0F7A">
            <w:pPr>
              <w:spacing w:after="20"/>
            </w:pPr>
            <w:r w:rsidRPr="00106719">
              <w:rPr>
                <w:b/>
                <w:sz w:val="17"/>
                <w:lang w:val="it-IT"/>
              </w:rPr>
              <w:t xml:space="preserve">Quinto anno: </w:t>
            </w:r>
            <w:r w:rsidRPr="00106719">
              <w:rPr>
                <w:sz w:val="17"/>
                <w:lang w:val="it-IT"/>
              </w:rPr>
              <w:t xml:space="preserve">The Age of </w:t>
            </w:r>
            <w:proofErr w:type="spellStart"/>
            <w:r w:rsidRPr="00106719">
              <w:rPr>
                <w:sz w:val="17"/>
                <w:lang w:val="it-IT"/>
              </w:rPr>
              <w:t>Anxiety</w:t>
            </w:r>
            <w:proofErr w:type="spellEnd"/>
            <w:r w:rsidRPr="00106719">
              <w:rPr>
                <w:sz w:val="17"/>
                <w:lang w:val="it-IT"/>
              </w:rPr>
              <w:t xml:space="preserve">; la guerra nella poesia e nella prosa; il teatro dell'assurdo. </w:t>
            </w:r>
            <w:r w:rsidRPr="00106719">
              <w:rPr>
                <w:sz w:val="17"/>
              </w:rPr>
              <w:t xml:space="preserve">Debate </w:t>
            </w:r>
            <w:proofErr w:type="spellStart"/>
            <w:r w:rsidRPr="00106719">
              <w:rPr>
                <w:sz w:val="17"/>
              </w:rPr>
              <w:t>su</w:t>
            </w:r>
            <w:proofErr w:type="spellEnd"/>
            <w:r w:rsidRPr="00106719">
              <w:rPr>
                <w:sz w:val="17"/>
              </w:rPr>
              <w:t xml:space="preserve"> </w:t>
            </w:r>
            <w:proofErr w:type="spellStart"/>
            <w:r w:rsidRPr="00106719">
              <w:rPr>
                <w:sz w:val="17"/>
              </w:rPr>
              <w:t>questioni</w:t>
            </w:r>
            <w:proofErr w:type="spellEnd"/>
            <w:r w:rsidRPr="00106719">
              <w:rPr>
                <w:sz w:val="17"/>
              </w:rPr>
              <w:t xml:space="preserve"> </w:t>
            </w:r>
            <w:proofErr w:type="spellStart"/>
            <w:r w:rsidRPr="00106719">
              <w:rPr>
                <w:sz w:val="17"/>
              </w:rPr>
              <w:t>contemporanee</w:t>
            </w:r>
            <w:proofErr w:type="spellEnd"/>
            <w:r w:rsidRPr="00106719">
              <w:rPr>
                <w:sz w:val="17"/>
              </w:rPr>
              <w:t>.</w:t>
            </w:r>
          </w:p>
        </w:tc>
      </w:tr>
      <w:tr w:rsidR="000D3CD5" w:rsidRPr="00106719" w14:paraId="3B6CE0D1" w14:textId="77777777" w:rsidTr="008B0F7A">
        <w:trPr>
          <w:cantSplit/>
        </w:trPr>
        <w:tc>
          <w:tcPr>
            <w:tcW w:w="2211" w:type="dxa"/>
            <w:shd w:val="clear" w:color="auto" w:fill="EDF0F5"/>
          </w:tcPr>
          <w:p w14:paraId="2D3077C2"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376F145C" w14:textId="77777777" w:rsidR="000D3CD5" w:rsidRPr="00106719" w:rsidRDefault="000D3CD5" w:rsidP="008B0F7A">
            <w:pPr>
              <w:spacing w:after="20"/>
              <w:rPr>
                <w:lang w:val="it-IT"/>
              </w:rPr>
            </w:pPr>
            <w:r w:rsidRPr="00106719">
              <w:rPr>
                <w:sz w:val="17"/>
                <w:lang w:val="it-IT"/>
              </w:rPr>
              <w:t>Debate strutturato; analisi di articoli di stampa autentica; lavoro su corpora di ascolto; attività CLIL concordate con le discipline non linguistiche.</w:t>
            </w:r>
          </w:p>
        </w:tc>
      </w:tr>
      <w:tr w:rsidR="000D3CD5" w:rsidRPr="00106719" w14:paraId="38902679" w14:textId="77777777" w:rsidTr="008B0F7A">
        <w:trPr>
          <w:cantSplit/>
        </w:trPr>
        <w:tc>
          <w:tcPr>
            <w:tcW w:w="2211" w:type="dxa"/>
            <w:shd w:val="clear" w:color="auto" w:fill="EDF0F5"/>
          </w:tcPr>
          <w:p w14:paraId="5AF99222"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36804E2" w14:textId="77777777" w:rsidR="000D3CD5" w:rsidRPr="00106719" w:rsidRDefault="000D3CD5" w:rsidP="008B0F7A">
            <w:pPr>
              <w:spacing w:after="20"/>
              <w:rPr>
                <w:lang w:val="it-IT"/>
              </w:rPr>
            </w:pPr>
            <w:r w:rsidRPr="00106719">
              <w:rPr>
                <w:sz w:val="17"/>
                <w:lang w:val="it-IT"/>
              </w:rPr>
              <w:t>Intervento in un debate documentato, con scaletta e fonti.</w:t>
            </w:r>
          </w:p>
        </w:tc>
      </w:tr>
      <w:tr w:rsidR="000D3CD5" w:rsidRPr="00106719" w14:paraId="26328082" w14:textId="77777777" w:rsidTr="008B0F7A">
        <w:trPr>
          <w:cantSplit/>
        </w:trPr>
        <w:tc>
          <w:tcPr>
            <w:tcW w:w="2211" w:type="dxa"/>
            <w:shd w:val="clear" w:color="auto" w:fill="EDF0F5"/>
          </w:tcPr>
          <w:p w14:paraId="0D20B7AB"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3B32C814" w14:textId="77777777" w:rsidR="000D3CD5" w:rsidRPr="00106719" w:rsidRDefault="000D3CD5" w:rsidP="008B0F7A">
            <w:pPr>
              <w:spacing w:after="20"/>
              <w:rPr>
                <w:lang w:val="it-IT"/>
              </w:rPr>
            </w:pPr>
            <w:r w:rsidRPr="00106719">
              <w:rPr>
                <w:sz w:val="17"/>
                <w:lang w:val="it-IT"/>
              </w:rPr>
              <w:t>Valutazione del debate su rubrica; prova scritta di produzione argomentativa; listening su testo autentico.</w:t>
            </w:r>
          </w:p>
        </w:tc>
      </w:tr>
      <w:tr w:rsidR="000D3CD5" w:rsidRPr="00106719" w14:paraId="1CE55795" w14:textId="77777777" w:rsidTr="008B0F7A">
        <w:trPr>
          <w:cantSplit/>
        </w:trPr>
        <w:tc>
          <w:tcPr>
            <w:tcW w:w="2211" w:type="dxa"/>
            <w:shd w:val="clear" w:color="auto" w:fill="EDF0F5"/>
          </w:tcPr>
          <w:p w14:paraId="7A78BB83"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04BE8AF4" w14:textId="77777777" w:rsidR="000D3CD5" w:rsidRPr="00106719" w:rsidRDefault="000D3CD5" w:rsidP="008B0F7A">
            <w:pPr>
              <w:spacing w:after="20"/>
              <w:rPr>
                <w:lang w:val="it-IT"/>
              </w:rPr>
            </w:pPr>
            <w:r w:rsidRPr="00106719">
              <w:rPr>
                <w:sz w:val="17"/>
                <w:lang w:val="it-IT"/>
              </w:rPr>
              <w:t>Sviluppo sostenibile · 3 ore: gli obiettivi dell'Agenda 2030 nella documentazione in lingua inglese; lettura critica di un rapporto internazionale.</w:t>
            </w:r>
          </w:p>
        </w:tc>
      </w:tr>
      <w:tr w:rsidR="000D3CD5" w:rsidRPr="00106719" w14:paraId="3154E2DA" w14:textId="77777777" w:rsidTr="008B0F7A">
        <w:trPr>
          <w:cantSplit/>
        </w:trPr>
        <w:tc>
          <w:tcPr>
            <w:tcW w:w="2211" w:type="dxa"/>
            <w:shd w:val="clear" w:color="auto" w:fill="EDF0F5"/>
          </w:tcPr>
          <w:p w14:paraId="255DB7A9"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75BA1A5" w14:textId="77777777" w:rsidR="000D3CD5" w:rsidRPr="00106719" w:rsidRDefault="000D3CD5" w:rsidP="008B0F7A">
            <w:pPr>
              <w:spacing w:after="20"/>
              <w:rPr>
                <w:lang w:val="it-IT"/>
              </w:rPr>
            </w:pPr>
            <w:r w:rsidRPr="00106719">
              <w:rPr>
                <w:sz w:val="17"/>
                <w:lang w:val="it-IT"/>
              </w:rPr>
              <w:t>Prepara la presentazione internazionale del prodotto e i contatti con eventuali partner esteri, anche in prospettiva Erasmus+.</w:t>
            </w:r>
          </w:p>
        </w:tc>
      </w:tr>
    </w:tbl>
    <w:p w14:paraId="208F899B"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110EC337" w14:textId="77777777" w:rsidTr="008B0F7A">
        <w:trPr>
          <w:cantSplit/>
        </w:trPr>
        <w:tc>
          <w:tcPr>
            <w:tcW w:w="9752" w:type="dxa"/>
            <w:gridSpan w:val="2"/>
            <w:shd w:val="clear" w:color="auto" w:fill="D6DFEE"/>
          </w:tcPr>
          <w:p w14:paraId="3D9ED2EE" w14:textId="77777777" w:rsidR="000D3CD5" w:rsidRPr="00106719" w:rsidRDefault="000D3CD5" w:rsidP="008B0F7A">
            <w:pPr>
              <w:spacing w:after="20"/>
            </w:pPr>
            <w:proofErr w:type="spellStart"/>
            <w:r w:rsidRPr="00106719">
              <w:rPr>
                <w:b/>
              </w:rPr>
              <w:t>U.d.A.</w:t>
            </w:r>
            <w:proofErr w:type="spellEnd"/>
            <w:r w:rsidRPr="00106719">
              <w:rPr>
                <w:b/>
              </w:rPr>
              <w:t xml:space="preserve"> n. 4 — Communicating for a purpose: the world outside school</w:t>
            </w:r>
          </w:p>
        </w:tc>
      </w:tr>
      <w:tr w:rsidR="000D3CD5" w:rsidRPr="00106719" w14:paraId="79FC0D2B" w14:textId="77777777" w:rsidTr="008B0F7A">
        <w:trPr>
          <w:cantSplit/>
        </w:trPr>
        <w:tc>
          <w:tcPr>
            <w:tcW w:w="2211" w:type="dxa"/>
            <w:shd w:val="clear" w:color="auto" w:fill="EDF0F5"/>
          </w:tcPr>
          <w:p w14:paraId="7E63C4C8"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54812883" w14:textId="77777777" w:rsidR="000D3CD5" w:rsidRPr="00106719" w:rsidRDefault="000D3CD5" w:rsidP="008B0F7A">
            <w:pPr>
              <w:spacing w:after="20"/>
              <w:rPr>
                <w:lang w:val="it-IT"/>
              </w:rPr>
            </w:pPr>
            <w:r w:rsidRPr="00106719">
              <w:rPr>
                <w:i/>
                <w:sz w:val="17"/>
                <w:lang w:val="it-IT"/>
              </w:rPr>
              <w:t>2° quadrimestre · dopo Pasqua – termine delle lezioni</w:t>
            </w:r>
          </w:p>
        </w:tc>
      </w:tr>
      <w:tr w:rsidR="000D3CD5" w:rsidRPr="00106719" w14:paraId="4331F71C" w14:textId="77777777" w:rsidTr="008B0F7A">
        <w:trPr>
          <w:cantSplit/>
        </w:trPr>
        <w:tc>
          <w:tcPr>
            <w:tcW w:w="2211" w:type="dxa"/>
            <w:shd w:val="clear" w:color="auto" w:fill="EDF0F5"/>
          </w:tcPr>
          <w:p w14:paraId="559213D2"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600F3A07" w14:textId="77777777" w:rsidR="000D3CD5" w:rsidRPr="00106719" w:rsidRDefault="000D3CD5" w:rsidP="008B0F7A">
            <w:pPr>
              <w:spacing w:after="20"/>
              <w:rPr>
                <w:lang w:val="it-IT"/>
              </w:rPr>
            </w:pPr>
            <w:r w:rsidRPr="00106719">
              <w:rPr>
                <w:sz w:val="17"/>
                <w:lang w:val="it-IT"/>
              </w:rPr>
              <w:t>Utilizzare la lingua straniera per scopi di studio e di lavoro · Competenza chiave: competenza imprenditoriale</w:t>
            </w:r>
          </w:p>
        </w:tc>
      </w:tr>
      <w:tr w:rsidR="000D3CD5" w:rsidRPr="00106719" w14:paraId="4C0D2731" w14:textId="77777777" w:rsidTr="008B0F7A">
        <w:trPr>
          <w:cantSplit/>
        </w:trPr>
        <w:tc>
          <w:tcPr>
            <w:tcW w:w="2211" w:type="dxa"/>
            <w:shd w:val="clear" w:color="auto" w:fill="EDF0F5"/>
          </w:tcPr>
          <w:p w14:paraId="6EE1BB78"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64E1E3AD" w14:textId="77777777" w:rsidR="000D3CD5" w:rsidRPr="00106719" w:rsidRDefault="000D3CD5" w:rsidP="008B0F7A">
            <w:pPr>
              <w:spacing w:after="0"/>
              <w:rPr>
                <w:lang w:val="it-IT"/>
              </w:rPr>
            </w:pPr>
            <w:r w:rsidRPr="00106719">
              <w:rPr>
                <w:sz w:val="17"/>
                <w:lang w:val="it-IT"/>
              </w:rPr>
              <w:t>· Redigere testi funzionali in lingua straniera (e-mail, CV, abstract, scheda informativa)</w:t>
            </w:r>
          </w:p>
          <w:p w14:paraId="48E85211" w14:textId="77777777" w:rsidR="000D3CD5" w:rsidRPr="00106719" w:rsidRDefault="000D3CD5" w:rsidP="008B0F7A">
            <w:pPr>
              <w:spacing w:after="0"/>
              <w:rPr>
                <w:lang w:val="it-IT"/>
              </w:rPr>
            </w:pPr>
            <w:r w:rsidRPr="00106719">
              <w:rPr>
                <w:sz w:val="17"/>
                <w:lang w:val="it-IT"/>
              </w:rPr>
              <w:t>· Presentare oralmente un prodotto a un pubblico</w:t>
            </w:r>
          </w:p>
          <w:p w14:paraId="13A13770" w14:textId="77777777" w:rsidR="000D3CD5" w:rsidRPr="00106719" w:rsidRDefault="000D3CD5" w:rsidP="008B0F7A">
            <w:pPr>
              <w:spacing w:after="0"/>
              <w:rPr>
                <w:lang w:val="it-IT"/>
              </w:rPr>
            </w:pPr>
            <w:r w:rsidRPr="00106719">
              <w:rPr>
                <w:sz w:val="17"/>
                <w:lang w:val="it-IT"/>
              </w:rPr>
              <w:t>· Riflettere sul proprio percorso linguistico e documentarlo</w:t>
            </w:r>
          </w:p>
          <w:p w14:paraId="2AD86E53" w14:textId="77777777" w:rsidR="000D3CD5" w:rsidRPr="00106719" w:rsidRDefault="000D3CD5" w:rsidP="008B0F7A">
            <w:pPr>
              <w:spacing w:after="0"/>
              <w:rPr>
                <w:lang w:val="it-IT"/>
              </w:rPr>
            </w:pPr>
            <w:r w:rsidRPr="00106719">
              <w:rPr>
                <w:sz w:val="17"/>
                <w:lang w:val="it-IT"/>
              </w:rPr>
              <w:t>· Preparare in autonomia una prova di certificazione linguistica</w:t>
            </w:r>
          </w:p>
        </w:tc>
      </w:tr>
      <w:tr w:rsidR="000D3CD5" w:rsidRPr="00106719" w14:paraId="610D18FD" w14:textId="77777777" w:rsidTr="008B0F7A">
        <w:trPr>
          <w:cantSplit/>
        </w:trPr>
        <w:tc>
          <w:tcPr>
            <w:tcW w:w="2211" w:type="dxa"/>
            <w:shd w:val="clear" w:color="auto" w:fill="EDF0F5"/>
          </w:tcPr>
          <w:p w14:paraId="2FA54FC1"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73F1677E"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Registri formale e informale; lettera ed e-mail; bilancio delle competenze del biennio e preparazione alla certificazione B1.</w:t>
            </w:r>
          </w:p>
          <w:p w14:paraId="0F1C3873"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Lessico della formazione scuola-lavoro; Europass e CV in lingua; abstract e presentazione di un progetto. Preparazione alla certificazione B2.</w:t>
            </w:r>
          </w:p>
          <w:p w14:paraId="48AE4801"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Percorso tematico pluridisciplinare in lingua; nodi concettuali per il colloquio; presentazione dell'esperienza di formazione scuola-lavoro in lingua straniera.</w:t>
            </w:r>
          </w:p>
        </w:tc>
      </w:tr>
      <w:tr w:rsidR="000D3CD5" w:rsidRPr="00106719" w14:paraId="78300B73" w14:textId="77777777" w:rsidTr="008B0F7A">
        <w:trPr>
          <w:cantSplit/>
        </w:trPr>
        <w:tc>
          <w:tcPr>
            <w:tcW w:w="2211" w:type="dxa"/>
            <w:shd w:val="clear" w:color="auto" w:fill="EDF0F5"/>
          </w:tcPr>
          <w:p w14:paraId="4E849ED1"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0CD89E6" w14:textId="77777777" w:rsidR="000D3CD5" w:rsidRPr="00106719" w:rsidRDefault="000D3CD5" w:rsidP="008B0F7A">
            <w:pPr>
              <w:spacing w:after="20"/>
              <w:rPr>
                <w:lang w:val="it-IT"/>
              </w:rPr>
            </w:pPr>
            <w:r w:rsidRPr="00106719">
              <w:rPr>
                <w:sz w:val="17"/>
                <w:lang w:val="it-IT"/>
              </w:rPr>
              <w:t>Simulazioni; project work; preparazione mirata alle certificazioni; collegamento con le attività di formazione scuola-lavoro.</w:t>
            </w:r>
          </w:p>
        </w:tc>
      </w:tr>
      <w:tr w:rsidR="000D3CD5" w:rsidRPr="00106719" w14:paraId="1055D5F9" w14:textId="77777777" w:rsidTr="008B0F7A">
        <w:trPr>
          <w:cantSplit/>
        </w:trPr>
        <w:tc>
          <w:tcPr>
            <w:tcW w:w="2211" w:type="dxa"/>
            <w:shd w:val="clear" w:color="auto" w:fill="EDF0F5"/>
          </w:tcPr>
          <w:p w14:paraId="6634453E"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7E514F22" w14:textId="77777777" w:rsidR="000D3CD5" w:rsidRPr="00106719" w:rsidRDefault="000D3CD5" w:rsidP="008B0F7A">
            <w:pPr>
              <w:spacing w:after="20"/>
              <w:rPr>
                <w:lang w:val="it-IT"/>
              </w:rPr>
            </w:pPr>
            <w:r w:rsidRPr="00106719">
              <w:rPr>
                <w:sz w:val="17"/>
                <w:lang w:val="it-IT"/>
              </w:rPr>
              <w:t>Portfolio linguistico con almeno un testo funzionale e una presentazione registrata, candidabile all'E-Portfolio.</w:t>
            </w:r>
          </w:p>
        </w:tc>
      </w:tr>
      <w:tr w:rsidR="000D3CD5" w:rsidRPr="00106719" w14:paraId="43E78557" w14:textId="77777777" w:rsidTr="008B0F7A">
        <w:trPr>
          <w:cantSplit/>
        </w:trPr>
        <w:tc>
          <w:tcPr>
            <w:tcW w:w="2211" w:type="dxa"/>
            <w:shd w:val="clear" w:color="auto" w:fill="EDF0F5"/>
          </w:tcPr>
          <w:p w14:paraId="47FE666E"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05AC73EA" w14:textId="77777777" w:rsidR="000D3CD5" w:rsidRPr="00106719" w:rsidRDefault="000D3CD5" w:rsidP="008B0F7A">
            <w:pPr>
              <w:spacing w:after="20"/>
              <w:rPr>
                <w:lang w:val="it-IT"/>
              </w:rPr>
            </w:pPr>
            <w:r w:rsidRPr="00106719">
              <w:rPr>
                <w:sz w:val="17"/>
                <w:lang w:val="it-IT"/>
              </w:rPr>
              <w:t>Valutazione del portfolio su rubrica di competenza; prova finale di livello.</w:t>
            </w:r>
          </w:p>
        </w:tc>
      </w:tr>
      <w:tr w:rsidR="000D3CD5" w:rsidRPr="00106719" w14:paraId="476E2465" w14:textId="77777777" w:rsidTr="008B0F7A">
        <w:trPr>
          <w:cantSplit/>
        </w:trPr>
        <w:tc>
          <w:tcPr>
            <w:tcW w:w="2211" w:type="dxa"/>
            <w:shd w:val="clear" w:color="auto" w:fill="EDF0F5"/>
          </w:tcPr>
          <w:p w14:paraId="23F33053"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4391B233" w14:textId="77777777" w:rsidR="000D3CD5" w:rsidRPr="00106719" w:rsidRDefault="000D3CD5" w:rsidP="008B0F7A">
            <w:pPr>
              <w:spacing w:after="20"/>
              <w:rPr>
                <w:lang w:val="it-IT"/>
              </w:rPr>
            </w:pPr>
            <w:r w:rsidRPr="00106719">
              <w:rPr>
                <w:sz w:val="17"/>
                <w:lang w:val="it-IT"/>
              </w:rPr>
              <w:t>Cittadinanza digitale · 2 ore: reputazione digitale e comunicazione professionale in lingua straniera.</w:t>
            </w:r>
          </w:p>
        </w:tc>
      </w:tr>
      <w:tr w:rsidR="000D3CD5" w:rsidRPr="00106719" w14:paraId="498ADAB0" w14:textId="77777777" w:rsidTr="008B0F7A">
        <w:trPr>
          <w:cantSplit/>
        </w:trPr>
        <w:tc>
          <w:tcPr>
            <w:tcW w:w="2211" w:type="dxa"/>
            <w:shd w:val="clear" w:color="auto" w:fill="EDF0F5"/>
          </w:tcPr>
          <w:p w14:paraId="677716AC"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5EADB879" w14:textId="77777777" w:rsidR="000D3CD5" w:rsidRPr="00106719" w:rsidRDefault="000D3CD5" w:rsidP="008B0F7A">
            <w:pPr>
              <w:spacing w:after="20"/>
              <w:rPr>
                <w:lang w:val="it-IT"/>
              </w:rPr>
            </w:pPr>
            <w:r w:rsidRPr="00106719">
              <w:rPr>
                <w:sz w:val="17"/>
                <w:lang w:val="it-IT"/>
              </w:rPr>
              <w:t>Realizza la versione inglese della presentazione pubblica e dei materiali divulgativi.</w:t>
            </w:r>
          </w:p>
        </w:tc>
      </w:tr>
    </w:tbl>
    <w:p w14:paraId="6EF47EE1" w14:textId="77777777" w:rsidR="000D3CD5" w:rsidRPr="00106719" w:rsidRDefault="000D3CD5" w:rsidP="000D3CD5">
      <w:pPr>
        <w:spacing w:after="60"/>
        <w:rPr>
          <w:lang w:val="it-IT"/>
        </w:rPr>
      </w:pPr>
    </w:p>
    <w:p w14:paraId="34B481FD" w14:textId="77777777" w:rsidR="000D3CD5" w:rsidRPr="00106719" w:rsidRDefault="000D3CD5" w:rsidP="000D3CD5">
      <w:pPr>
        <w:rPr>
          <w:lang w:val="it-IT"/>
        </w:rPr>
      </w:pPr>
      <w:r w:rsidRPr="00106719">
        <w:rPr>
          <w:lang w:val="it-IT"/>
        </w:rPr>
        <w:br w:type="page"/>
      </w:r>
    </w:p>
    <w:p w14:paraId="0BEB9151" w14:textId="77777777" w:rsidR="000D3CD5" w:rsidRPr="00106719" w:rsidRDefault="000D3CD5" w:rsidP="000D3CD5">
      <w:pPr>
        <w:pStyle w:val="Titolo2"/>
        <w:spacing w:before="320"/>
        <w:rPr>
          <w:color w:val="auto"/>
          <w:lang w:val="it-IT"/>
        </w:rPr>
      </w:pPr>
      <w:proofErr w:type="gramStart"/>
      <w:r w:rsidRPr="00106719">
        <w:rPr>
          <w:rFonts w:ascii="Book Antiqua" w:hAnsi="Book Antiqua"/>
          <w:color w:val="auto"/>
          <w:sz w:val="23"/>
          <w:lang w:val="it-IT"/>
        </w:rPr>
        <w:lastRenderedPageBreak/>
        <w:t>C.3  STORIA</w:t>
      </w:r>
      <w:proofErr w:type="gramEnd"/>
      <w:r w:rsidRPr="00106719">
        <w:rPr>
          <w:rFonts w:ascii="Book Antiqua" w:hAnsi="Book Antiqua"/>
          <w:color w:val="auto"/>
          <w:sz w:val="23"/>
          <w:lang w:val="it-IT"/>
        </w:rPr>
        <w:t xml:space="preserve"> E GEOGRAFIA</w:t>
      </w:r>
    </w:p>
    <w:p w14:paraId="67329210" w14:textId="77777777" w:rsidR="000D3CD5" w:rsidRPr="00106719" w:rsidRDefault="000D3CD5" w:rsidP="000D3CD5">
      <w:pPr>
        <w:spacing w:after="60"/>
        <w:rPr>
          <w:lang w:val="it-IT"/>
        </w:rPr>
      </w:pPr>
      <w:r w:rsidRPr="00106719">
        <w:rPr>
          <w:i/>
          <w:sz w:val="17"/>
          <w:lang w:val="it-IT"/>
        </w:rPr>
        <w:t>Classe di concorso: A-011 / A-013 / A-012 / A-</w:t>
      </w:r>
      <w:proofErr w:type="gramStart"/>
      <w:r w:rsidRPr="00106719">
        <w:rPr>
          <w:i/>
          <w:sz w:val="17"/>
          <w:lang w:val="it-IT"/>
        </w:rPr>
        <w:t>019  ·</w:t>
      </w:r>
      <w:proofErr w:type="gramEnd"/>
      <w:r w:rsidRPr="00106719">
        <w:rPr>
          <w:i/>
          <w:sz w:val="17"/>
          <w:lang w:val="it-IT"/>
        </w:rPr>
        <w:t xml:space="preserve">  Monte ore nell'indirizzo: 3 ore settimanali nel primo biennio</w:t>
      </w:r>
    </w:p>
    <w:p w14:paraId="1A1A4E26" w14:textId="77777777" w:rsidR="000D3CD5" w:rsidRPr="00106719" w:rsidRDefault="000D3CD5" w:rsidP="000D3CD5">
      <w:pPr>
        <w:spacing w:after="60"/>
        <w:jc w:val="both"/>
        <w:rPr>
          <w:lang w:val="it-IT"/>
        </w:rPr>
      </w:pPr>
      <w:r w:rsidRPr="00106719">
        <w:rPr>
          <w:sz w:val="17"/>
          <w:lang w:val="it-IT"/>
        </w:rPr>
        <w:t xml:space="preserve">Nota generale sulla disciplina. Insegnamento del solo primo biennio, 3 ore settimanali in tutti gli indirizzi. L'unitarietà della disciplina va effettivamente praticata: ogni </w:t>
      </w:r>
      <w:proofErr w:type="spellStart"/>
      <w:r w:rsidRPr="00106719">
        <w:rPr>
          <w:sz w:val="17"/>
          <w:lang w:val="it-IT"/>
        </w:rPr>
        <w:t>U.d.A</w:t>
      </w:r>
      <w:proofErr w:type="spellEnd"/>
      <w:r w:rsidRPr="00106719">
        <w:rPr>
          <w:sz w:val="17"/>
          <w:lang w:val="it-IT"/>
        </w:rPr>
        <w:t>. tiene insieme la dimensione temporale e quella spaziale del medesimo oggetto.</w:t>
      </w:r>
    </w:p>
    <w:p w14:paraId="7E34D594" w14:textId="77777777" w:rsidR="000D3CD5" w:rsidRPr="00106719" w:rsidRDefault="000D3CD5" w:rsidP="000D3CD5">
      <w:pPr>
        <w:spacing w:after="120"/>
        <w:jc w:val="both"/>
        <w:rPr>
          <w:lang w:val="it-IT"/>
        </w:rPr>
      </w:pPr>
      <w:r w:rsidRPr="00106719">
        <w:rPr>
          <w:sz w:val="17"/>
          <w:lang w:val="it-IT"/>
        </w:rPr>
        <w:t xml:space="preserve">Declinazione per l'indirizzo. Si valorizzi l'uso di sistemi informativi geografici e di dati aperti, in raccordo con la prima </w:t>
      </w:r>
      <w:proofErr w:type="spellStart"/>
      <w:r w:rsidRPr="00106719">
        <w:rPr>
          <w:sz w:val="17"/>
          <w:lang w:val="it-IT"/>
        </w:rPr>
        <w:t>U.d.A</w:t>
      </w:r>
      <w:proofErr w:type="spellEnd"/>
      <w:r w:rsidRPr="00106719">
        <w:rPr>
          <w:sz w:val="17"/>
          <w:lang w:val="it-IT"/>
        </w:rPr>
        <w:t>. di Informatica.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30C2F01B" w14:textId="77777777" w:rsidTr="008B0F7A">
        <w:trPr>
          <w:cantSplit/>
        </w:trPr>
        <w:tc>
          <w:tcPr>
            <w:tcW w:w="9752" w:type="dxa"/>
            <w:gridSpan w:val="2"/>
            <w:shd w:val="clear" w:color="auto" w:fill="D6DFEE"/>
          </w:tcPr>
          <w:p w14:paraId="4BF27D6F"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1 — Lo spazio e il tempo: strumenti del sapere storico-geografico</w:t>
            </w:r>
          </w:p>
        </w:tc>
      </w:tr>
      <w:tr w:rsidR="000D3CD5" w:rsidRPr="00106719" w14:paraId="48284306" w14:textId="77777777" w:rsidTr="008B0F7A">
        <w:trPr>
          <w:cantSplit/>
        </w:trPr>
        <w:tc>
          <w:tcPr>
            <w:tcW w:w="2211" w:type="dxa"/>
            <w:shd w:val="clear" w:color="auto" w:fill="EDF0F5"/>
          </w:tcPr>
          <w:p w14:paraId="4181FB0C"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3288E0E3"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settembre</w:t>
            </w:r>
            <w:proofErr w:type="spellEnd"/>
            <w:r w:rsidRPr="00106719">
              <w:rPr>
                <w:i/>
                <w:sz w:val="17"/>
              </w:rPr>
              <w:t xml:space="preserve"> – </w:t>
            </w:r>
            <w:proofErr w:type="spellStart"/>
            <w:r w:rsidRPr="00106719">
              <w:rPr>
                <w:i/>
                <w:sz w:val="17"/>
              </w:rPr>
              <w:t>inizio</w:t>
            </w:r>
            <w:proofErr w:type="spellEnd"/>
            <w:r w:rsidRPr="00106719">
              <w:rPr>
                <w:i/>
                <w:sz w:val="17"/>
              </w:rPr>
              <w:t xml:space="preserve"> </w:t>
            </w:r>
            <w:proofErr w:type="spellStart"/>
            <w:r w:rsidRPr="00106719">
              <w:rPr>
                <w:i/>
                <w:sz w:val="17"/>
              </w:rPr>
              <w:t>novembre</w:t>
            </w:r>
            <w:proofErr w:type="spellEnd"/>
          </w:p>
        </w:tc>
      </w:tr>
      <w:tr w:rsidR="000D3CD5" w:rsidRPr="00106719" w14:paraId="01B51FE7" w14:textId="77777777" w:rsidTr="008B0F7A">
        <w:trPr>
          <w:cantSplit/>
        </w:trPr>
        <w:tc>
          <w:tcPr>
            <w:tcW w:w="2211" w:type="dxa"/>
            <w:shd w:val="clear" w:color="auto" w:fill="EDF0F5"/>
          </w:tcPr>
          <w:p w14:paraId="4BA01FDC"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58F31D3A" w14:textId="77777777" w:rsidR="000D3CD5" w:rsidRPr="00106719" w:rsidRDefault="000D3CD5" w:rsidP="008B0F7A">
            <w:pPr>
              <w:spacing w:after="20"/>
              <w:rPr>
                <w:lang w:val="it-IT"/>
              </w:rPr>
            </w:pPr>
            <w:r w:rsidRPr="00106719">
              <w:rPr>
                <w:sz w:val="17"/>
                <w:lang w:val="it-IT"/>
              </w:rPr>
              <w:t>Comprendere il cambiamento e la diversità dei tempi storici in una dimensione diacronica e sincronica · Competenza chiave: competenza in materia di cittadinanza</w:t>
            </w:r>
          </w:p>
        </w:tc>
      </w:tr>
      <w:tr w:rsidR="000D3CD5" w:rsidRPr="00106719" w14:paraId="5C3890F6" w14:textId="77777777" w:rsidTr="008B0F7A">
        <w:trPr>
          <w:cantSplit/>
        </w:trPr>
        <w:tc>
          <w:tcPr>
            <w:tcW w:w="2211" w:type="dxa"/>
            <w:shd w:val="clear" w:color="auto" w:fill="EDF0F5"/>
          </w:tcPr>
          <w:p w14:paraId="1C958EA0"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308D6253" w14:textId="77777777" w:rsidR="000D3CD5" w:rsidRPr="00106719" w:rsidRDefault="000D3CD5" w:rsidP="008B0F7A">
            <w:pPr>
              <w:spacing w:after="0"/>
              <w:rPr>
                <w:lang w:val="it-IT"/>
              </w:rPr>
            </w:pPr>
            <w:r w:rsidRPr="00106719">
              <w:rPr>
                <w:sz w:val="17"/>
                <w:lang w:val="it-IT"/>
              </w:rPr>
              <w:t>· Collocare fatti ed eventi nello spazio e nel tempo</w:t>
            </w:r>
          </w:p>
          <w:p w14:paraId="3B01DE99" w14:textId="77777777" w:rsidR="000D3CD5" w:rsidRPr="00106719" w:rsidRDefault="000D3CD5" w:rsidP="008B0F7A">
            <w:pPr>
              <w:spacing w:after="0"/>
              <w:rPr>
                <w:lang w:val="it-IT"/>
              </w:rPr>
            </w:pPr>
            <w:r w:rsidRPr="00106719">
              <w:rPr>
                <w:sz w:val="17"/>
                <w:lang w:val="it-IT"/>
              </w:rPr>
              <w:t>· Leggere e costruire carte, grafici, linee del tempo e tabelle</w:t>
            </w:r>
          </w:p>
          <w:p w14:paraId="51C56242" w14:textId="77777777" w:rsidR="000D3CD5" w:rsidRPr="00106719" w:rsidRDefault="000D3CD5" w:rsidP="008B0F7A">
            <w:pPr>
              <w:spacing w:after="0"/>
              <w:rPr>
                <w:lang w:val="it-IT"/>
              </w:rPr>
            </w:pPr>
            <w:r w:rsidRPr="00106719">
              <w:rPr>
                <w:sz w:val="17"/>
                <w:lang w:val="it-IT"/>
              </w:rPr>
              <w:t>· Distinguere fonte, documento e ricostruzione storiografica</w:t>
            </w:r>
          </w:p>
          <w:p w14:paraId="1C574D2E" w14:textId="77777777" w:rsidR="000D3CD5" w:rsidRPr="00106719" w:rsidRDefault="000D3CD5" w:rsidP="008B0F7A">
            <w:pPr>
              <w:spacing w:after="0"/>
              <w:rPr>
                <w:lang w:val="it-IT"/>
              </w:rPr>
            </w:pPr>
            <w:r w:rsidRPr="00106719">
              <w:rPr>
                <w:sz w:val="17"/>
                <w:lang w:val="it-IT"/>
              </w:rPr>
              <w:t>· Usare il lessico specifico delle due discipline</w:t>
            </w:r>
          </w:p>
        </w:tc>
      </w:tr>
      <w:tr w:rsidR="000D3CD5" w:rsidRPr="00106719" w14:paraId="3560A0EE" w14:textId="77777777" w:rsidTr="008B0F7A">
        <w:trPr>
          <w:cantSplit/>
        </w:trPr>
        <w:tc>
          <w:tcPr>
            <w:tcW w:w="2211" w:type="dxa"/>
            <w:shd w:val="clear" w:color="auto" w:fill="EDF0F5"/>
          </w:tcPr>
          <w:p w14:paraId="011E1080"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796BBDE3" w14:textId="77777777" w:rsidR="000D3CD5" w:rsidRPr="00106719" w:rsidRDefault="000D3CD5" w:rsidP="008B0F7A">
            <w:pPr>
              <w:spacing w:after="20"/>
            </w:pPr>
            <w:r w:rsidRPr="00106719">
              <w:rPr>
                <w:b/>
                <w:sz w:val="17"/>
                <w:lang w:val="it-IT"/>
              </w:rPr>
              <w:t xml:space="preserve">Primo biennio: </w:t>
            </w:r>
            <w:r w:rsidRPr="00106719">
              <w:rPr>
                <w:sz w:val="17"/>
                <w:lang w:val="it-IT"/>
              </w:rPr>
              <w:t xml:space="preserve">Le civiltà del Vicino Oriente antico e la Grecia arcaica e classica; gli strumenti della geografia: carte, scale, coordinate, indicatori statistici. </w:t>
            </w:r>
            <w:r w:rsidRPr="00106719">
              <w:rPr>
                <w:sz w:val="17"/>
              </w:rPr>
              <w:t xml:space="preserve">Il </w:t>
            </w:r>
            <w:proofErr w:type="spellStart"/>
            <w:r w:rsidRPr="00106719">
              <w:rPr>
                <w:sz w:val="17"/>
              </w:rPr>
              <w:t>rapporto</w:t>
            </w:r>
            <w:proofErr w:type="spellEnd"/>
            <w:r w:rsidRPr="00106719">
              <w:rPr>
                <w:sz w:val="17"/>
              </w:rPr>
              <w:t xml:space="preserve"> </w:t>
            </w:r>
            <w:proofErr w:type="spellStart"/>
            <w:r w:rsidRPr="00106719">
              <w:rPr>
                <w:sz w:val="17"/>
              </w:rPr>
              <w:t>fra</w:t>
            </w:r>
            <w:proofErr w:type="spellEnd"/>
            <w:r w:rsidRPr="00106719">
              <w:rPr>
                <w:sz w:val="17"/>
              </w:rPr>
              <w:t xml:space="preserve"> </w:t>
            </w:r>
            <w:proofErr w:type="spellStart"/>
            <w:r w:rsidRPr="00106719">
              <w:rPr>
                <w:sz w:val="17"/>
              </w:rPr>
              <w:t>ambiente</w:t>
            </w:r>
            <w:proofErr w:type="spellEnd"/>
            <w:r w:rsidRPr="00106719">
              <w:rPr>
                <w:sz w:val="17"/>
              </w:rPr>
              <w:t xml:space="preserve"> e </w:t>
            </w:r>
            <w:proofErr w:type="spellStart"/>
            <w:r w:rsidRPr="00106719">
              <w:rPr>
                <w:sz w:val="17"/>
              </w:rPr>
              <w:t>insediamento</w:t>
            </w:r>
            <w:proofErr w:type="spellEnd"/>
            <w:r w:rsidRPr="00106719">
              <w:rPr>
                <w:sz w:val="17"/>
              </w:rPr>
              <w:t xml:space="preserve"> </w:t>
            </w:r>
            <w:proofErr w:type="spellStart"/>
            <w:r w:rsidRPr="00106719">
              <w:rPr>
                <w:sz w:val="17"/>
              </w:rPr>
              <w:t>umano</w:t>
            </w:r>
            <w:proofErr w:type="spellEnd"/>
            <w:r w:rsidRPr="00106719">
              <w:rPr>
                <w:sz w:val="17"/>
              </w:rPr>
              <w:t>.</w:t>
            </w:r>
          </w:p>
        </w:tc>
      </w:tr>
      <w:tr w:rsidR="000D3CD5" w:rsidRPr="00106719" w14:paraId="24A41286" w14:textId="77777777" w:rsidTr="008B0F7A">
        <w:trPr>
          <w:cantSplit/>
        </w:trPr>
        <w:tc>
          <w:tcPr>
            <w:tcW w:w="2211" w:type="dxa"/>
            <w:shd w:val="clear" w:color="auto" w:fill="EDF0F5"/>
          </w:tcPr>
          <w:p w14:paraId="570AAC64"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4F8461AD" w14:textId="77777777" w:rsidR="000D3CD5" w:rsidRPr="00106719" w:rsidRDefault="000D3CD5" w:rsidP="008B0F7A">
            <w:pPr>
              <w:spacing w:after="20"/>
              <w:rPr>
                <w:lang w:val="it-IT"/>
              </w:rPr>
            </w:pPr>
            <w:r w:rsidRPr="00106719">
              <w:rPr>
                <w:sz w:val="17"/>
                <w:lang w:val="it-IT"/>
              </w:rPr>
              <w:t>Laboratorio di lettura di fonti; costruzione di carte tematiche; uso di atlanti digitali e di sistemi informativi geografici elementari.</w:t>
            </w:r>
          </w:p>
        </w:tc>
      </w:tr>
      <w:tr w:rsidR="000D3CD5" w:rsidRPr="00106719" w14:paraId="0758D630" w14:textId="77777777" w:rsidTr="008B0F7A">
        <w:trPr>
          <w:cantSplit/>
        </w:trPr>
        <w:tc>
          <w:tcPr>
            <w:tcW w:w="2211" w:type="dxa"/>
            <w:shd w:val="clear" w:color="auto" w:fill="EDF0F5"/>
          </w:tcPr>
          <w:p w14:paraId="45676F01"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2C1A486A" w14:textId="77777777" w:rsidR="000D3CD5" w:rsidRPr="00106719" w:rsidRDefault="000D3CD5" w:rsidP="008B0F7A">
            <w:pPr>
              <w:spacing w:after="20"/>
              <w:rPr>
                <w:lang w:val="it-IT"/>
              </w:rPr>
            </w:pPr>
            <w:r w:rsidRPr="00106719">
              <w:rPr>
                <w:sz w:val="17"/>
                <w:lang w:val="it-IT"/>
              </w:rPr>
              <w:t>Carta tematica commentata su un fenomeno a scelta.</w:t>
            </w:r>
          </w:p>
        </w:tc>
      </w:tr>
      <w:tr w:rsidR="000D3CD5" w:rsidRPr="00106719" w14:paraId="5F530304" w14:textId="77777777" w:rsidTr="008B0F7A">
        <w:trPr>
          <w:cantSplit/>
        </w:trPr>
        <w:tc>
          <w:tcPr>
            <w:tcW w:w="2211" w:type="dxa"/>
            <w:shd w:val="clear" w:color="auto" w:fill="EDF0F5"/>
          </w:tcPr>
          <w:p w14:paraId="761DB472"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CA05E6A" w14:textId="77777777" w:rsidR="000D3CD5" w:rsidRPr="00106719" w:rsidRDefault="000D3CD5" w:rsidP="008B0F7A">
            <w:pPr>
              <w:spacing w:after="20"/>
              <w:rPr>
                <w:lang w:val="it-IT"/>
              </w:rPr>
            </w:pPr>
            <w:r w:rsidRPr="00106719">
              <w:rPr>
                <w:sz w:val="17"/>
                <w:lang w:val="it-IT"/>
              </w:rPr>
              <w:t>Prova d'ingresso; prova strutturata sugli strumenti; verifica di comprensione di fonti.</w:t>
            </w:r>
          </w:p>
        </w:tc>
      </w:tr>
      <w:tr w:rsidR="000D3CD5" w:rsidRPr="00106719" w14:paraId="3B3B31A3" w14:textId="77777777" w:rsidTr="008B0F7A">
        <w:trPr>
          <w:cantSplit/>
        </w:trPr>
        <w:tc>
          <w:tcPr>
            <w:tcW w:w="2211" w:type="dxa"/>
            <w:shd w:val="clear" w:color="auto" w:fill="EDF0F5"/>
          </w:tcPr>
          <w:p w14:paraId="0EA789B2"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4C5A31F4" w14:textId="77777777" w:rsidR="000D3CD5" w:rsidRPr="00106719" w:rsidRDefault="000D3CD5" w:rsidP="008B0F7A">
            <w:pPr>
              <w:spacing w:after="20"/>
              <w:rPr>
                <w:lang w:val="it-IT"/>
              </w:rPr>
            </w:pPr>
            <w:r w:rsidRPr="00106719">
              <w:rPr>
                <w:sz w:val="17"/>
                <w:lang w:val="it-IT"/>
              </w:rPr>
              <w:t>Cittadinanza digitale · 2 ore: cartografia digitale, geolocalizzazione e tutela dei dati di posizione.</w:t>
            </w:r>
          </w:p>
        </w:tc>
      </w:tr>
      <w:tr w:rsidR="000D3CD5" w:rsidRPr="00106719" w14:paraId="3ECDF930" w14:textId="77777777" w:rsidTr="008B0F7A">
        <w:trPr>
          <w:cantSplit/>
        </w:trPr>
        <w:tc>
          <w:tcPr>
            <w:tcW w:w="2211" w:type="dxa"/>
            <w:shd w:val="clear" w:color="auto" w:fill="EDF0F5"/>
          </w:tcPr>
          <w:p w14:paraId="68EC0571"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4199A7FA" w14:textId="77777777" w:rsidR="000D3CD5" w:rsidRPr="00106719" w:rsidRDefault="000D3CD5" w:rsidP="008B0F7A">
            <w:pPr>
              <w:spacing w:after="20"/>
              <w:rPr>
                <w:lang w:val="it-IT"/>
              </w:rPr>
            </w:pPr>
            <w:r w:rsidRPr="00106719">
              <w:rPr>
                <w:sz w:val="17"/>
                <w:lang w:val="it-IT"/>
              </w:rPr>
              <w:t>Fornisce la georeferenziazione dei beni censiti e la cartografia di base dell'archivio.</w:t>
            </w:r>
          </w:p>
        </w:tc>
      </w:tr>
    </w:tbl>
    <w:p w14:paraId="7EDD7855"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6843D735" w14:textId="77777777" w:rsidTr="008B0F7A">
        <w:trPr>
          <w:cantSplit/>
        </w:trPr>
        <w:tc>
          <w:tcPr>
            <w:tcW w:w="9752" w:type="dxa"/>
            <w:gridSpan w:val="2"/>
            <w:shd w:val="clear" w:color="auto" w:fill="D6DFEE"/>
          </w:tcPr>
          <w:p w14:paraId="115E432D"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2 — Popoli, imperi, territori: l'antichità e il suo spazio</w:t>
            </w:r>
          </w:p>
        </w:tc>
      </w:tr>
      <w:tr w:rsidR="000D3CD5" w:rsidRPr="00106719" w14:paraId="378A26A7" w14:textId="77777777" w:rsidTr="008B0F7A">
        <w:trPr>
          <w:cantSplit/>
        </w:trPr>
        <w:tc>
          <w:tcPr>
            <w:tcW w:w="2211" w:type="dxa"/>
            <w:shd w:val="clear" w:color="auto" w:fill="EDF0F5"/>
          </w:tcPr>
          <w:p w14:paraId="0DA3FF7F"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678D6C8C"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novembre</w:t>
            </w:r>
            <w:proofErr w:type="spellEnd"/>
            <w:r w:rsidRPr="00106719">
              <w:rPr>
                <w:i/>
                <w:sz w:val="17"/>
              </w:rPr>
              <w:t xml:space="preserve"> – fine </w:t>
            </w:r>
            <w:proofErr w:type="spellStart"/>
            <w:r w:rsidRPr="00106719">
              <w:rPr>
                <w:i/>
                <w:sz w:val="17"/>
              </w:rPr>
              <w:t>gennaio</w:t>
            </w:r>
            <w:proofErr w:type="spellEnd"/>
          </w:p>
        </w:tc>
      </w:tr>
      <w:tr w:rsidR="000D3CD5" w:rsidRPr="00106719" w14:paraId="36CC3282" w14:textId="77777777" w:rsidTr="008B0F7A">
        <w:trPr>
          <w:cantSplit/>
        </w:trPr>
        <w:tc>
          <w:tcPr>
            <w:tcW w:w="2211" w:type="dxa"/>
            <w:shd w:val="clear" w:color="auto" w:fill="EDF0F5"/>
          </w:tcPr>
          <w:p w14:paraId="49F9AECE"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0AB40262" w14:textId="77777777" w:rsidR="000D3CD5" w:rsidRPr="00106719" w:rsidRDefault="000D3CD5" w:rsidP="008B0F7A">
            <w:pPr>
              <w:spacing w:after="20"/>
              <w:rPr>
                <w:lang w:val="it-IT"/>
              </w:rPr>
            </w:pPr>
            <w:r w:rsidRPr="00106719">
              <w:rPr>
                <w:sz w:val="17"/>
                <w:lang w:val="it-IT"/>
              </w:rPr>
              <w:t>Collocare l'esperienza personale in un sistema di regole fondato sul reciproco riconoscimento dei diritti · Competenza chiave: consapevolezza ed espressione culturale</w:t>
            </w:r>
          </w:p>
        </w:tc>
      </w:tr>
      <w:tr w:rsidR="000D3CD5" w:rsidRPr="00106719" w14:paraId="69F7AB51" w14:textId="77777777" w:rsidTr="008B0F7A">
        <w:trPr>
          <w:cantSplit/>
        </w:trPr>
        <w:tc>
          <w:tcPr>
            <w:tcW w:w="2211" w:type="dxa"/>
            <w:shd w:val="clear" w:color="auto" w:fill="EDF0F5"/>
          </w:tcPr>
          <w:p w14:paraId="52BA74F3"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5625724E" w14:textId="77777777" w:rsidR="000D3CD5" w:rsidRPr="00106719" w:rsidRDefault="000D3CD5" w:rsidP="008B0F7A">
            <w:pPr>
              <w:spacing w:after="0"/>
              <w:rPr>
                <w:lang w:val="it-IT"/>
              </w:rPr>
            </w:pPr>
            <w:r w:rsidRPr="00106719">
              <w:rPr>
                <w:sz w:val="17"/>
                <w:lang w:val="it-IT"/>
              </w:rPr>
              <w:t>· Ricostruire i processi di formazione degli stati antichi</w:t>
            </w:r>
          </w:p>
          <w:p w14:paraId="759F06FB" w14:textId="77777777" w:rsidR="000D3CD5" w:rsidRPr="00106719" w:rsidRDefault="000D3CD5" w:rsidP="008B0F7A">
            <w:pPr>
              <w:spacing w:after="0"/>
              <w:rPr>
                <w:lang w:val="it-IT"/>
              </w:rPr>
            </w:pPr>
            <w:r w:rsidRPr="00106719">
              <w:rPr>
                <w:sz w:val="17"/>
                <w:lang w:val="it-IT"/>
              </w:rPr>
              <w:t>· Analizzare le relazioni fra risorse, popolamento e potere</w:t>
            </w:r>
          </w:p>
          <w:p w14:paraId="70DBB38E" w14:textId="77777777" w:rsidR="000D3CD5" w:rsidRPr="00106719" w:rsidRDefault="000D3CD5" w:rsidP="008B0F7A">
            <w:pPr>
              <w:spacing w:after="0"/>
              <w:rPr>
                <w:lang w:val="it-IT"/>
              </w:rPr>
            </w:pPr>
            <w:r w:rsidRPr="00106719">
              <w:rPr>
                <w:sz w:val="17"/>
                <w:lang w:val="it-IT"/>
              </w:rPr>
              <w:t>· Confrontare modelli politici e istituzionali</w:t>
            </w:r>
          </w:p>
          <w:p w14:paraId="37844FD7" w14:textId="77777777" w:rsidR="000D3CD5" w:rsidRPr="00106719" w:rsidRDefault="000D3CD5" w:rsidP="008B0F7A">
            <w:pPr>
              <w:spacing w:after="0"/>
              <w:rPr>
                <w:lang w:val="it-IT"/>
              </w:rPr>
            </w:pPr>
            <w:r w:rsidRPr="00106719">
              <w:rPr>
                <w:sz w:val="17"/>
                <w:lang w:val="it-IT"/>
              </w:rPr>
              <w:t>· Riferire in modo organizzato su un tema studiato</w:t>
            </w:r>
          </w:p>
        </w:tc>
      </w:tr>
      <w:tr w:rsidR="000D3CD5" w:rsidRPr="00106719" w14:paraId="3D63FEFB" w14:textId="77777777" w:rsidTr="008B0F7A">
        <w:trPr>
          <w:cantSplit/>
        </w:trPr>
        <w:tc>
          <w:tcPr>
            <w:tcW w:w="2211" w:type="dxa"/>
            <w:shd w:val="clear" w:color="auto" w:fill="EDF0F5"/>
          </w:tcPr>
          <w:p w14:paraId="5D7435D0"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4E416246"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L'ellenismo; Roma dalle origini alla crisi della Repubblica; il Mediterraneo come spazio di scambio. Geografia: popolamento, urbanizzazione, flussi migratori antichi e contemporanei a confronto.</w:t>
            </w:r>
          </w:p>
        </w:tc>
      </w:tr>
      <w:tr w:rsidR="000D3CD5" w:rsidRPr="00106719" w14:paraId="110B2F0F" w14:textId="77777777" w:rsidTr="008B0F7A">
        <w:trPr>
          <w:cantSplit/>
        </w:trPr>
        <w:tc>
          <w:tcPr>
            <w:tcW w:w="2211" w:type="dxa"/>
            <w:shd w:val="clear" w:color="auto" w:fill="EDF0F5"/>
          </w:tcPr>
          <w:p w14:paraId="4039BE12"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023D9F0C" w14:textId="77777777" w:rsidR="000D3CD5" w:rsidRPr="00106719" w:rsidRDefault="000D3CD5" w:rsidP="008B0F7A">
            <w:pPr>
              <w:spacing w:after="20"/>
              <w:rPr>
                <w:lang w:val="it-IT"/>
              </w:rPr>
            </w:pPr>
            <w:r w:rsidRPr="00106719">
              <w:rPr>
                <w:sz w:val="17"/>
                <w:lang w:val="it-IT"/>
              </w:rPr>
              <w:t>Lezione dialogata con documenti; studio di caso; costruzione di mappe concettuali; collegamento con Latino e Greco.</w:t>
            </w:r>
          </w:p>
        </w:tc>
      </w:tr>
      <w:tr w:rsidR="000D3CD5" w:rsidRPr="00106719" w14:paraId="32BE7C8C" w14:textId="77777777" w:rsidTr="008B0F7A">
        <w:trPr>
          <w:cantSplit/>
        </w:trPr>
        <w:tc>
          <w:tcPr>
            <w:tcW w:w="2211" w:type="dxa"/>
            <w:shd w:val="clear" w:color="auto" w:fill="EDF0F5"/>
          </w:tcPr>
          <w:p w14:paraId="7518FF8E"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5B10E8C4" w14:textId="77777777" w:rsidR="000D3CD5" w:rsidRPr="00106719" w:rsidRDefault="000D3CD5" w:rsidP="008B0F7A">
            <w:pPr>
              <w:spacing w:after="20"/>
              <w:rPr>
                <w:lang w:val="it-IT"/>
              </w:rPr>
            </w:pPr>
            <w:r w:rsidRPr="00106719">
              <w:rPr>
                <w:sz w:val="17"/>
                <w:lang w:val="it-IT"/>
              </w:rPr>
              <w:t>Mappa concettuale di un processo storico con supporto cartografico.</w:t>
            </w:r>
          </w:p>
        </w:tc>
      </w:tr>
      <w:tr w:rsidR="000D3CD5" w:rsidRPr="00106719" w14:paraId="42E48CA6" w14:textId="77777777" w:rsidTr="008B0F7A">
        <w:trPr>
          <w:cantSplit/>
        </w:trPr>
        <w:tc>
          <w:tcPr>
            <w:tcW w:w="2211" w:type="dxa"/>
            <w:shd w:val="clear" w:color="auto" w:fill="EDF0F5"/>
          </w:tcPr>
          <w:p w14:paraId="50BCDC6D"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78612C11" w14:textId="77777777" w:rsidR="000D3CD5" w:rsidRPr="00106719" w:rsidRDefault="000D3CD5" w:rsidP="008B0F7A">
            <w:pPr>
              <w:spacing w:after="20"/>
              <w:rPr>
                <w:lang w:val="it-IT"/>
              </w:rPr>
            </w:pPr>
            <w:r w:rsidRPr="00106719">
              <w:rPr>
                <w:sz w:val="17"/>
                <w:lang w:val="it-IT"/>
              </w:rPr>
              <w:t xml:space="preserve">Verifica scritta strutturata e </w:t>
            </w:r>
            <w:proofErr w:type="spellStart"/>
            <w:r w:rsidRPr="00106719">
              <w:rPr>
                <w:sz w:val="17"/>
                <w:lang w:val="it-IT"/>
              </w:rPr>
              <w:t>semistrutturata</w:t>
            </w:r>
            <w:proofErr w:type="spellEnd"/>
            <w:r w:rsidRPr="00106719">
              <w:rPr>
                <w:sz w:val="17"/>
                <w:lang w:val="it-IT"/>
              </w:rPr>
              <w:t>; interrogazione su percorso.</w:t>
            </w:r>
          </w:p>
        </w:tc>
      </w:tr>
      <w:tr w:rsidR="000D3CD5" w:rsidRPr="00106719" w14:paraId="5F20890D" w14:textId="77777777" w:rsidTr="008B0F7A">
        <w:trPr>
          <w:cantSplit/>
        </w:trPr>
        <w:tc>
          <w:tcPr>
            <w:tcW w:w="2211" w:type="dxa"/>
            <w:shd w:val="clear" w:color="auto" w:fill="EDF0F5"/>
          </w:tcPr>
          <w:p w14:paraId="54F49B8A"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46FFD1CD" w14:textId="77777777" w:rsidR="000D3CD5" w:rsidRPr="00106719" w:rsidRDefault="000D3CD5" w:rsidP="008B0F7A">
            <w:pPr>
              <w:spacing w:after="20"/>
              <w:rPr>
                <w:lang w:val="it-IT"/>
              </w:rPr>
            </w:pPr>
            <w:r w:rsidRPr="00106719">
              <w:rPr>
                <w:sz w:val="17"/>
                <w:lang w:val="it-IT"/>
              </w:rPr>
              <w:t>Costituzione · 3 ore: forme di governo antiche e moderne; il principio di rappresentanza.</w:t>
            </w:r>
          </w:p>
        </w:tc>
      </w:tr>
      <w:tr w:rsidR="000D3CD5" w:rsidRPr="00106719" w14:paraId="70F6F298" w14:textId="77777777" w:rsidTr="008B0F7A">
        <w:trPr>
          <w:cantSplit/>
        </w:trPr>
        <w:tc>
          <w:tcPr>
            <w:tcW w:w="2211" w:type="dxa"/>
            <w:shd w:val="clear" w:color="auto" w:fill="EDF0F5"/>
          </w:tcPr>
          <w:p w14:paraId="7E36A0EB"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0C8587A" w14:textId="77777777" w:rsidR="000D3CD5" w:rsidRPr="00106719" w:rsidRDefault="000D3CD5" w:rsidP="008B0F7A">
            <w:pPr>
              <w:spacing w:after="20"/>
              <w:rPr>
                <w:lang w:val="it-IT"/>
              </w:rPr>
            </w:pPr>
            <w:r w:rsidRPr="00106719">
              <w:rPr>
                <w:sz w:val="17"/>
                <w:lang w:val="it-IT"/>
              </w:rPr>
              <w:t>Colloca i beni del territorio nella stratificazione storica di lunga durata.</w:t>
            </w:r>
          </w:p>
        </w:tc>
      </w:tr>
    </w:tbl>
    <w:p w14:paraId="4CC5ACDA"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45DC1B15" w14:textId="77777777" w:rsidTr="008B0F7A">
        <w:trPr>
          <w:cantSplit/>
        </w:trPr>
        <w:tc>
          <w:tcPr>
            <w:tcW w:w="9752" w:type="dxa"/>
            <w:gridSpan w:val="2"/>
            <w:shd w:val="clear" w:color="auto" w:fill="D6DFEE"/>
          </w:tcPr>
          <w:p w14:paraId="5684F5F2"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3 — Il mondo romano e la sua eredità territoriale</w:t>
            </w:r>
          </w:p>
        </w:tc>
      </w:tr>
      <w:tr w:rsidR="000D3CD5" w:rsidRPr="00106719" w14:paraId="6EF8436E" w14:textId="77777777" w:rsidTr="008B0F7A">
        <w:trPr>
          <w:cantSplit/>
        </w:trPr>
        <w:tc>
          <w:tcPr>
            <w:tcW w:w="2211" w:type="dxa"/>
            <w:shd w:val="clear" w:color="auto" w:fill="EDF0F5"/>
          </w:tcPr>
          <w:p w14:paraId="2807CA20"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4DE1EAC4" w14:textId="77777777" w:rsidR="000D3CD5" w:rsidRPr="00106719" w:rsidRDefault="000D3CD5" w:rsidP="008B0F7A">
            <w:pPr>
              <w:spacing w:after="20"/>
            </w:pPr>
            <w:r w:rsidRPr="00106719">
              <w:rPr>
                <w:i/>
                <w:sz w:val="17"/>
              </w:rPr>
              <w:t xml:space="preserve">2° </w:t>
            </w:r>
            <w:proofErr w:type="spellStart"/>
            <w:r w:rsidRPr="00106719">
              <w:rPr>
                <w:i/>
                <w:sz w:val="17"/>
              </w:rPr>
              <w:t>quadrimestre</w:t>
            </w:r>
            <w:proofErr w:type="spellEnd"/>
            <w:r w:rsidRPr="00106719">
              <w:rPr>
                <w:i/>
                <w:sz w:val="17"/>
              </w:rPr>
              <w:t xml:space="preserve"> · </w:t>
            </w:r>
            <w:proofErr w:type="spellStart"/>
            <w:r w:rsidRPr="00106719">
              <w:rPr>
                <w:i/>
                <w:sz w:val="17"/>
              </w:rPr>
              <w:t>febbraio</w:t>
            </w:r>
            <w:proofErr w:type="spellEnd"/>
            <w:r w:rsidRPr="00106719">
              <w:rPr>
                <w:i/>
                <w:sz w:val="17"/>
              </w:rPr>
              <w:t xml:space="preserve"> – pausa </w:t>
            </w:r>
            <w:proofErr w:type="spellStart"/>
            <w:r w:rsidRPr="00106719">
              <w:rPr>
                <w:i/>
                <w:sz w:val="17"/>
              </w:rPr>
              <w:t>pasquale</w:t>
            </w:r>
            <w:proofErr w:type="spellEnd"/>
          </w:p>
        </w:tc>
      </w:tr>
      <w:tr w:rsidR="000D3CD5" w:rsidRPr="00106719" w14:paraId="0EA0D145" w14:textId="77777777" w:rsidTr="008B0F7A">
        <w:trPr>
          <w:cantSplit/>
        </w:trPr>
        <w:tc>
          <w:tcPr>
            <w:tcW w:w="2211" w:type="dxa"/>
            <w:shd w:val="clear" w:color="auto" w:fill="EDF0F5"/>
          </w:tcPr>
          <w:p w14:paraId="453FD82F"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3D555B6A" w14:textId="77777777" w:rsidR="000D3CD5" w:rsidRPr="00106719" w:rsidRDefault="000D3CD5" w:rsidP="008B0F7A">
            <w:pPr>
              <w:spacing w:after="20"/>
              <w:rPr>
                <w:lang w:val="it-IT"/>
              </w:rPr>
            </w:pPr>
            <w:r w:rsidRPr="00106719">
              <w:rPr>
                <w:sz w:val="17"/>
                <w:lang w:val="it-IT"/>
              </w:rPr>
              <w:t>Comprendere le relazioni fra popolamento, risorse e organizzazione del territorio · Competenza chiave: competenza matematica e competenza in scienze e tecnologie</w:t>
            </w:r>
          </w:p>
        </w:tc>
      </w:tr>
      <w:tr w:rsidR="000D3CD5" w:rsidRPr="00106719" w14:paraId="4B638024" w14:textId="77777777" w:rsidTr="008B0F7A">
        <w:trPr>
          <w:cantSplit/>
        </w:trPr>
        <w:tc>
          <w:tcPr>
            <w:tcW w:w="2211" w:type="dxa"/>
            <w:shd w:val="clear" w:color="auto" w:fill="EDF0F5"/>
          </w:tcPr>
          <w:p w14:paraId="4A88FCC9"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0456981E" w14:textId="77777777" w:rsidR="000D3CD5" w:rsidRPr="00106719" w:rsidRDefault="000D3CD5" w:rsidP="008B0F7A">
            <w:pPr>
              <w:spacing w:after="0"/>
              <w:rPr>
                <w:lang w:val="it-IT"/>
              </w:rPr>
            </w:pPr>
            <w:r w:rsidRPr="00106719">
              <w:rPr>
                <w:sz w:val="17"/>
                <w:lang w:val="it-IT"/>
              </w:rPr>
              <w:t>· Leggere dati statistici e demografici e ricavarne informazioni</w:t>
            </w:r>
          </w:p>
          <w:p w14:paraId="09167C5C" w14:textId="77777777" w:rsidR="000D3CD5" w:rsidRPr="00106719" w:rsidRDefault="000D3CD5" w:rsidP="008B0F7A">
            <w:pPr>
              <w:spacing w:after="0"/>
              <w:rPr>
                <w:lang w:val="it-IT"/>
              </w:rPr>
            </w:pPr>
            <w:r w:rsidRPr="00106719">
              <w:rPr>
                <w:sz w:val="17"/>
                <w:lang w:val="it-IT"/>
              </w:rPr>
              <w:t>· Analizzare un paesaggio come stratificazione storica</w:t>
            </w:r>
          </w:p>
          <w:p w14:paraId="3EAD9782" w14:textId="77777777" w:rsidR="000D3CD5" w:rsidRPr="00106719" w:rsidRDefault="000D3CD5" w:rsidP="008B0F7A">
            <w:pPr>
              <w:spacing w:after="0"/>
              <w:rPr>
                <w:lang w:val="it-IT"/>
              </w:rPr>
            </w:pPr>
            <w:r w:rsidRPr="00106719">
              <w:rPr>
                <w:sz w:val="17"/>
                <w:lang w:val="it-IT"/>
              </w:rPr>
              <w:t>· Riconoscere le tracce dell'organizzazione antica nel territorio attuale</w:t>
            </w:r>
          </w:p>
          <w:p w14:paraId="249A3803" w14:textId="77777777" w:rsidR="000D3CD5" w:rsidRPr="00106719" w:rsidRDefault="000D3CD5" w:rsidP="008B0F7A">
            <w:pPr>
              <w:spacing w:after="0"/>
            </w:pPr>
            <w:r w:rsidRPr="00106719">
              <w:rPr>
                <w:sz w:val="17"/>
              </w:rPr>
              <w:t xml:space="preserve">· </w:t>
            </w:r>
            <w:proofErr w:type="spellStart"/>
            <w:r w:rsidRPr="00106719">
              <w:rPr>
                <w:sz w:val="17"/>
              </w:rPr>
              <w:t>Documentare</w:t>
            </w:r>
            <w:proofErr w:type="spellEnd"/>
            <w:r w:rsidRPr="00106719">
              <w:rPr>
                <w:sz w:val="17"/>
              </w:rPr>
              <w:t xml:space="preserve"> </w:t>
            </w:r>
            <w:proofErr w:type="spellStart"/>
            <w:r w:rsidRPr="00106719">
              <w:rPr>
                <w:sz w:val="17"/>
              </w:rPr>
              <w:t>un'osservazione</w:t>
            </w:r>
            <w:proofErr w:type="spellEnd"/>
            <w:r w:rsidRPr="00106719">
              <w:rPr>
                <w:sz w:val="17"/>
              </w:rPr>
              <w:t xml:space="preserve"> </w:t>
            </w:r>
            <w:proofErr w:type="spellStart"/>
            <w:r w:rsidRPr="00106719">
              <w:rPr>
                <w:sz w:val="17"/>
              </w:rPr>
              <w:t>sul</w:t>
            </w:r>
            <w:proofErr w:type="spellEnd"/>
            <w:r w:rsidRPr="00106719">
              <w:rPr>
                <w:sz w:val="17"/>
              </w:rPr>
              <w:t xml:space="preserve"> campo</w:t>
            </w:r>
          </w:p>
        </w:tc>
      </w:tr>
      <w:tr w:rsidR="000D3CD5" w:rsidRPr="00106719" w14:paraId="6CC590B0" w14:textId="77777777" w:rsidTr="008B0F7A">
        <w:trPr>
          <w:cantSplit/>
        </w:trPr>
        <w:tc>
          <w:tcPr>
            <w:tcW w:w="2211" w:type="dxa"/>
            <w:shd w:val="clear" w:color="auto" w:fill="EDF0F5"/>
          </w:tcPr>
          <w:p w14:paraId="4337AFA2" w14:textId="77777777" w:rsidR="000D3CD5" w:rsidRPr="00106719" w:rsidRDefault="000D3CD5" w:rsidP="008B0F7A">
            <w:pPr>
              <w:spacing w:after="20"/>
            </w:pPr>
            <w:r w:rsidRPr="00106719">
              <w:rPr>
                <w:b/>
                <w:sz w:val="17"/>
              </w:rPr>
              <w:lastRenderedPageBreak/>
              <w:t xml:space="preserve">Conoscenze e </w:t>
            </w:r>
            <w:proofErr w:type="spellStart"/>
            <w:r w:rsidRPr="00106719">
              <w:rPr>
                <w:b/>
                <w:sz w:val="17"/>
              </w:rPr>
              <w:t>contenuti</w:t>
            </w:r>
            <w:proofErr w:type="spellEnd"/>
          </w:p>
        </w:tc>
        <w:tc>
          <w:tcPr>
            <w:tcW w:w="7540" w:type="dxa"/>
          </w:tcPr>
          <w:p w14:paraId="4A59A96D"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L'impero romano: organizzazione, romanizzazione, crisi del III secolo. Geografia: risorse, sviluppo e disuguaglianze; indicatori demografici ed economici; la lettura del paesaggio irpino.</w:t>
            </w:r>
          </w:p>
        </w:tc>
      </w:tr>
      <w:tr w:rsidR="000D3CD5" w:rsidRPr="00106719" w14:paraId="4568F7B9" w14:textId="77777777" w:rsidTr="008B0F7A">
        <w:trPr>
          <w:cantSplit/>
        </w:trPr>
        <w:tc>
          <w:tcPr>
            <w:tcW w:w="2211" w:type="dxa"/>
            <w:shd w:val="clear" w:color="auto" w:fill="EDF0F5"/>
          </w:tcPr>
          <w:p w14:paraId="724CA4D3"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015C1A48" w14:textId="77777777" w:rsidR="000D3CD5" w:rsidRPr="00106719" w:rsidRDefault="000D3CD5" w:rsidP="008B0F7A">
            <w:pPr>
              <w:spacing w:after="20"/>
              <w:rPr>
                <w:lang w:val="it-IT"/>
              </w:rPr>
            </w:pPr>
            <w:r w:rsidRPr="00106719">
              <w:rPr>
                <w:sz w:val="17"/>
                <w:lang w:val="it-IT"/>
              </w:rPr>
              <w:t>Uscita didattica sul territorio con scheda di rilevazione; analisi di dati ISTAT; laboratorio di lettura del paesaggio.</w:t>
            </w:r>
          </w:p>
        </w:tc>
      </w:tr>
      <w:tr w:rsidR="000D3CD5" w:rsidRPr="00106719" w14:paraId="2CE01BE1" w14:textId="77777777" w:rsidTr="008B0F7A">
        <w:trPr>
          <w:cantSplit/>
        </w:trPr>
        <w:tc>
          <w:tcPr>
            <w:tcW w:w="2211" w:type="dxa"/>
            <w:shd w:val="clear" w:color="auto" w:fill="EDF0F5"/>
          </w:tcPr>
          <w:p w14:paraId="66F45D8E"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47B604BA" w14:textId="77777777" w:rsidR="000D3CD5" w:rsidRPr="00106719" w:rsidRDefault="000D3CD5" w:rsidP="008B0F7A">
            <w:pPr>
              <w:spacing w:after="20"/>
              <w:rPr>
                <w:lang w:val="it-IT"/>
              </w:rPr>
            </w:pPr>
            <w:r w:rsidRPr="00106719">
              <w:rPr>
                <w:sz w:val="17"/>
                <w:lang w:val="it-IT"/>
              </w:rPr>
              <w:t>Relazione di osservazione su un paesaggio del territorio arianese.</w:t>
            </w:r>
          </w:p>
        </w:tc>
      </w:tr>
      <w:tr w:rsidR="000D3CD5" w:rsidRPr="00106719" w14:paraId="2FD1D734" w14:textId="77777777" w:rsidTr="008B0F7A">
        <w:trPr>
          <w:cantSplit/>
        </w:trPr>
        <w:tc>
          <w:tcPr>
            <w:tcW w:w="2211" w:type="dxa"/>
            <w:shd w:val="clear" w:color="auto" w:fill="EDF0F5"/>
          </w:tcPr>
          <w:p w14:paraId="2C9A4515"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3558EEE7" w14:textId="77777777" w:rsidR="000D3CD5" w:rsidRPr="00106719" w:rsidRDefault="000D3CD5" w:rsidP="008B0F7A">
            <w:pPr>
              <w:spacing w:after="20"/>
              <w:rPr>
                <w:lang w:val="it-IT"/>
              </w:rPr>
            </w:pPr>
            <w:r w:rsidRPr="00106719">
              <w:rPr>
                <w:sz w:val="17"/>
                <w:lang w:val="it-IT"/>
              </w:rPr>
              <w:t>Valutazione della relazione su rubrica; prova strutturata; prova di lettura dati.</w:t>
            </w:r>
          </w:p>
        </w:tc>
      </w:tr>
      <w:tr w:rsidR="000D3CD5" w:rsidRPr="00106719" w14:paraId="7532235B" w14:textId="77777777" w:rsidTr="008B0F7A">
        <w:trPr>
          <w:cantSplit/>
        </w:trPr>
        <w:tc>
          <w:tcPr>
            <w:tcW w:w="2211" w:type="dxa"/>
            <w:shd w:val="clear" w:color="auto" w:fill="EDF0F5"/>
          </w:tcPr>
          <w:p w14:paraId="2039C414"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6323F31A" w14:textId="77777777" w:rsidR="000D3CD5" w:rsidRPr="00106719" w:rsidRDefault="000D3CD5" w:rsidP="008B0F7A">
            <w:pPr>
              <w:spacing w:after="20"/>
              <w:rPr>
                <w:lang w:val="it-IT"/>
              </w:rPr>
            </w:pPr>
            <w:r w:rsidRPr="00106719">
              <w:rPr>
                <w:sz w:val="17"/>
                <w:lang w:val="it-IT"/>
              </w:rPr>
              <w:t>Sviluppo sostenibile · 3 ore: consumo di suolo, dissesto idrogeologico e rischio sismico nell'area irpina.</w:t>
            </w:r>
          </w:p>
        </w:tc>
      </w:tr>
      <w:tr w:rsidR="000D3CD5" w:rsidRPr="00106719" w14:paraId="4EEAB171" w14:textId="77777777" w:rsidTr="008B0F7A">
        <w:trPr>
          <w:cantSplit/>
        </w:trPr>
        <w:tc>
          <w:tcPr>
            <w:tcW w:w="2211" w:type="dxa"/>
            <w:shd w:val="clear" w:color="auto" w:fill="EDF0F5"/>
          </w:tcPr>
          <w:p w14:paraId="1F833E04"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08EEDEEC" w14:textId="77777777" w:rsidR="000D3CD5" w:rsidRPr="00106719" w:rsidRDefault="000D3CD5" w:rsidP="008B0F7A">
            <w:pPr>
              <w:spacing w:after="20"/>
              <w:rPr>
                <w:lang w:val="it-IT"/>
              </w:rPr>
            </w:pPr>
            <w:r w:rsidRPr="00106719">
              <w:rPr>
                <w:sz w:val="17"/>
                <w:lang w:val="it-IT"/>
              </w:rPr>
              <w:t>Costituisce il principale apporto conoscitivo al compito di realtà: identifica i beni, ne ricostruisce la storia e ne documenta il contesto territoriale.</w:t>
            </w:r>
          </w:p>
        </w:tc>
      </w:tr>
    </w:tbl>
    <w:p w14:paraId="1CA60E40"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4B72E00B" w14:textId="77777777" w:rsidTr="008B0F7A">
        <w:trPr>
          <w:cantSplit/>
        </w:trPr>
        <w:tc>
          <w:tcPr>
            <w:tcW w:w="9752" w:type="dxa"/>
            <w:gridSpan w:val="2"/>
            <w:shd w:val="clear" w:color="auto" w:fill="D6DFEE"/>
          </w:tcPr>
          <w:p w14:paraId="297D6AB1"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4 — Dalla tarda antichità all'Europa dei regni: identità in trasformazione</w:t>
            </w:r>
          </w:p>
        </w:tc>
      </w:tr>
      <w:tr w:rsidR="000D3CD5" w:rsidRPr="00106719" w14:paraId="476B00A0" w14:textId="77777777" w:rsidTr="008B0F7A">
        <w:trPr>
          <w:cantSplit/>
        </w:trPr>
        <w:tc>
          <w:tcPr>
            <w:tcW w:w="2211" w:type="dxa"/>
            <w:shd w:val="clear" w:color="auto" w:fill="EDF0F5"/>
          </w:tcPr>
          <w:p w14:paraId="1109D460"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41251A33" w14:textId="77777777" w:rsidR="000D3CD5" w:rsidRPr="00106719" w:rsidRDefault="000D3CD5" w:rsidP="008B0F7A">
            <w:pPr>
              <w:spacing w:after="20"/>
              <w:rPr>
                <w:lang w:val="it-IT"/>
              </w:rPr>
            </w:pPr>
            <w:r w:rsidRPr="00106719">
              <w:rPr>
                <w:i/>
                <w:sz w:val="17"/>
                <w:lang w:val="it-IT"/>
              </w:rPr>
              <w:t>2° quadrimestre · dopo Pasqua – termine delle lezioni</w:t>
            </w:r>
          </w:p>
        </w:tc>
      </w:tr>
      <w:tr w:rsidR="000D3CD5" w:rsidRPr="00106719" w14:paraId="18375997" w14:textId="77777777" w:rsidTr="008B0F7A">
        <w:trPr>
          <w:cantSplit/>
        </w:trPr>
        <w:tc>
          <w:tcPr>
            <w:tcW w:w="2211" w:type="dxa"/>
            <w:shd w:val="clear" w:color="auto" w:fill="EDF0F5"/>
          </w:tcPr>
          <w:p w14:paraId="6F03DBC1"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02126EF5" w14:textId="77777777" w:rsidR="000D3CD5" w:rsidRPr="00106719" w:rsidRDefault="000D3CD5" w:rsidP="008B0F7A">
            <w:pPr>
              <w:spacing w:after="20"/>
              <w:rPr>
                <w:lang w:val="it-IT"/>
              </w:rPr>
            </w:pPr>
            <w:r w:rsidRPr="00106719">
              <w:rPr>
                <w:sz w:val="17"/>
                <w:lang w:val="it-IT"/>
              </w:rPr>
              <w:t>Riconoscere le radici storiche e le trasformazioni della realtà contemporanea · Competenza chiave: competenza in materia di cittadinanza</w:t>
            </w:r>
          </w:p>
        </w:tc>
      </w:tr>
      <w:tr w:rsidR="000D3CD5" w:rsidRPr="00106719" w14:paraId="513A0638" w14:textId="77777777" w:rsidTr="008B0F7A">
        <w:trPr>
          <w:cantSplit/>
        </w:trPr>
        <w:tc>
          <w:tcPr>
            <w:tcW w:w="2211" w:type="dxa"/>
            <w:shd w:val="clear" w:color="auto" w:fill="EDF0F5"/>
          </w:tcPr>
          <w:p w14:paraId="1E74AC42"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7D012582" w14:textId="77777777" w:rsidR="000D3CD5" w:rsidRPr="00106719" w:rsidRDefault="000D3CD5" w:rsidP="008B0F7A">
            <w:pPr>
              <w:spacing w:after="0"/>
              <w:rPr>
                <w:lang w:val="it-IT"/>
              </w:rPr>
            </w:pPr>
            <w:r w:rsidRPr="00106719">
              <w:rPr>
                <w:sz w:val="17"/>
                <w:lang w:val="it-IT"/>
              </w:rPr>
              <w:t>· Individuare continuità e fratture fra età antica e altomedievale</w:t>
            </w:r>
          </w:p>
          <w:p w14:paraId="3008DBA5" w14:textId="77777777" w:rsidR="000D3CD5" w:rsidRPr="00106719" w:rsidRDefault="000D3CD5" w:rsidP="008B0F7A">
            <w:pPr>
              <w:spacing w:after="0"/>
              <w:rPr>
                <w:lang w:val="it-IT"/>
              </w:rPr>
            </w:pPr>
            <w:r w:rsidRPr="00106719">
              <w:rPr>
                <w:sz w:val="17"/>
                <w:lang w:val="it-IT"/>
              </w:rPr>
              <w:t>· Analizzare un fenomeno di lunga durata</w:t>
            </w:r>
          </w:p>
          <w:p w14:paraId="5EDF26AD" w14:textId="77777777" w:rsidR="000D3CD5" w:rsidRPr="00106719" w:rsidRDefault="000D3CD5" w:rsidP="008B0F7A">
            <w:pPr>
              <w:spacing w:after="0"/>
              <w:rPr>
                <w:lang w:val="it-IT"/>
              </w:rPr>
            </w:pPr>
            <w:r w:rsidRPr="00106719">
              <w:rPr>
                <w:sz w:val="17"/>
                <w:lang w:val="it-IT"/>
              </w:rPr>
              <w:t>· Argomentare una tesi storica con documenti</w:t>
            </w:r>
          </w:p>
          <w:p w14:paraId="31DB9D9B" w14:textId="77777777" w:rsidR="000D3CD5" w:rsidRPr="00106719" w:rsidRDefault="000D3CD5" w:rsidP="008B0F7A">
            <w:pPr>
              <w:spacing w:after="0"/>
              <w:rPr>
                <w:lang w:val="it-IT"/>
              </w:rPr>
            </w:pPr>
            <w:r w:rsidRPr="00106719">
              <w:rPr>
                <w:sz w:val="17"/>
                <w:lang w:val="it-IT"/>
              </w:rPr>
              <w:t>· Confrontare fenomeni migratori antichi e contemporanei</w:t>
            </w:r>
          </w:p>
        </w:tc>
      </w:tr>
      <w:tr w:rsidR="000D3CD5" w:rsidRPr="00106719" w14:paraId="302F9F4C" w14:textId="77777777" w:rsidTr="008B0F7A">
        <w:trPr>
          <w:cantSplit/>
        </w:trPr>
        <w:tc>
          <w:tcPr>
            <w:tcW w:w="2211" w:type="dxa"/>
            <w:shd w:val="clear" w:color="auto" w:fill="EDF0F5"/>
          </w:tcPr>
          <w:p w14:paraId="3A0D740D"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3129EB2B" w14:textId="77777777" w:rsidR="000D3CD5" w:rsidRPr="00106719" w:rsidRDefault="000D3CD5" w:rsidP="008B0F7A">
            <w:pPr>
              <w:spacing w:after="20"/>
            </w:pPr>
            <w:r w:rsidRPr="00106719">
              <w:rPr>
                <w:b/>
                <w:sz w:val="17"/>
                <w:lang w:val="it-IT"/>
              </w:rPr>
              <w:t xml:space="preserve">Primo biennio: </w:t>
            </w:r>
            <w:r w:rsidRPr="00106719">
              <w:rPr>
                <w:sz w:val="17"/>
                <w:lang w:val="it-IT"/>
              </w:rPr>
              <w:t xml:space="preserve">Cristianesimo e trasformazione dell'impero; i regni romano-barbarici; Bisanzio e l'Islam; l'età carolingia. </w:t>
            </w:r>
            <w:r w:rsidRPr="00106719">
              <w:rPr>
                <w:sz w:val="17"/>
              </w:rPr>
              <w:t xml:space="preserve">Geografia: </w:t>
            </w:r>
            <w:proofErr w:type="spellStart"/>
            <w:r w:rsidRPr="00106719">
              <w:rPr>
                <w:sz w:val="17"/>
              </w:rPr>
              <w:t>migrazioni</w:t>
            </w:r>
            <w:proofErr w:type="spellEnd"/>
            <w:r w:rsidRPr="00106719">
              <w:rPr>
                <w:sz w:val="17"/>
              </w:rPr>
              <w:t xml:space="preserve">, </w:t>
            </w:r>
            <w:proofErr w:type="spellStart"/>
            <w:r w:rsidRPr="00106719">
              <w:rPr>
                <w:sz w:val="17"/>
              </w:rPr>
              <w:t>cittadinanza</w:t>
            </w:r>
            <w:proofErr w:type="spellEnd"/>
            <w:r w:rsidRPr="00106719">
              <w:rPr>
                <w:sz w:val="17"/>
              </w:rPr>
              <w:t xml:space="preserve">, </w:t>
            </w:r>
            <w:proofErr w:type="spellStart"/>
            <w:r w:rsidRPr="00106719">
              <w:rPr>
                <w:sz w:val="17"/>
              </w:rPr>
              <w:t>diritti</w:t>
            </w:r>
            <w:proofErr w:type="spellEnd"/>
            <w:r w:rsidRPr="00106719">
              <w:rPr>
                <w:sz w:val="17"/>
              </w:rPr>
              <w:t xml:space="preserve"> e </w:t>
            </w:r>
            <w:proofErr w:type="spellStart"/>
            <w:r w:rsidRPr="00106719">
              <w:rPr>
                <w:sz w:val="17"/>
              </w:rPr>
              <w:t>organizzazioni</w:t>
            </w:r>
            <w:proofErr w:type="spellEnd"/>
            <w:r w:rsidRPr="00106719">
              <w:rPr>
                <w:sz w:val="17"/>
              </w:rPr>
              <w:t xml:space="preserve"> </w:t>
            </w:r>
            <w:proofErr w:type="spellStart"/>
            <w:r w:rsidRPr="00106719">
              <w:rPr>
                <w:sz w:val="17"/>
              </w:rPr>
              <w:t>internazionali</w:t>
            </w:r>
            <w:proofErr w:type="spellEnd"/>
            <w:r w:rsidRPr="00106719">
              <w:rPr>
                <w:sz w:val="17"/>
              </w:rPr>
              <w:t>.</w:t>
            </w:r>
          </w:p>
        </w:tc>
      </w:tr>
      <w:tr w:rsidR="000D3CD5" w:rsidRPr="00106719" w14:paraId="201F11B2" w14:textId="77777777" w:rsidTr="008B0F7A">
        <w:trPr>
          <w:cantSplit/>
        </w:trPr>
        <w:tc>
          <w:tcPr>
            <w:tcW w:w="2211" w:type="dxa"/>
            <w:shd w:val="clear" w:color="auto" w:fill="EDF0F5"/>
          </w:tcPr>
          <w:p w14:paraId="2DFEF5CF"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2928DFD1" w14:textId="77777777" w:rsidR="000D3CD5" w:rsidRPr="00106719" w:rsidRDefault="000D3CD5" w:rsidP="008B0F7A">
            <w:pPr>
              <w:spacing w:after="20"/>
              <w:rPr>
                <w:lang w:val="it-IT"/>
              </w:rPr>
            </w:pPr>
            <w:r w:rsidRPr="00106719">
              <w:rPr>
                <w:sz w:val="17"/>
                <w:lang w:val="it-IT"/>
              </w:rPr>
              <w:t>Studio di caso comparato; dibattito documentato; costruzione di un dossier; raccordo con l'educazione civica.</w:t>
            </w:r>
          </w:p>
        </w:tc>
      </w:tr>
      <w:tr w:rsidR="000D3CD5" w:rsidRPr="00106719" w14:paraId="0F34B6C2" w14:textId="77777777" w:rsidTr="008B0F7A">
        <w:trPr>
          <w:cantSplit/>
        </w:trPr>
        <w:tc>
          <w:tcPr>
            <w:tcW w:w="2211" w:type="dxa"/>
            <w:shd w:val="clear" w:color="auto" w:fill="EDF0F5"/>
          </w:tcPr>
          <w:p w14:paraId="62F6990D"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295A7B30" w14:textId="77777777" w:rsidR="000D3CD5" w:rsidRPr="00106719" w:rsidRDefault="000D3CD5" w:rsidP="008B0F7A">
            <w:pPr>
              <w:spacing w:after="20"/>
              <w:rPr>
                <w:lang w:val="it-IT"/>
              </w:rPr>
            </w:pPr>
            <w:r w:rsidRPr="00106719">
              <w:rPr>
                <w:sz w:val="17"/>
                <w:lang w:val="it-IT"/>
              </w:rPr>
              <w:t>Dossier documentato su un tema di lunga durata, candidabile all'E-Portfolio.</w:t>
            </w:r>
          </w:p>
        </w:tc>
      </w:tr>
      <w:tr w:rsidR="000D3CD5" w:rsidRPr="00106719" w14:paraId="153E9D9C" w14:textId="77777777" w:rsidTr="008B0F7A">
        <w:trPr>
          <w:cantSplit/>
        </w:trPr>
        <w:tc>
          <w:tcPr>
            <w:tcW w:w="2211" w:type="dxa"/>
            <w:shd w:val="clear" w:color="auto" w:fill="EDF0F5"/>
          </w:tcPr>
          <w:p w14:paraId="7453ED8A"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52CCC8C2" w14:textId="77777777" w:rsidR="000D3CD5" w:rsidRPr="00106719" w:rsidRDefault="000D3CD5" w:rsidP="008B0F7A">
            <w:pPr>
              <w:spacing w:after="20"/>
              <w:rPr>
                <w:lang w:val="it-IT"/>
              </w:rPr>
            </w:pPr>
            <w:r w:rsidRPr="00106719">
              <w:rPr>
                <w:sz w:val="17"/>
                <w:lang w:val="it-IT"/>
              </w:rPr>
              <w:t>Valutazione del dossier; verifica finale strutturata; bilancio delle competenze del biennio.</w:t>
            </w:r>
          </w:p>
        </w:tc>
      </w:tr>
      <w:tr w:rsidR="000D3CD5" w:rsidRPr="00106719" w14:paraId="47FF4253" w14:textId="77777777" w:rsidTr="008B0F7A">
        <w:trPr>
          <w:cantSplit/>
        </w:trPr>
        <w:tc>
          <w:tcPr>
            <w:tcW w:w="2211" w:type="dxa"/>
            <w:shd w:val="clear" w:color="auto" w:fill="EDF0F5"/>
          </w:tcPr>
          <w:p w14:paraId="1E312910"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5F0117EA" w14:textId="77777777" w:rsidR="000D3CD5" w:rsidRPr="00106719" w:rsidRDefault="000D3CD5" w:rsidP="008B0F7A">
            <w:pPr>
              <w:spacing w:after="20"/>
              <w:rPr>
                <w:lang w:val="it-IT"/>
              </w:rPr>
            </w:pPr>
            <w:r w:rsidRPr="00106719">
              <w:rPr>
                <w:sz w:val="17"/>
                <w:lang w:val="it-IT"/>
              </w:rPr>
              <w:t>Costituzione · 3 ore: principi fondamentali della Costituzione; art. 3 e principio di uguaglianza sostanziale.</w:t>
            </w:r>
          </w:p>
        </w:tc>
      </w:tr>
      <w:tr w:rsidR="000D3CD5" w:rsidRPr="00106719" w14:paraId="4F93674F" w14:textId="77777777" w:rsidTr="008B0F7A">
        <w:trPr>
          <w:cantSplit/>
        </w:trPr>
        <w:tc>
          <w:tcPr>
            <w:tcW w:w="2211" w:type="dxa"/>
            <w:shd w:val="clear" w:color="auto" w:fill="EDF0F5"/>
          </w:tcPr>
          <w:p w14:paraId="26A04D96"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6ECD2864" w14:textId="77777777" w:rsidR="000D3CD5" w:rsidRPr="00106719" w:rsidRDefault="000D3CD5" w:rsidP="008B0F7A">
            <w:pPr>
              <w:spacing w:after="20"/>
              <w:rPr>
                <w:lang w:val="it-IT"/>
              </w:rPr>
            </w:pPr>
            <w:r w:rsidRPr="00106719">
              <w:rPr>
                <w:sz w:val="17"/>
                <w:lang w:val="it-IT"/>
              </w:rPr>
              <w:t>Fornisce al compito di realtà la cornice interpretativa di lungo periodo e il raccordo con l'educazione civica.</w:t>
            </w:r>
          </w:p>
        </w:tc>
      </w:tr>
    </w:tbl>
    <w:p w14:paraId="64EF1997" w14:textId="77777777" w:rsidR="000D3CD5" w:rsidRPr="00106719" w:rsidRDefault="000D3CD5" w:rsidP="000D3CD5">
      <w:pPr>
        <w:spacing w:after="60"/>
        <w:rPr>
          <w:lang w:val="it-IT"/>
        </w:rPr>
      </w:pPr>
    </w:p>
    <w:p w14:paraId="43B5922B" w14:textId="77777777" w:rsidR="000D3CD5" w:rsidRPr="00106719" w:rsidRDefault="000D3CD5" w:rsidP="000D3CD5">
      <w:pPr>
        <w:rPr>
          <w:lang w:val="it-IT"/>
        </w:rPr>
      </w:pPr>
      <w:r w:rsidRPr="00106719">
        <w:rPr>
          <w:lang w:val="it-IT"/>
        </w:rPr>
        <w:br w:type="page"/>
      </w:r>
    </w:p>
    <w:p w14:paraId="27B54D12" w14:textId="77777777" w:rsidR="000D3CD5" w:rsidRPr="00106719" w:rsidRDefault="000D3CD5" w:rsidP="000D3CD5">
      <w:pPr>
        <w:pStyle w:val="Titolo2"/>
        <w:spacing w:before="320"/>
        <w:rPr>
          <w:color w:val="auto"/>
          <w:lang w:val="it-IT"/>
        </w:rPr>
      </w:pPr>
      <w:proofErr w:type="gramStart"/>
      <w:r w:rsidRPr="00106719">
        <w:rPr>
          <w:rFonts w:ascii="Book Antiqua" w:hAnsi="Book Antiqua"/>
          <w:color w:val="auto"/>
          <w:sz w:val="23"/>
          <w:lang w:val="it-IT"/>
        </w:rPr>
        <w:lastRenderedPageBreak/>
        <w:t>C.4  STORIA</w:t>
      </w:r>
      <w:proofErr w:type="gramEnd"/>
    </w:p>
    <w:p w14:paraId="715A7005" w14:textId="77777777" w:rsidR="000D3CD5" w:rsidRPr="00106719" w:rsidRDefault="000D3CD5" w:rsidP="000D3CD5">
      <w:pPr>
        <w:spacing w:after="60"/>
        <w:rPr>
          <w:lang w:val="it-IT"/>
        </w:rPr>
      </w:pPr>
      <w:r w:rsidRPr="00106719">
        <w:rPr>
          <w:i/>
          <w:sz w:val="17"/>
          <w:lang w:val="it-IT"/>
        </w:rPr>
        <w:t xml:space="preserve">Classe di concorso: A-019 (A-011/A-013 nei licei in cui l'insegnamento è </w:t>
      </w:r>
      <w:proofErr w:type="gramStart"/>
      <w:r w:rsidRPr="00106719">
        <w:rPr>
          <w:i/>
          <w:sz w:val="17"/>
          <w:lang w:val="it-IT"/>
        </w:rPr>
        <w:t>abbinato)  ·</w:t>
      </w:r>
      <w:proofErr w:type="gramEnd"/>
      <w:r w:rsidRPr="00106719">
        <w:rPr>
          <w:i/>
          <w:sz w:val="17"/>
          <w:lang w:val="it-IT"/>
        </w:rPr>
        <w:t xml:space="preserve">  Monte ore nell'indirizzo: 2 ore settimanali nel secondo biennio e nel quinto anno</w:t>
      </w:r>
    </w:p>
    <w:p w14:paraId="358870C5" w14:textId="77777777" w:rsidR="000D3CD5" w:rsidRPr="00106719" w:rsidRDefault="000D3CD5" w:rsidP="000D3CD5">
      <w:pPr>
        <w:spacing w:after="60"/>
        <w:jc w:val="both"/>
        <w:rPr>
          <w:lang w:val="it-IT"/>
        </w:rPr>
      </w:pPr>
      <w:r w:rsidRPr="00106719">
        <w:rPr>
          <w:sz w:val="17"/>
          <w:lang w:val="it-IT"/>
        </w:rPr>
        <w:t xml:space="preserve">Nota generale sulla disciplina. Insegnamento del secondo biennio e del quinto anno: 3 ore settimanali nel Liceo Classico, 2 ore negli altri indirizzi. La riforma del colloquio d'esame colloca la Storia fra le discipline potenzialmente oggetto di individuazione annuale: le </w:t>
      </w:r>
      <w:proofErr w:type="spellStart"/>
      <w:r w:rsidRPr="00106719">
        <w:rPr>
          <w:sz w:val="17"/>
          <w:lang w:val="it-IT"/>
        </w:rPr>
        <w:t>U.d.A</w:t>
      </w:r>
      <w:proofErr w:type="spellEnd"/>
      <w:r w:rsidRPr="00106719">
        <w:rPr>
          <w:sz w:val="17"/>
          <w:lang w:val="it-IT"/>
        </w:rPr>
        <w:t>. del quinto anno devono esplicitare i nodi concettuali.</w:t>
      </w:r>
    </w:p>
    <w:p w14:paraId="4E5B0045" w14:textId="77777777" w:rsidR="000D3CD5" w:rsidRPr="00106719" w:rsidRDefault="000D3CD5" w:rsidP="000D3CD5">
      <w:pPr>
        <w:spacing w:after="120"/>
        <w:jc w:val="both"/>
        <w:rPr>
          <w:lang w:val="it-IT"/>
        </w:rPr>
      </w:pPr>
      <w:r w:rsidRPr="00106719">
        <w:rPr>
          <w:sz w:val="17"/>
          <w:lang w:val="it-IT"/>
        </w:rPr>
        <w:t>Declinazione per l'indirizzo. Si privilegi la storia della scienza, della tecnica e dell'industria, con attenzione alle trasformazioni del lavoro indotte dall'automazione.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18BBDF9E" w14:textId="77777777" w:rsidTr="008B0F7A">
        <w:trPr>
          <w:cantSplit/>
        </w:trPr>
        <w:tc>
          <w:tcPr>
            <w:tcW w:w="9752" w:type="dxa"/>
            <w:gridSpan w:val="2"/>
            <w:shd w:val="clear" w:color="auto" w:fill="D6DFEE"/>
          </w:tcPr>
          <w:p w14:paraId="14263494"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1 — Poteri e territori nell'Europa medievale e moderna</w:t>
            </w:r>
          </w:p>
        </w:tc>
      </w:tr>
      <w:tr w:rsidR="000D3CD5" w:rsidRPr="00106719" w14:paraId="06F8CD43" w14:textId="77777777" w:rsidTr="008B0F7A">
        <w:trPr>
          <w:cantSplit/>
        </w:trPr>
        <w:tc>
          <w:tcPr>
            <w:tcW w:w="2211" w:type="dxa"/>
            <w:shd w:val="clear" w:color="auto" w:fill="EDF0F5"/>
          </w:tcPr>
          <w:p w14:paraId="7A7E7FAB"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61F4CA11"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settembre</w:t>
            </w:r>
            <w:proofErr w:type="spellEnd"/>
            <w:r w:rsidRPr="00106719">
              <w:rPr>
                <w:i/>
                <w:sz w:val="17"/>
              </w:rPr>
              <w:t xml:space="preserve"> – </w:t>
            </w:r>
            <w:proofErr w:type="spellStart"/>
            <w:r w:rsidRPr="00106719">
              <w:rPr>
                <w:i/>
                <w:sz w:val="17"/>
              </w:rPr>
              <w:t>inizio</w:t>
            </w:r>
            <w:proofErr w:type="spellEnd"/>
            <w:r w:rsidRPr="00106719">
              <w:rPr>
                <w:i/>
                <w:sz w:val="17"/>
              </w:rPr>
              <w:t xml:space="preserve"> </w:t>
            </w:r>
            <w:proofErr w:type="spellStart"/>
            <w:r w:rsidRPr="00106719">
              <w:rPr>
                <w:i/>
                <w:sz w:val="17"/>
              </w:rPr>
              <w:t>novembre</w:t>
            </w:r>
            <w:proofErr w:type="spellEnd"/>
          </w:p>
        </w:tc>
      </w:tr>
      <w:tr w:rsidR="000D3CD5" w:rsidRPr="00106719" w14:paraId="477631DF" w14:textId="77777777" w:rsidTr="008B0F7A">
        <w:trPr>
          <w:cantSplit/>
        </w:trPr>
        <w:tc>
          <w:tcPr>
            <w:tcW w:w="2211" w:type="dxa"/>
            <w:shd w:val="clear" w:color="auto" w:fill="EDF0F5"/>
          </w:tcPr>
          <w:p w14:paraId="11E74A13"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7111805C" w14:textId="77777777" w:rsidR="000D3CD5" w:rsidRPr="00106719" w:rsidRDefault="000D3CD5" w:rsidP="008B0F7A">
            <w:pPr>
              <w:spacing w:after="20"/>
              <w:rPr>
                <w:lang w:val="it-IT"/>
              </w:rPr>
            </w:pPr>
            <w:r w:rsidRPr="00106719">
              <w:rPr>
                <w:sz w:val="17"/>
                <w:lang w:val="it-IT"/>
              </w:rPr>
              <w:t>Ricostruire la complessità del fatto storico attraverso l'individuazione di interconnessioni · Competenza chiave: competenza in materia di cittadinanza</w:t>
            </w:r>
          </w:p>
        </w:tc>
      </w:tr>
      <w:tr w:rsidR="000D3CD5" w:rsidRPr="00106719" w14:paraId="2A6CCDB9" w14:textId="77777777" w:rsidTr="008B0F7A">
        <w:trPr>
          <w:cantSplit/>
        </w:trPr>
        <w:tc>
          <w:tcPr>
            <w:tcW w:w="2211" w:type="dxa"/>
            <w:shd w:val="clear" w:color="auto" w:fill="EDF0F5"/>
          </w:tcPr>
          <w:p w14:paraId="1C6419F2"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47441BE6" w14:textId="77777777" w:rsidR="000D3CD5" w:rsidRPr="00106719" w:rsidRDefault="000D3CD5" w:rsidP="008B0F7A">
            <w:pPr>
              <w:spacing w:after="0"/>
              <w:rPr>
                <w:lang w:val="it-IT"/>
              </w:rPr>
            </w:pPr>
            <w:r w:rsidRPr="00106719">
              <w:rPr>
                <w:sz w:val="17"/>
                <w:lang w:val="it-IT"/>
              </w:rPr>
              <w:t>· Analizzare le strutture del potere in epoche diverse</w:t>
            </w:r>
          </w:p>
          <w:p w14:paraId="1AEF2F3B" w14:textId="77777777" w:rsidR="000D3CD5" w:rsidRPr="00106719" w:rsidRDefault="000D3CD5" w:rsidP="008B0F7A">
            <w:pPr>
              <w:spacing w:after="0"/>
              <w:rPr>
                <w:lang w:val="it-IT"/>
              </w:rPr>
            </w:pPr>
            <w:r w:rsidRPr="00106719">
              <w:rPr>
                <w:sz w:val="17"/>
                <w:lang w:val="it-IT"/>
              </w:rPr>
              <w:t>· Individuare rapporti di causa, condizione e conseguenza</w:t>
            </w:r>
          </w:p>
          <w:p w14:paraId="64F3BAC1" w14:textId="77777777" w:rsidR="000D3CD5" w:rsidRPr="00106719" w:rsidRDefault="000D3CD5" w:rsidP="008B0F7A">
            <w:pPr>
              <w:spacing w:after="0"/>
              <w:rPr>
                <w:lang w:val="it-IT"/>
              </w:rPr>
            </w:pPr>
            <w:r w:rsidRPr="00106719">
              <w:rPr>
                <w:sz w:val="17"/>
                <w:lang w:val="it-IT"/>
              </w:rPr>
              <w:t>· Leggere una fonte primaria contestualizzandola</w:t>
            </w:r>
          </w:p>
          <w:p w14:paraId="75507386" w14:textId="77777777" w:rsidR="000D3CD5" w:rsidRPr="00106719" w:rsidRDefault="000D3CD5" w:rsidP="008B0F7A">
            <w:pPr>
              <w:spacing w:after="0"/>
              <w:rPr>
                <w:lang w:val="it-IT"/>
              </w:rPr>
            </w:pPr>
            <w:r w:rsidRPr="00106719">
              <w:rPr>
                <w:sz w:val="17"/>
                <w:lang w:val="it-IT"/>
              </w:rPr>
              <w:t>· Usare con precisione il lessico storiografico</w:t>
            </w:r>
          </w:p>
        </w:tc>
      </w:tr>
      <w:tr w:rsidR="000D3CD5" w:rsidRPr="00106719" w14:paraId="4EC55FDF" w14:textId="77777777" w:rsidTr="008B0F7A">
        <w:trPr>
          <w:cantSplit/>
        </w:trPr>
        <w:tc>
          <w:tcPr>
            <w:tcW w:w="2211" w:type="dxa"/>
            <w:shd w:val="clear" w:color="auto" w:fill="EDF0F5"/>
          </w:tcPr>
          <w:p w14:paraId="2B1CF75E"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114A9DBA"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L'Europa feudale; Comuni e Signorie; la crisi del Trecento; monarchie nazionali e Stato moderno; le scoperte geografiche e la prima globalizzazione.</w:t>
            </w:r>
          </w:p>
          <w:p w14:paraId="7691B478"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L'età dell'imperialismo; la società di massa; l'Italia giolittiana; le premesse della Grande Guerra.</w:t>
            </w:r>
          </w:p>
        </w:tc>
      </w:tr>
      <w:tr w:rsidR="000D3CD5" w:rsidRPr="00106719" w14:paraId="1B4FCACA" w14:textId="77777777" w:rsidTr="008B0F7A">
        <w:trPr>
          <w:cantSplit/>
        </w:trPr>
        <w:tc>
          <w:tcPr>
            <w:tcW w:w="2211" w:type="dxa"/>
            <w:shd w:val="clear" w:color="auto" w:fill="EDF0F5"/>
          </w:tcPr>
          <w:p w14:paraId="04FBC6A8"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4A00C9F0" w14:textId="77777777" w:rsidR="000D3CD5" w:rsidRPr="00106719" w:rsidRDefault="000D3CD5" w:rsidP="008B0F7A">
            <w:pPr>
              <w:spacing w:after="20"/>
              <w:rPr>
                <w:lang w:val="it-IT"/>
              </w:rPr>
            </w:pPr>
            <w:r w:rsidRPr="00106719">
              <w:rPr>
                <w:sz w:val="17"/>
                <w:lang w:val="it-IT"/>
              </w:rPr>
              <w:t>Lezione dialogata su documenti; analisi di fonti; costruzione di quadri sinottici; collegamento con Filosofia, Letteratura e Storia dell'arte.</w:t>
            </w:r>
          </w:p>
        </w:tc>
      </w:tr>
      <w:tr w:rsidR="000D3CD5" w:rsidRPr="00106719" w14:paraId="0AFFE353" w14:textId="77777777" w:rsidTr="008B0F7A">
        <w:trPr>
          <w:cantSplit/>
        </w:trPr>
        <w:tc>
          <w:tcPr>
            <w:tcW w:w="2211" w:type="dxa"/>
            <w:shd w:val="clear" w:color="auto" w:fill="EDF0F5"/>
          </w:tcPr>
          <w:p w14:paraId="5F236F9D"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6D7DB7C5" w14:textId="77777777" w:rsidR="000D3CD5" w:rsidRPr="00106719" w:rsidRDefault="000D3CD5" w:rsidP="008B0F7A">
            <w:pPr>
              <w:spacing w:after="20"/>
              <w:rPr>
                <w:lang w:val="it-IT"/>
              </w:rPr>
            </w:pPr>
            <w:r w:rsidRPr="00106719">
              <w:rPr>
                <w:sz w:val="17"/>
                <w:lang w:val="it-IT"/>
              </w:rPr>
              <w:t>Analisi scritta di una fonte primaria con contestualizzazione.</w:t>
            </w:r>
          </w:p>
        </w:tc>
      </w:tr>
      <w:tr w:rsidR="000D3CD5" w:rsidRPr="00106719" w14:paraId="388BDB8B" w14:textId="77777777" w:rsidTr="008B0F7A">
        <w:trPr>
          <w:cantSplit/>
        </w:trPr>
        <w:tc>
          <w:tcPr>
            <w:tcW w:w="2211" w:type="dxa"/>
            <w:shd w:val="clear" w:color="auto" w:fill="EDF0F5"/>
          </w:tcPr>
          <w:p w14:paraId="15C0AA37"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1B4EC943" w14:textId="77777777" w:rsidR="000D3CD5" w:rsidRPr="00106719" w:rsidRDefault="000D3CD5" w:rsidP="008B0F7A">
            <w:pPr>
              <w:spacing w:after="20"/>
              <w:rPr>
                <w:lang w:val="it-IT"/>
              </w:rPr>
            </w:pPr>
            <w:r w:rsidRPr="00106719">
              <w:rPr>
                <w:sz w:val="17"/>
                <w:lang w:val="it-IT"/>
              </w:rPr>
              <w:t>Prova d'ingresso; verifica strutturata; analisi di fonte valutata su griglia.</w:t>
            </w:r>
          </w:p>
        </w:tc>
      </w:tr>
      <w:tr w:rsidR="000D3CD5" w:rsidRPr="00106719" w14:paraId="3FBDB498" w14:textId="77777777" w:rsidTr="008B0F7A">
        <w:trPr>
          <w:cantSplit/>
        </w:trPr>
        <w:tc>
          <w:tcPr>
            <w:tcW w:w="2211" w:type="dxa"/>
            <w:shd w:val="clear" w:color="auto" w:fill="EDF0F5"/>
          </w:tcPr>
          <w:p w14:paraId="687232EB"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00184FE5" w14:textId="77777777" w:rsidR="000D3CD5" w:rsidRPr="00106719" w:rsidRDefault="000D3CD5" w:rsidP="008B0F7A">
            <w:pPr>
              <w:spacing w:after="20"/>
              <w:rPr>
                <w:lang w:val="it-IT"/>
              </w:rPr>
            </w:pPr>
            <w:r w:rsidRPr="00106719">
              <w:rPr>
                <w:sz w:val="17"/>
                <w:lang w:val="it-IT"/>
              </w:rPr>
              <w:t>Costituzione · 2 ore: nascita dello Stato moderno e genesi del costituzionalismo.</w:t>
            </w:r>
          </w:p>
        </w:tc>
      </w:tr>
      <w:tr w:rsidR="000D3CD5" w:rsidRPr="00106719" w14:paraId="2D22BA3E" w14:textId="77777777" w:rsidTr="008B0F7A">
        <w:trPr>
          <w:cantSplit/>
        </w:trPr>
        <w:tc>
          <w:tcPr>
            <w:tcW w:w="2211" w:type="dxa"/>
            <w:shd w:val="clear" w:color="auto" w:fill="EDF0F5"/>
          </w:tcPr>
          <w:p w14:paraId="6BC61218"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28B11942" w14:textId="77777777" w:rsidR="000D3CD5" w:rsidRPr="00106719" w:rsidRDefault="000D3CD5" w:rsidP="008B0F7A">
            <w:pPr>
              <w:spacing w:after="20"/>
              <w:rPr>
                <w:lang w:val="it-IT"/>
              </w:rPr>
            </w:pPr>
            <w:r w:rsidRPr="00106719">
              <w:rPr>
                <w:sz w:val="17"/>
                <w:lang w:val="it-IT"/>
              </w:rPr>
              <w:t>Ricostruisce il quadro storico generale entro cui collocare i beni censiti.</w:t>
            </w:r>
          </w:p>
        </w:tc>
      </w:tr>
    </w:tbl>
    <w:p w14:paraId="284F9805"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410ADF2D" w14:textId="77777777" w:rsidTr="008B0F7A">
        <w:trPr>
          <w:cantSplit/>
        </w:trPr>
        <w:tc>
          <w:tcPr>
            <w:tcW w:w="9752" w:type="dxa"/>
            <w:gridSpan w:val="2"/>
            <w:shd w:val="clear" w:color="auto" w:fill="D6DFEE"/>
          </w:tcPr>
          <w:p w14:paraId="1087B3D6"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2 — Rivoluzioni: economia, politica, diritti</w:t>
            </w:r>
          </w:p>
        </w:tc>
      </w:tr>
      <w:tr w:rsidR="000D3CD5" w:rsidRPr="00106719" w14:paraId="3F823BFF" w14:textId="77777777" w:rsidTr="008B0F7A">
        <w:trPr>
          <w:cantSplit/>
        </w:trPr>
        <w:tc>
          <w:tcPr>
            <w:tcW w:w="2211" w:type="dxa"/>
            <w:shd w:val="clear" w:color="auto" w:fill="EDF0F5"/>
          </w:tcPr>
          <w:p w14:paraId="5920914C"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5172E32E"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novembre</w:t>
            </w:r>
            <w:proofErr w:type="spellEnd"/>
            <w:r w:rsidRPr="00106719">
              <w:rPr>
                <w:i/>
                <w:sz w:val="17"/>
              </w:rPr>
              <w:t xml:space="preserve"> – fine </w:t>
            </w:r>
            <w:proofErr w:type="spellStart"/>
            <w:r w:rsidRPr="00106719">
              <w:rPr>
                <w:i/>
                <w:sz w:val="17"/>
              </w:rPr>
              <w:t>gennaio</w:t>
            </w:r>
            <w:proofErr w:type="spellEnd"/>
          </w:p>
        </w:tc>
      </w:tr>
      <w:tr w:rsidR="000D3CD5" w:rsidRPr="00106719" w14:paraId="286860CC" w14:textId="77777777" w:rsidTr="008B0F7A">
        <w:trPr>
          <w:cantSplit/>
        </w:trPr>
        <w:tc>
          <w:tcPr>
            <w:tcW w:w="2211" w:type="dxa"/>
            <w:shd w:val="clear" w:color="auto" w:fill="EDF0F5"/>
          </w:tcPr>
          <w:p w14:paraId="024468C7"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1574442E" w14:textId="77777777" w:rsidR="000D3CD5" w:rsidRPr="00106719" w:rsidRDefault="000D3CD5" w:rsidP="008B0F7A">
            <w:pPr>
              <w:spacing w:after="20"/>
              <w:rPr>
                <w:lang w:val="it-IT"/>
              </w:rPr>
            </w:pPr>
            <w:r w:rsidRPr="00106719">
              <w:rPr>
                <w:sz w:val="17"/>
                <w:lang w:val="it-IT"/>
              </w:rPr>
              <w:t>Comprendere i processi di trasformazione di lunga durata · Competenza chiave: competenza personale e capacità di imparare a imparare</w:t>
            </w:r>
          </w:p>
        </w:tc>
      </w:tr>
      <w:tr w:rsidR="000D3CD5" w:rsidRPr="00106719" w14:paraId="3AC8FF8F" w14:textId="77777777" w:rsidTr="008B0F7A">
        <w:trPr>
          <w:cantSplit/>
        </w:trPr>
        <w:tc>
          <w:tcPr>
            <w:tcW w:w="2211" w:type="dxa"/>
            <w:shd w:val="clear" w:color="auto" w:fill="EDF0F5"/>
          </w:tcPr>
          <w:p w14:paraId="4756328C"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50DE06CA" w14:textId="77777777" w:rsidR="000D3CD5" w:rsidRPr="00106719" w:rsidRDefault="000D3CD5" w:rsidP="008B0F7A">
            <w:pPr>
              <w:spacing w:after="0"/>
              <w:rPr>
                <w:lang w:val="it-IT"/>
              </w:rPr>
            </w:pPr>
            <w:r w:rsidRPr="00106719">
              <w:rPr>
                <w:sz w:val="17"/>
                <w:lang w:val="it-IT"/>
              </w:rPr>
              <w:t>· Confrontare rivoluzioni diverse individuandone i tratti comuni</w:t>
            </w:r>
          </w:p>
          <w:p w14:paraId="70B75CBB" w14:textId="77777777" w:rsidR="000D3CD5" w:rsidRPr="00106719" w:rsidRDefault="000D3CD5" w:rsidP="008B0F7A">
            <w:pPr>
              <w:spacing w:after="0"/>
              <w:rPr>
                <w:lang w:val="it-IT"/>
              </w:rPr>
            </w:pPr>
            <w:r w:rsidRPr="00106719">
              <w:rPr>
                <w:sz w:val="17"/>
                <w:lang w:val="it-IT"/>
              </w:rPr>
              <w:t>· Analizzare il rapporto fra trasformazioni economiche e mutamento sociale</w:t>
            </w:r>
          </w:p>
          <w:p w14:paraId="456D5A9C" w14:textId="77777777" w:rsidR="000D3CD5" w:rsidRPr="00106719" w:rsidRDefault="000D3CD5" w:rsidP="008B0F7A">
            <w:pPr>
              <w:spacing w:after="0"/>
              <w:rPr>
                <w:lang w:val="it-IT"/>
              </w:rPr>
            </w:pPr>
            <w:r w:rsidRPr="00106719">
              <w:rPr>
                <w:sz w:val="17"/>
                <w:lang w:val="it-IT"/>
              </w:rPr>
              <w:t>· Interpretare dati quantitativi di carattere storico</w:t>
            </w:r>
          </w:p>
          <w:p w14:paraId="0F39E313" w14:textId="77777777" w:rsidR="000D3CD5" w:rsidRPr="00106719" w:rsidRDefault="000D3CD5" w:rsidP="008B0F7A">
            <w:pPr>
              <w:spacing w:after="0"/>
              <w:rPr>
                <w:lang w:val="it-IT"/>
              </w:rPr>
            </w:pPr>
            <w:r w:rsidRPr="00106719">
              <w:rPr>
                <w:sz w:val="17"/>
                <w:lang w:val="it-IT"/>
              </w:rPr>
              <w:t>· Distinguere il giudizio storiografico dal giudizio di valore</w:t>
            </w:r>
          </w:p>
        </w:tc>
      </w:tr>
      <w:tr w:rsidR="000D3CD5" w:rsidRPr="00106719" w14:paraId="61613012" w14:textId="77777777" w:rsidTr="008B0F7A">
        <w:trPr>
          <w:cantSplit/>
        </w:trPr>
        <w:tc>
          <w:tcPr>
            <w:tcW w:w="2211" w:type="dxa"/>
            <w:shd w:val="clear" w:color="auto" w:fill="EDF0F5"/>
          </w:tcPr>
          <w:p w14:paraId="4C00D881"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577EB89C"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Riforma e Controriforma; le rivoluzioni inglesi; la rivoluzione scientifica; l'Illuminismo; la rivoluzione americana e quella francese; l'età napoleonica.</w:t>
            </w:r>
          </w:p>
          <w:p w14:paraId="337D1A28"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La Prima guerra mondiale; la rivoluzione russa; il primo dopoguerra e la crisi dello Stato liberale in Italia.</w:t>
            </w:r>
          </w:p>
        </w:tc>
      </w:tr>
      <w:tr w:rsidR="000D3CD5" w:rsidRPr="00106719" w14:paraId="79D8F048" w14:textId="77777777" w:rsidTr="008B0F7A">
        <w:trPr>
          <w:cantSplit/>
        </w:trPr>
        <w:tc>
          <w:tcPr>
            <w:tcW w:w="2211" w:type="dxa"/>
            <w:shd w:val="clear" w:color="auto" w:fill="EDF0F5"/>
          </w:tcPr>
          <w:p w14:paraId="687DFD93"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4475E4D7" w14:textId="77777777" w:rsidR="000D3CD5" w:rsidRPr="00106719" w:rsidRDefault="000D3CD5" w:rsidP="008B0F7A">
            <w:pPr>
              <w:spacing w:after="20"/>
              <w:rPr>
                <w:lang w:val="it-IT"/>
              </w:rPr>
            </w:pPr>
            <w:r w:rsidRPr="00106719">
              <w:rPr>
                <w:sz w:val="17"/>
                <w:lang w:val="it-IT"/>
              </w:rPr>
              <w:t>Studio di caso comparato; lettura di storiografia; laboratorio sui dati; dibattito documentato.</w:t>
            </w:r>
          </w:p>
        </w:tc>
      </w:tr>
      <w:tr w:rsidR="000D3CD5" w:rsidRPr="00106719" w14:paraId="50A8054F" w14:textId="77777777" w:rsidTr="008B0F7A">
        <w:trPr>
          <w:cantSplit/>
        </w:trPr>
        <w:tc>
          <w:tcPr>
            <w:tcW w:w="2211" w:type="dxa"/>
            <w:shd w:val="clear" w:color="auto" w:fill="EDF0F5"/>
          </w:tcPr>
          <w:p w14:paraId="1286F4BE"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5E67D6CB" w14:textId="77777777" w:rsidR="000D3CD5" w:rsidRPr="00106719" w:rsidRDefault="000D3CD5" w:rsidP="008B0F7A">
            <w:pPr>
              <w:spacing w:after="20"/>
              <w:rPr>
                <w:lang w:val="it-IT"/>
              </w:rPr>
            </w:pPr>
            <w:r w:rsidRPr="00106719">
              <w:rPr>
                <w:sz w:val="17"/>
                <w:lang w:val="it-IT"/>
              </w:rPr>
              <w:t>Saggio breve storico-argomentativo con uso di fonti e di storiografia.</w:t>
            </w:r>
          </w:p>
        </w:tc>
      </w:tr>
      <w:tr w:rsidR="000D3CD5" w:rsidRPr="00106719" w14:paraId="74BFB231" w14:textId="77777777" w:rsidTr="008B0F7A">
        <w:trPr>
          <w:cantSplit/>
        </w:trPr>
        <w:tc>
          <w:tcPr>
            <w:tcW w:w="2211" w:type="dxa"/>
            <w:shd w:val="clear" w:color="auto" w:fill="EDF0F5"/>
          </w:tcPr>
          <w:p w14:paraId="58E08030"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37A29F22" w14:textId="77777777" w:rsidR="000D3CD5" w:rsidRPr="00106719" w:rsidRDefault="000D3CD5" w:rsidP="008B0F7A">
            <w:pPr>
              <w:spacing w:after="20"/>
              <w:rPr>
                <w:lang w:val="it-IT"/>
              </w:rPr>
            </w:pPr>
            <w:r w:rsidRPr="00106719">
              <w:rPr>
                <w:sz w:val="17"/>
                <w:lang w:val="it-IT"/>
              </w:rPr>
              <w:t>Valutazione del saggio su rubrica; prova strutturata; colloquio su percorso.</w:t>
            </w:r>
          </w:p>
        </w:tc>
      </w:tr>
      <w:tr w:rsidR="000D3CD5" w:rsidRPr="00106719" w14:paraId="02F64544" w14:textId="77777777" w:rsidTr="008B0F7A">
        <w:trPr>
          <w:cantSplit/>
        </w:trPr>
        <w:tc>
          <w:tcPr>
            <w:tcW w:w="2211" w:type="dxa"/>
            <w:shd w:val="clear" w:color="auto" w:fill="EDF0F5"/>
          </w:tcPr>
          <w:p w14:paraId="7923EFA4"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72AD71DE" w14:textId="77777777" w:rsidR="000D3CD5" w:rsidRPr="00106719" w:rsidRDefault="000D3CD5" w:rsidP="008B0F7A">
            <w:pPr>
              <w:spacing w:after="20"/>
              <w:rPr>
                <w:lang w:val="it-IT"/>
              </w:rPr>
            </w:pPr>
            <w:r w:rsidRPr="00106719">
              <w:rPr>
                <w:sz w:val="17"/>
                <w:lang w:val="it-IT"/>
              </w:rPr>
              <w:t>Costituzione · 3 ore: dalle dichiarazioni dei diritti settecentesche alla Dichiarazione universale del 1948.</w:t>
            </w:r>
          </w:p>
        </w:tc>
      </w:tr>
      <w:tr w:rsidR="000D3CD5" w:rsidRPr="00106719" w14:paraId="47CF03B0" w14:textId="77777777" w:rsidTr="008B0F7A">
        <w:trPr>
          <w:cantSplit/>
        </w:trPr>
        <w:tc>
          <w:tcPr>
            <w:tcW w:w="2211" w:type="dxa"/>
            <w:shd w:val="clear" w:color="auto" w:fill="EDF0F5"/>
          </w:tcPr>
          <w:p w14:paraId="3CCBFFAB"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791C2547" w14:textId="77777777" w:rsidR="000D3CD5" w:rsidRPr="00106719" w:rsidRDefault="000D3CD5" w:rsidP="008B0F7A">
            <w:pPr>
              <w:spacing w:after="20"/>
              <w:rPr>
                <w:lang w:val="it-IT"/>
              </w:rPr>
            </w:pPr>
            <w:r w:rsidRPr="00106719">
              <w:rPr>
                <w:sz w:val="17"/>
                <w:lang w:val="it-IT"/>
              </w:rPr>
              <w:t>Fornisce i nessi fra le vicende locali e i processi generali di trasformazione.</w:t>
            </w:r>
          </w:p>
        </w:tc>
      </w:tr>
    </w:tbl>
    <w:p w14:paraId="6BCD4A2E"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4DF07DE4" w14:textId="77777777" w:rsidTr="008B0F7A">
        <w:trPr>
          <w:cantSplit/>
        </w:trPr>
        <w:tc>
          <w:tcPr>
            <w:tcW w:w="9752" w:type="dxa"/>
            <w:gridSpan w:val="2"/>
            <w:shd w:val="clear" w:color="auto" w:fill="D6DFEE"/>
          </w:tcPr>
          <w:p w14:paraId="3DA3BF59"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3 — Nazioni, masse, totalitarismi</w:t>
            </w:r>
          </w:p>
        </w:tc>
      </w:tr>
      <w:tr w:rsidR="000D3CD5" w:rsidRPr="00106719" w14:paraId="037581E1" w14:textId="77777777" w:rsidTr="008B0F7A">
        <w:trPr>
          <w:cantSplit/>
        </w:trPr>
        <w:tc>
          <w:tcPr>
            <w:tcW w:w="2211" w:type="dxa"/>
            <w:shd w:val="clear" w:color="auto" w:fill="EDF0F5"/>
          </w:tcPr>
          <w:p w14:paraId="1E1A7563"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78161D78" w14:textId="77777777" w:rsidR="000D3CD5" w:rsidRPr="00106719" w:rsidRDefault="000D3CD5" w:rsidP="008B0F7A">
            <w:pPr>
              <w:spacing w:after="20"/>
            </w:pPr>
            <w:r w:rsidRPr="00106719">
              <w:rPr>
                <w:i/>
                <w:sz w:val="17"/>
              </w:rPr>
              <w:t xml:space="preserve">2° </w:t>
            </w:r>
            <w:proofErr w:type="spellStart"/>
            <w:r w:rsidRPr="00106719">
              <w:rPr>
                <w:i/>
                <w:sz w:val="17"/>
              </w:rPr>
              <w:t>quadrimestre</w:t>
            </w:r>
            <w:proofErr w:type="spellEnd"/>
            <w:r w:rsidRPr="00106719">
              <w:rPr>
                <w:i/>
                <w:sz w:val="17"/>
              </w:rPr>
              <w:t xml:space="preserve"> · </w:t>
            </w:r>
            <w:proofErr w:type="spellStart"/>
            <w:r w:rsidRPr="00106719">
              <w:rPr>
                <w:i/>
                <w:sz w:val="17"/>
              </w:rPr>
              <w:t>febbraio</w:t>
            </w:r>
            <w:proofErr w:type="spellEnd"/>
            <w:r w:rsidRPr="00106719">
              <w:rPr>
                <w:i/>
                <w:sz w:val="17"/>
              </w:rPr>
              <w:t xml:space="preserve"> – pausa </w:t>
            </w:r>
            <w:proofErr w:type="spellStart"/>
            <w:r w:rsidRPr="00106719">
              <w:rPr>
                <w:i/>
                <w:sz w:val="17"/>
              </w:rPr>
              <w:t>pasquale</w:t>
            </w:r>
            <w:proofErr w:type="spellEnd"/>
          </w:p>
        </w:tc>
      </w:tr>
      <w:tr w:rsidR="000D3CD5" w:rsidRPr="00106719" w14:paraId="3ABBFBAD" w14:textId="77777777" w:rsidTr="008B0F7A">
        <w:trPr>
          <w:cantSplit/>
        </w:trPr>
        <w:tc>
          <w:tcPr>
            <w:tcW w:w="2211" w:type="dxa"/>
            <w:shd w:val="clear" w:color="auto" w:fill="EDF0F5"/>
          </w:tcPr>
          <w:p w14:paraId="4E043CD3" w14:textId="77777777" w:rsidR="000D3CD5" w:rsidRPr="00106719" w:rsidRDefault="000D3CD5" w:rsidP="008B0F7A">
            <w:pPr>
              <w:spacing w:after="20"/>
            </w:pPr>
            <w:proofErr w:type="spellStart"/>
            <w:r w:rsidRPr="00106719">
              <w:rPr>
                <w:b/>
                <w:sz w:val="17"/>
              </w:rPr>
              <w:lastRenderedPageBreak/>
              <w:t>Competenza</w:t>
            </w:r>
            <w:proofErr w:type="spellEnd"/>
            <w:r w:rsidRPr="00106719">
              <w:rPr>
                <w:b/>
                <w:sz w:val="17"/>
              </w:rPr>
              <w:t xml:space="preserve"> </w:t>
            </w:r>
            <w:proofErr w:type="spellStart"/>
            <w:r w:rsidRPr="00106719">
              <w:rPr>
                <w:b/>
                <w:sz w:val="17"/>
              </w:rPr>
              <w:t>mirata</w:t>
            </w:r>
            <w:proofErr w:type="spellEnd"/>
          </w:p>
        </w:tc>
        <w:tc>
          <w:tcPr>
            <w:tcW w:w="7540" w:type="dxa"/>
          </w:tcPr>
          <w:p w14:paraId="139E4B50" w14:textId="77777777" w:rsidR="000D3CD5" w:rsidRPr="00106719" w:rsidRDefault="000D3CD5" w:rsidP="008B0F7A">
            <w:pPr>
              <w:spacing w:after="20"/>
              <w:rPr>
                <w:lang w:val="it-IT"/>
              </w:rPr>
            </w:pPr>
            <w:r w:rsidRPr="00106719">
              <w:rPr>
                <w:sz w:val="17"/>
                <w:lang w:val="it-IT"/>
              </w:rPr>
              <w:t>Utilizzare il lessico e le categorie interpretative proprie della disciplina · Competenza chiave: consapevolezza ed espressione culturale</w:t>
            </w:r>
          </w:p>
        </w:tc>
      </w:tr>
      <w:tr w:rsidR="000D3CD5" w:rsidRPr="00106719" w14:paraId="68A125BE" w14:textId="77777777" w:rsidTr="008B0F7A">
        <w:trPr>
          <w:cantSplit/>
        </w:trPr>
        <w:tc>
          <w:tcPr>
            <w:tcW w:w="2211" w:type="dxa"/>
            <w:shd w:val="clear" w:color="auto" w:fill="EDF0F5"/>
          </w:tcPr>
          <w:p w14:paraId="58B2FDDA"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65C18483" w14:textId="77777777" w:rsidR="000D3CD5" w:rsidRPr="00106719" w:rsidRDefault="000D3CD5" w:rsidP="008B0F7A">
            <w:pPr>
              <w:spacing w:after="0"/>
              <w:rPr>
                <w:lang w:val="it-IT"/>
              </w:rPr>
            </w:pPr>
            <w:r w:rsidRPr="00106719">
              <w:rPr>
                <w:sz w:val="17"/>
                <w:lang w:val="it-IT"/>
              </w:rPr>
              <w:t>· Analizzare i meccanismi del consenso e della propaganda</w:t>
            </w:r>
          </w:p>
          <w:p w14:paraId="4C057A25" w14:textId="77777777" w:rsidR="000D3CD5" w:rsidRPr="00106719" w:rsidRDefault="000D3CD5" w:rsidP="008B0F7A">
            <w:pPr>
              <w:spacing w:after="0"/>
              <w:rPr>
                <w:lang w:val="it-IT"/>
              </w:rPr>
            </w:pPr>
            <w:r w:rsidRPr="00106719">
              <w:rPr>
                <w:sz w:val="17"/>
                <w:lang w:val="it-IT"/>
              </w:rPr>
              <w:t>· Riconoscere gli usi pubblici della storia</w:t>
            </w:r>
          </w:p>
          <w:p w14:paraId="092BAE25" w14:textId="77777777" w:rsidR="000D3CD5" w:rsidRPr="00106719" w:rsidRDefault="000D3CD5" w:rsidP="008B0F7A">
            <w:pPr>
              <w:spacing w:after="0"/>
              <w:rPr>
                <w:lang w:val="it-IT"/>
              </w:rPr>
            </w:pPr>
            <w:r w:rsidRPr="00106719">
              <w:rPr>
                <w:sz w:val="17"/>
                <w:lang w:val="it-IT"/>
              </w:rPr>
              <w:t>· Confrontare regimi politici sulla base di criteri espliciti</w:t>
            </w:r>
          </w:p>
          <w:p w14:paraId="6BC4669A" w14:textId="77777777" w:rsidR="000D3CD5" w:rsidRPr="00106719" w:rsidRDefault="000D3CD5" w:rsidP="008B0F7A">
            <w:pPr>
              <w:spacing w:after="0"/>
              <w:rPr>
                <w:lang w:val="it-IT"/>
              </w:rPr>
            </w:pPr>
            <w:r w:rsidRPr="00106719">
              <w:rPr>
                <w:sz w:val="17"/>
                <w:lang w:val="it-IT"/>
              </w:rPr>
              <w:t>· Valutare l'attendibilità di una fonte anche audiovisiva</w:t>
            </w:r>
          </w:p>
        </w:tc>
      </w:tr>
      <w:tr w:rsidR="000D3CD5" w:rsidRPr="00106719" w14:paraId="09D32BA4" w14:textId="77777777" w:rsidTr="008B0F7A">
        <w:trPr>
          <w:cantSplit/>
        </w:trPr>
        <w:tc>
          <w:tcPr>
            <w:tcW w:w="2211" w:type="dxa"/>
            <w:shd w:val="clear" w:color="auto" w:fill="EDF0F5"/>
          </w:tcPr>
          <w:p w14:paraId="0931D759"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581F2555"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Restaurazione e moti; il Risorgimento e l'unificazione italiana; l'unificazione tedesca; la seconda rivoluzione industriale e la questione sociale.</w:t>
            </w:r>
          </w:p>
          <w:p w14:paraId="3DE809F7"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Fascismo, nazismo, stalinismo: strutture e differenze. La Seconda guerra mondiale; la Shoah; la Resistenza e la guerra civile in Italia.</w:t>
            </w:r>
          </w:p>
        </w:tc>
      </w:tr>
      <w:tr w:rsidR="000D3CD5" w:rsidRPr="00106719" w14:paraId="5FB6E0FC" w14:textId="77777777" w:rsidTr="008B0F7A">
        <w:trPr>
          <w:cantSplit/>
        </w:trPr>
        <w:tc>
          <w:tcPr>
            <w:tcW w:w="2211" w:type="dxa"/>
            <w:shd w:val="clear" w:color="auto" w:fill="EDF0F5"/>
          </w:tcPr>
          <w:p w14:paraId="053DDD11"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31568847" w14:textId="77777777" w:rsidR="000D3CD5" w:rsidRPr="00106719" w:rsidRDefault="000D3CD5" w:rsidP="008B0F7A">
            <w:pPr>
              <w:spacing w:after="20"/>
              <w:rPr>
                <w:lang w:val="it-IT"/>
              </w:rPr>
            </w:pPr>
            <w:r w:rsidRPr="00106719">
              <w:rPr>
                <w:sz w:val="17"/>
                <w:lang w:val="it-IT"/>
              </w:rPr>
              <w:t>Analisi di fonti audiovisive e iconografiche; laboratorio sulla propaganda; incontro con testimonianze e archivi; visita a luoghi della memoria.</w:t>
            </w:r>
          </w:p>
        </w:tc>
      </w:tr>
      <w:tr w:rsidR="000D3CD5" w:rsidRPr="00106719" w14:paraId="2830DB32" w14:textId="77777777" w:rsidTr="008B0F7A">
        <w:trPr>
          <w:cantSplit/>
        </w:trPr>
        <w:tc>
          <w:tcPr>
            <w:tcW w:w="2211" w:type="dxa"/>
            <w:shd w:val="clear" w:color="auto" w:fill="EDF0F5"/>
          </w:tcPr>
          <w:p w14:paraId="05E2118C"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4CC7CDD9" w14:textId="77777777" w:rsidR="000D3CD5" w:rsidRPr="00106719" w:rsidRDefault="000D3CD5" w:rsidP="008B0F7A">
            <w:pPr>
              <w:spacing w:after="20"/>
              <w:rPr>
                <w:lang w:val="it-IT"/>
              </w:rPr>
            </w:pPr>
            <w:r w:rsidRPr="00106719">
              <w:rPr>
                <w:sz w:val="17"/>
                <w:lang w:val="it-IT"/>
              </w:rPr>
              <w:t>Dossier critico su un caso di uso pubblico della storia.</w:t>
            </w:r>
          </w:p>
        </w:tc>
      </w:tr>
      <w:tr w:rsidR="000D3CD5" w:rsidRPr="00106719" w14:paraId="35668B7E" w14:textId="77777777" w:rsidTr="008B0F7A">
        <w:trPr>
          <w:cantSplit/>
        </w:trPr>
        <w:tc>
          <w:tcPr>
            <w:tcW w:w="2211" w:type="dxa"/>
            <w:shd w:val="clear" w:color="auto" w:fill="EDF0F5"/>
          </w:tcPr>
          <w:p w14:paraId="7555CD13"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77A94FC7" w14:textId="77777777" w:rsidR="000D3CD5" w:rsidRPr="00106719" w:rsidRDefault="000D3CD5" w:rsidP="008B0F7A">
            <w:pPr>
              <w:spacing w:after="20"/>
              <w:rPr>
                <w:lang w:val="it-IT"/>
              </w:rPr>
            </w:pPr>
            <w:r w:rsidRPr="00106719">
              <w:rPr>
                <w:sz w:val="17"/>
                <w:lang w:val="it-IT"/>
              </w:rPr>
              <w:t>Valutazione del dossier; verifica strutturata; interrogazione su nodi concettuali.</w:t>
            </w:r>
          </w:p>
        </w:tc>
      </w:tr>
      <w:tr w:rsidR="000D3CD5" w:rsidRPr="00106719" w14:paraId="6B458931" w14:textId="77777777" w:rsidTr="008B0F7A">
        <w:trPr>
          <w:cantSplit/>
        </w:trPr>
        <w:tc>
          <w:tcPr>
            <w:tcW w:w="2211" w:type="dxa"/>
            <w:shd w:val="clear" w:color="auto" w:fill="EDF0F5"/>
          </w:tcPr>
          <w:p w14:paraId="3A02208A"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7EA717B5" w14:textId="77777777" w:rsidR="000D3CD5" w:rsidRPr="00106719" w:rsidRDefault="000D3CD5" w:rsidP="008B0F7A">
            <w:pPr>
              <w:spacing w:after="20"/>
              <w:rPr>
                <w:lang w:val="it-IT"/>
              </w:rPr>
            </w:pPr>
            <w:r w:rsidRPr="00106719">
              <w:rPr>
                <w:sz w:val="17"/>
                <w:lang w:val="it-IT"/>
              </w:rPr>
              <w:t>Costituzione · 3 ore: dalla dittatura alla Repubblica; l'Assemblea costituente e la struttura della Costituzione.</w:t>
            </w:r>
          </w:p>
        </w:tc>
      </w:tr>
      <w:tr w:rsidR="000D3CD5" w:rsidRPr="00106719" w14:paraId="6B73DAAC" w14:textId="77777777" w:rsidTr="008B0F7A">
        <w:trPr>
          <w:cantSplit/>
        </w:trPr>
        <w:tc>
          <w:tcPr>
            <w:tcW w:w="2211" w:type="dxa"/>
            <w:shd w:val="clear" w:color="auto" w:fill="EDF0F5"/>
          </w:tcPr>
          <w:p w14:paraId="65AD022D"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39396F69" w14:textId="77777777" w:rsidR="000D3CD5" w:rsidRPr="00106719" w:rsidRDefault="000D3CD5" w:rsidP="008B0F7A">
            <w:pPr>
              <w:spacing w:after="20"/>
              <w:rPr>
                <w:lang w:val="it-IT"/>
              </w:rPr>
            </w:pPr>
            <w:r w:rsidRPr="00106719">
              <w:rPr>
                <w:sz w:val="17"/>
                <w:lang w:val="it-IT"/>
              </w:rPr>
              <w:t>Cura la sezione dell'archivio dedicata ai luoghi e ai monumenti della memoria civile.</w:t>
            </w:r>
          </w:p>
        </w:tc>
      </w:tr>
    </w:tbl>
    <w:p w14:paraId="5698D5EB"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5F3CB1AA" w14:textId="77777777" w:rsidTr="008B0F7A">
        <w:trPr>
          <w:cantSplit/>
        </w:trPr>
        <w:tc>
          <w:tcPr>
            <w:tcW w:w="9752" w:type="dxa"/>
            <w:gridSpan w:val="2"/>
            <w:shd w:val="clear" w:color="auto" w:fill="D6DFEE"/>
          </w:tcPr>
          <w:p w14:paraId="405385B1"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4 — Il mondo contemporaneo: nodi per il presente</w:t>
            </w:r>
          </w:p>
        </w:tc>
      </w:tr>
      <w:tr w:rsidR="000D3CD5" w:rsidRPr="00106719" w14:paraId="648302B9" w14:textId="77777777" w:rsidTr="008B0F7A">
        <w:trPr>
          <w:cantSplit/>
        </w:trPr>
        <w:tc>
          <w:tcPr>
            <w:tcW w:w="2211" w:type="dxa"/>
            <w:shd w:val="clear" w:color="auto" w:fill="EDF0F5"/>
          </w:tcPr>
          <w:p w14:paraId="3678A2D8"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4D0C1B60" w14:textId="77777777" w:rsidR="000D3CD5" w:rsidRPr="00106719" w:rsidRDefault="000D3CD5" w:rsidP="008B0F7A">
            <w:pPr>
              <w:spacing w:after="20"/>
              <w:rPr>
                <w:lang w:val="it-IT"/>
              </w:rPr>
            </w:pPr>
            <w:r w:rsidRPr="00106719">
              <w:rPr>
                <w:i/>
                <w:sz w:val="17"/>
                <w:lang w:val="it-IT"/>
              </w:rPr>
              <w:t>2° quadrimestre · dopo Pasqua – termine delle lezioni</w:t>
            </w:r>
          </w:p>
        </w:tc>
      </w:tr>
      <w:tr w:rsidR="000D3CD5" w:rsidRPr="00106719" w14:paraId="5DF2D5D7" w14:textId="77777777" w:rsidTr="008B0F7A">
        <w:trPr>
          <w:cantSplit/>
        </w:trPr>
        <w:tc>
          <w:tcPr>
            <w:tcW w:w="2211" w:type="dxa"/>
            <w:shd w:val="clear" w:color="auto" w:fill="EDF0F5"/>
          </w:tcPr>
          <w:p w14:paraId="110C4CAD"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1FE637AE" w14:textId="77777777" w:rsidR="000D3CD5" w:rsidRPr="00106719" w:rsidRDefault="000D3CD5" w:rsidP="008B0F7A">
            <w:pPr>
              <w:spacing w:after="20"/>
              <w:rPr>
                <w:lang w:val="it-IT"/>
              </w:rPr>
            </w:pPr>
            <w:r w:rsidRPr="00106719">
              <w:rPr>
                <w:sz w:val="17"/>
                <w:lang w:val="it-IT"/>
              </w:rPr>
              <w:t>Riconoscere nelle vicende del Novecento le radici dei problemi attuali · Competenza chiave: competenza in materia di cittadinanza</w:t>
            </w:r>
          </w:p>
        </w:tc>
      </w:tr>
      <w:tr w:rsidR="000D3CD5" w:rsidRPr="00106719" w14:paraId="4B24DBFB" w14:textId="77777777" w:rsidTr="008B0F7A">
        <w:trPr>
          <w:cantSplit/>
        </w:trPr>
        <w:tc>
          <w:tcPr>
            <w:tcW w:w="2211" w:type="dxa"/>
            <w:shd w:val="clear" w:color="auto" w:fill="EDF0F5"/>
          </w:tcPr>
          <w:p w14:paraId="48028BD2"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24BAD4A7" w14:textId="77777777" w:rsidR="000D3CD5" w:rsidRPr="00106719" w:rsidRDefault="000D3CD5" w:rsidP="008B0F7A">
            <w:pPr>
              <w:spacing w:after="0"/>
              <w:rPr>
                <w:lang w:val="it-IT"/>
              </w:rPr>
            </w:pPr>
            <w:r w:rsidRPr="00106719">
              <w:rPr>
                <w:sz w:val="17"/>
                <w:lang w:val="it-IT"/>
              </w:rPr>
              <w:t>· Costruire un percorso tematico documentato</w:t>
            </w:r>
          </w:p>
          <w:p w14:paraId="2E7CCA95" w14:textId="77777777" w:rsidR="000D3CD5" w:rsidRPr="00106719" w:rsidRDefault="000D3CD5" w:rsidP="008B0F7A">
            <w:pPr>
              <w:spacing w:after="0"/>
              <w:rPr>
                <w:lang w:val="it-IT"/>
              </w:rPr>
            </w:pPr>
            <w:r w:rsidRPr="00106719">
              <w:rPr>
                <w:sz w:val="17"/>
                <w:lang w:val="it-IT"/>
              </w:rPr>
              <w:t>· Collegare un nodo storico a una questione contemporanea</w:t>
            </w:r>
          </w:p>
          <w:p w14:paraId="04748DA6" w14:textId="77777777" w:rsidR="000D3CD5" w:rsidRPr="00106719" w:rsidRDefault="000D3CD5" w:rsidP="008B0F7A">
            <w:pPr>
              <w:spacing w:after="0"/>
              <w:rPr>
                <w:lang w:val="it-IT"/>
              </w:rPr>
            </w:pPr>
            <w:r w:rsidRPr="00106719">
              <w:rPr>
                <w:sz w:val="17"/>
                <w:lang w:val="it-IT"/>
              </w:rPr>
              <w:t>· Argomentare con rigore in sede di colloquio</w:t>
            </w:r>
          </w:p>
          <w:p w14:paraId="066AD2C7" w14:textId="77777777" w:rsidR="000D3CD5" w:rsidRPr="00106719" w:rsidRDefault="000D3CD5" w:rsidP="008B0F7A">
            <w:pPr>
              <w:spacing w:after="0"/>
              <w:rPr>
                <w:lang w:val="it-IT"/>
              </w:rPr>
            </w:pPr>
            <w:r w:rsidRPr="00106719">
              <w:rPr>
                <w:sz w:val="17"/>
                <w:lang w:val="it-IT"/>
              </w:rPr>
              <w:t>· Riconoscere la pluralità delle interpretazioni storiografiche</w:t>
            </w:r>
          </w:p>
        </w:tc>
      </w:tr>
      <w:tr w:rsidR="000D3CD5" w:rsidRPr="00106719" w14:paraId="548352AD" w14:textId="77777777" w:rsidTr="008B0F7A">
        <w:trPr>
          <w:cantSplit/>
        </w:trPr>
        <w:tc>
          <w:tcPr>
            <w:tcW w:w="2211" w:type="dxa"/>
            <w:shd w:val="clear" w:color="auto" w:fill="EDF0F5"/>
          </w:tcPr>
          <w:p w14:paraId="60181528"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16F08BBB"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Imperialismo e colonialismo; la società di massa; bilancio delle competenze del secondo biennio; avvio dei percorsi tematici pluridisciplinari.</w:t>
            </w:r>
          </w:p>
          <w:p w14:paraId="252D4380"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La guerra fredda; decolonizzazione; la Repubblica italiana dalla ricostruzione agli anni Settanta; l'integrazione europea; i nodi concettuali per il colloquio d'esame.</w:t>
            </w:r>
          </w:p>
        </w:tc>
      </w:tr>
      <w:tr w:rsidR="000D3CD5" w:rsidRPr="00106719" w14:paraId="1A8E1E09" w14:textId="77777777" w:rsidTr="008B0F7A">
        <w:trPr>
          <w:cantSplit/>
        </w:trPr>
        <w:tc>
          <w:tcPr>
            <w:tcW w:w="2211" w:type="dxa"/>
            <w:shd w:val="clear" w:color="auto" w:fill="EDF0F5"/>
          </w:tcPr>
          <w:p w14:paraId="4D079422"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36CABBA9" w14:textId="77777777" w:rsidR="000D3CD5" w:rsidRPr="00106719" w:rsidRDefault="000D3CD5" w:rsidP="008B0F7A">
            <w:pPr>
              <w:spacing w:after="20"/>
              <w:rPr>
                <w:lang w:val="it-IT"/>
              </w:rPr>
            </w:pPr>
            <w:r w:rsidRPr="00106719">
              <w:rPr>
                <w:sz w:val="17"/>
                <w:lang w:val="it-IT"/>
              </w:rPr>
              <w:t>Seminario tematico; collegamento con la formazione scuola-lavoro e con l'orientamento; simulazioni di colloquio.</w:t>
            </w:r>
          </w:p>
        </w:tc>
      </w:tr>
      <w:tr w:rsidR="000D3CD5" w:rsidRPr="00106719" w14:paraId="459E2DA3" w14:textId="77777777" w:rsidTr="008B0F7A">
        <w:trPr>
          <w:cantSplit/>
        </w:trPr>
        <w:tc>
          <w:tcPr>
            <w:tcW w:w="2211" w:type="dxa"/>
            <w:shd w:val="clear" w:color="auto" w:fill="EDF0F5"/>
          </w:tcPr>
          <w:p w14:paraId="5922F85D"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2D9EF15C" w14:textId="77777777" w:rsidR="000D3CD5" w:rsidRPr="00106719" w:rsidRDefault="000D3CD5" w:rsidP="008B0F7A">
            <w:pPr>
              <w:spacing w:after="20"/>
              <w:rPr>
                <w:lang w:val="it-IT"/>
              </w:rPr>
            </w:pPr>
            <w:r w:rsidRPr="00106719">
              <w:rPr>
                <w:sz w:val="17"/>
                <w:lang w:val="it-IT"/>
              </w:rPr>
              <w:t>Percorso tematico documentato, candidabile all'E-Portfolio e alla scelta del capolavoro.</w:t>
            </w:r>
          </w:p>
        </w:tc>
      </w:tr>
      <w:tr w:rsidR="000D3CD5" w:rsidRPr="00106719" w14:paraId="3FC28DD0" w14:textId="77777777" w:rsidTr="008B0F7A">
        <w:trPr>
          <w:cantSplit/>
        </w:trPr>
        <w:tc>
          <w:tcPr>
            <w:tcW w:w="2211" w:type="dxa"/>
            <w:shd w:val="clear" w:color="auto" w:fill="EDF0F5"/>
          </w:tcPr>
          <w:p w14:paraId="6049B089"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06066E4F" w14:textId="77777777" w:rsidR="000D3CD5" w:rsidRPr="00106719" w:rsidRDefault="000D3CD5" w:rsidP="008B0F7A">
            <w:pPr>
              <w:spacing w:after="20"/>
              <w:rPr>
                <w:lang w:val="it-IT"/>
              </w:rPr>
            </w:pPr>
            <w:r w:rsidRPr="00106719">
              <w:rPr>
                <w:sz w:val="17"/>
                <w:lang w:val="it-IT"/>
              </w:rPr>
              <w:t>Valutazione del percorso su rubrica; simulazione di colloquio; verifica finale.</w:t>
            </w:r>
          </w:p>
        </w:tc>
      </w:tr>
      <w:tr w:rsidR="000D3CD5" w:rsidRPr="00106719" w14:paraId="2274E962" w14:textId="77777777" w:rsidTr="008B0F7A">
        <w:trPr>
          <w:cantSplit/>
        </w:trPr>
        <w:tc>
          <w:tcPr>
            <w:tcW w:w="2211" w:type="dxa"/>
            <w:shd w:val="clear" w:color="auto" w:fill="EDF0F5"/>
          </w:tcPr>
          <w:p w14:paraId="25C7387C"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66CEB14E" w14:textId="77777777" w:rsidR="000D3CD5" w:rsidRPr="00106719" w:rsidRDefault="000D3CD5" w:rsidP="008B0F7A">
            <w:pPr>
              <w:spacing w:after="20"/>
            </w:pPr>
            <w:r w:rsidRPr="00106719">
              <w:rPr>
                <w:sz w:val="17"/>
                <w:lang w:val="it-IT"/>
              </w:rPr>
              <w:t xml:space="preserve">Costituzione · 3 ore: l'Unione europea, le organizzazioni internazionali e l'art. </w:t>
            </w:r>
            <w:r w:rsidRPr="00106719">
              <w:rPr>
                <w:sz w:val="17"/>
              </w:rPr>
              <w:t>11 Cost.</w:t>
            </w:r>
          </w:p>
        </w:tc>
      </w:tr>
      <w:tr w:rsidR="000D3CD5" w:rsidRPr="00106719" w14:paraId="6217B8C0" w14:textId="77777777" w:rsidTr="008B0F7A">
        <w:trPr>
          <w:cantSplit/>
        </w:trPr>
        <w:tc>
          <w:tcPr>
            <w:tcW w:w="2211" w:type="dxa"/>
            <w:shd w:val="clear" w:color="auto" w:fill="EDF0F5"/>
          </w:tcPr>
          <w:p w14:paraId="7A2A2B97"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3ED73BA3" w14:textId="77777777" w:rsidR="000D3CD5" w:rsidRPr="00106719" w:rsidRDefault="000D3CD5" w:rsidP="008B0F7A">
            <w:pPr>
              <w:spacing w:after="20"/>
              <w:rPr>
                <w:lang w:val="it-IT"/>
              </w:rPr>
            </w:pPr>
            <w:r w:rsidRPr="00106719">
              <w:rPr>
                <w:sz w:val="17"/>
                <w:lang w:val="it-IT"/>
              </w:rPr>
              <w:t>Fornisce la cornice interpretativa della presentazione pubblica e la rielaborazione critica dell'esperienza.</w:t>
            </w:r>
          </w:p>
        </w:tc>
      </w:tr>
    </w:tbl>
    <w:p w14:paraId="4317841A" w14:textId="77777777" w:rsidR="000D3CD5" w:rsidRPr="00106719" w:rsidRDefault="000D3CD5" w:rsidP="000D3CD5">
      <w:pPr>
        <w:spacing w:after="60"/>
        <w:rPr>
          <w:lang w:val="it-IT"/>
        </w:rPr>
      </w:pPr>
    </w:p>
    <w:p w14:paraId="7833B7ED" w14:textId="77777777" w:rsidR="000D3CD5" w:rsidRPr="00106719" w:rsidRDefault="000D3CD5" w:rsidP="000D3CD5">
      <w:pPr>
        <w:rPr>
          <w:lang w:val="it-IT"/>
        </w:rPr>
      </w:pPr>
      <w:r w:rsidRPr="00106719">
        <w:rPr>
          <w:lang w:val="it-IT"/>
        </w:rPr>
        <w:br w:type="page"/>
      </w:r>
    </w:p>
    <w:p w14:paraId="7324012C" w14:textId="77777777" w:rsidR="000D3CD5" w:rsidRPr="00106719" w:rsidRDefault="000D3CD5" w:rsidP="000D3CD5">
      <w:pPr>
        <w:pStyle w:val="Titolo2"/>
        <w:spacing w:before="320"/>
        <w:rPr>
          <w:color w:val="auto"/>
          <w:lang w:val="it-IT"/>
        </w:rPr>
      </w:pPr>
      <w:proofErr w:type="gramStart"/>
      <w:r w:rsidRPr="00106719">
        <w:rPr>
          <w:rFonts w:ascii="Book Antiqua" w:hAnsi="Book Antiqua"/>
          <w:color w:val="auto"/>
          <w:sz w:val="23"/>
          <w:lang w:val="it-IT"/>
        </w:rPr>
        <w:lastRenderedPageBreak/>
        <w:t>C.5  FILOSOFIA</w:t>
      </w:r>
      <w:proofErr w:type="gramEnd"/>
    </w:p>
    <w:p w14:paraId="474DDB69" w14:textId="77777777" w:rsidR="000D3CD5" w:rsidRPr="00106719" w:rsidRDefault="000D3CD5" w:rsidP="000D3CD5">
      <w:pPr>
        <w:spacing w:after="60"/>
        <w:rPr>
          <w:lang w:val="it-IT"/>
        </w:rPr>
      </w:pPr>
      <w:r w:rsidRPr="00106719">
        <w:rPr>
          <w:i/>
          <w:sz w:val="17"/>
          <w:lang w:val="it-IT"/>
        </w:rPr>
        <w:t xml:space="preserve">Classe di concorso: A-019 / A-018 (nel Liceo delle Scienze </w:t>
      </w:r>
      <w:proofErr w:type="gramStart"/>
      <w:r w:rsidRPr="00106719">
        <w:rPr>
          <w:i/>
          <w:sz w:val="17"/>
          <w:lang w:val="it-IT"/>
        </w:rPr>
        <w:t>umane)  ·</w:t>
      </w:r>
      <w:proofErr w:type="gramEnd"/>
      <w:r w:rsidRPr="00106719">
        <w:rPr>
          <w:i/>
          <w:sz w:val="17"/>
          <w:lang w:val="it-IT"/>
        </w:rPr>
        <w:t xml:space="preserve">  Monte ore nell'indirizzo: 2 ore settimanali nel secondo biennio e nel quinto anno</w:t>
      </w:r>
    </w:p>
    <w:p w14:paraId="10E730AD" w14:textId="77777777" w:rsidR="000D3CD5" w:rsidRPr="00106719" w:rsidRDefault="000D3CD5" w:rsidP="000D3CD5">
      <w:pPr>
        <w:spacing w:after="60"/>
        <w:jc w:val="both"/>
        <w:rPr>
          <w:lang w:val="it-IT"/>
        </w:rPr>
      </w:pPr>
      <w:r w:rsidRPr="00106719">
        <w:rPr>
          <w:sz w:val="17"/>
          <w:lang w:val="it-IT"/>
        </w:rPr>
        <w:t>Nota generale sulla disciplina. Insegnamento del secondo biennio e del quinto anno: 3 ore settimanali nel Liceo Classico e nel Liceo delle Scienze umane, 3 ore nel Liceo Scientifico, 2 ore negli altri indirizzi.</w:t>
      </w:r>
    </w:p>
    <w:p w14:paraId="1043150C" w14:textId="77777777" w:rsidR="000D3CD5" w:rsidRPr="00106719" w:rsidRDefault="000D3CD5" w:rsidP="000D3CD5">
      <w:pPr>
        <w:spacing w:after="120"/>
        <w:jc w:val="both"/>
        <w:rPr>
          <w:lang w:val="it-IT"/>
        </w:rPr>
      </w:pPr>
      <w:r w:rsidRPr="00106719">
        <w:rPr>
          <w:sz w:val="17"/>
          <w:lang w:val="it-IT"/>
        </w:rPr>
        <w:t>Declinazione per l'indirizzo. Il monte ore ridotto impone selezione: si privilegino epistemologia, filosofia della scienza ed etica della tecnica, nodi di raccordo con Informatica e Scienze.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0DCAB428" w14:textId="77777777" w:rsidTr="008B0F7A">
        <w:trPr>
          <w:cantSplit/>
        </w:trPr>
        <w:tc>
          <w:tcPr>
            <w:tcW w:w="9752" w:type="dxa"/>
            <w:gridSpan w:val="2"/>
            <w:shd w:val="clear" w:color="auto" w:fill="D6DFEE"/>
          </w:tcPr>
          <w:p w14:paraId="788B29AC"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xml:space="preserve">. n. 1 — La nascita del pensiero filosofico: </w:t>
            </w:r>
            <w:proofErr w:type="spellStart"/>
            <w:r w:rsidRPr="00106719">
              <w:rPr>
                <w:b/>
                <w:lang w:val="it-IT"/>
              </w:rPr>
              <w:t>physis</w:t>
            </w:r>
            <w:proofErr w:type="spellEnd"/>
            <w:r w:rsidRPr="00106719">
              <w:rPr>
                <w:b/>
                <w:lang w:val="it-IT"/>
              </w:rPr>
              <w:t>, logos, polis</w:t>
            </w:r>
          </w:p>
        </w:tc>
      </w:tr>
      <w:tr w:rsidR="000D3CD5" w:rsidRPr="00106719" w14:paraId="28037CF4" w14:textId="77777777" w:rsidTr="008B0F7A">
        <w:trPr>
          <w:cantSplit/>
        </w:trPr>
        <w:tc>
          <w:tcPr>
            <w:tcW w:w="2211" w:type="dxa"/>
            <w:shd w:val="clear" w:color="auto" w:fill="EDF0F5"/>
          </w:tcPr>
          <w:p w14:paraId="346E21FF"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001B07B6"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settembre</w:t>
            </w:r>
            <w:proofErr w:type="spellEnd"/>
            <w:r w:rsidRPr="00106719">
              <w:rPr>
                <w:i/>
                <w:sz w:val="17"/>
              </w:rPr>
              <w:t xml:space="preserve"> – </w:t>
            </w:r>
            <w:proofErr w:type="spellStart"/>
            <w:r w:rsidRPr="00106719">
              <w:rPr>
                <w:i/>
                <w:sz w:val="17"/>
              </w:rPr>
              <w:t>inizio</w:t>
            </w:r>
            <w:proofErr w:type="spellEnd"/>
            <w:r w:rsidRPr="00106719">
              <w:rPr>
                <w:i/>
                <w:sz w:val="17"/>
              </w:rPr>
              <w:t xml:space="preserve"> </w:t>
            </w:r>
            <w:proofErr w:type="spellStart"/>
            <w:r w:rsidRPr="00106719">
              <w:rPr>
                <w:i/>
                <w:sz w:val="17"/>
              </w:rPr>
              <w:t>novembre</w:t>
            </w:r>
            <w:proofErr w:type="spellEnd"/>
          </w:p>
        </w:tc>
      </w:tr>
      <w:tr w:rsidR="000D3CD5" w:rsidRPr="00106719" w14:paraId="78DD850E" w14:textId="77777777" w:rsidTr="008B0F7A">
        <w:trPr>
          <w:cantSplit/>
        </w:trPr>
        <w:tc>
          <w:tcPr>
            <w:tcW w:w="2211" w:type="dxa"/>
            <w:shd w:val="clear" w:color="auto" w:fill="EDF0F5"/>
          </w:tcPr>
          <w:p w14:paraId="28DD5A16"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4ED5BDC1" w14:textId="77777777" w:rsidR="000D3CD5" w:rsidRPr="00106719" w:rsidRDefault="000D3CD5" w:rsidP="008B0F7A">
            <w:pPr>
              <w:spacing w:after="20"/>
              <w:rPr>
                <w:lang w:val="it-IT"/>
              </w:rPr>
            </w:pPr>
            <w:r w:rsidRPr="00106719">
              <w:rPr>
                <w:sz w:val="17"/>
                <w:lang w:val="it-IT"/>
              </w:rPr>
              <w:t>Utilizzare il lessico e le categorie specifiche della tradizione filosofica · Competenza chiave: competenza personale e capacità di imparare a imparare</w:t>
            </w:r>
          </w:p>
        </w:tc>
      </w:tr>
      <w:tr w:rsidR="000D3CD5" w:rsidRPr="00106719" w14:paraId="53E76302" w14:textId="77777777" w:rsidTr="008B0F7A">
        <w:trPr>
          <w:cantSplit/>
        </w:trPr>
        <w:tc>
          <w:tcPr>
            <w:tcW w:w="2211" w:type="dxa"/>
            <w:shd w:val="clear" w:color="auto" w:fill="EDF0F5"/>
          </w:tcPr>
          <w:p w14:paraId="65465229"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55CAD446" w14:textId="77777777" w:rsidR="000D3CD5" w:rsidRPr="00106719" w:rsidRDefault="000D3CD5" w:rsidP="008B0F7A">
            <w:pPr>
              <w:spacing w:after="0"/>
              <w:rPr>
                <w:lang w:val="it-IT"/>
              </w:rPr>
            </w:pPr>
            <w:r w:rsidRPr="00106719">
              <w:rPr>
                <w:sz w:val="17"/>
                <w:lang w:val="it-IT"/>
              </w:rPr>
              <w:t>· Individuare il problema filosofico entro un testo</w:t>
            </w:r>
          </w:p>
          <w:p w14:paraId="613E520D" w14:textId="77777777" w:rsidR="000D3CD5" w:rsidRPr="00106719" w:rsidRDefault="000D3CD5" w:rsidP="008B0F7A">
            <w:pPr>
              <w:spacing w:after="0"/>
              <w:rPr>
                <w:lang w:val="it-IT"/>
              </w:rPr>
            </w:pPr>
            <w:r w:rsidRPr="00106719">
              <w:rPr>
                <w:sz w:val="17"/>
                <w:lang w:val="it-IT"/>
              </w:rPr>
              <w:t>· Riconoscere la struttura argomentativa di un ragionamento</w:t>
            </w:r>
          </w:p>
          <w:p w14:paraId="2EDEA7A6" w14:textId="77777777" w:rsidR="000D3CD5" w:rsidRPr="00106719" w:rsidRDefault="000D3CD5" w:rsidP="008B0F7A">
            <w:pPr>
              <w:spacing w:after="0"/>
              <w:rPr>
                <w:lang w:val="it-IT"/>
              </w:rPr>
            </w:pPr>
            <w:r w:rsidRPr="00106719">
              <w:rPr>
                <w:sz w:val="17"/>
                <w:lang w:val="it-IT"/>
              </w:rPr>
              <w:t>· Definire con precisione i termini tecnici</w:t>
            </w:r>
          </w:p>
          <w:p w14:paraId="2ED24680" w14:textId="77777777" w:rsidR="000D3CD5" w:rsidRPr="00106719" w:rsidRDefault="000D3CD5" w:rsidP="008B0F7A">
            <w:pPr>
              <w:spacing w:after="0"/>
              <w:rPr>
                <w:lang w:val="it-IT"/>
              </w:rPr>
            </w:pPr>
            <w:r w:rsidRPr="00106719">
              <w:rPr>
                <w:sz w:val="17"/>
                <w:lang w:val="it-IT"/>
              </w:rPr>
              <w:t>· Confrontare risposte diverse a un medesimo problema</w:t>
            </w:r>
          </w:p>
        </w:tc>
      </w:tr>
      <w:tr w:rsidR="000D3CD5" w:rsidRPr="00106719" w14:paraId="3132BF79" w14:textId="77777777" w:rsidTr="008B0F7A">
        <w:trPr>
          <w:cantSplit/>
        </w:trPr>
        <w:tc>
          <w:tcPr>
            <w:tcW w:w="2211" w:type="dxa"/>
            <w:shd w:val="clear" w:color="auto" w:fill="EDF0F5"/>
          </w:tcPr>
          <w:p w14:paraId="6ECE1AA4"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73E0FA63"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 xml:space="preserve">I presocratici e la domanda </w:t>
            </w:r>
            <w:proofErr w:type="spellStart"/>
            <w:r w:rsidRPr="00106719">
              <w:rPr>
                <w:sz w:val="17"/>
                <w:lang w:val="it-IT"/>
              </w:rPr>
              <w:t>sull'arché</w:t>
            </w:r>
            <w:proofErr w:type="spellEnd"/>
            <w:r w:rsidRPr="00106719">
              <w:rPr>
                <w:sz w:val="17"/>
                <w:lang w:val="it-IT"/>
              </w:rPr>
              <w:t>; i sofisti e la svolta antropologica; Socrate e il metodo dialogico; Platone: teoria delle idee, conoscenza, politica.</w:t>
            </w:r>
          </w:p>
          <w:p w14:paraId="18F2AF10"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L'idealismo tedesco: Fichte, Schelling, Hegel. La dialettica come struttura del reale e del pensiero.</w:t>
            </w:r>
          </w:p>
        </w:tc>
      </w:tr>
      <w:tr w:rsidR="000D3CD5" w:rsidRPr="00106719" w14:paraId="28129CF5" w14:textId="77777777" w:rsidTr="008B0F7A">
        <w:trPr>
          <w:cantSplit/>
        </w:trPr>
        <w:tc>
          <w:tcPr>
            <w:tcW w:w="2211" w:type="dxa"/>
            <w:shd w:val="clear" w:color="auto" w:fill="EDF0F5"/>
          </w:tcPr>
          <w:p w14:paraId="02E84374"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237058FD" w14:textId="77777777" w:rsidR="000D3CD5" w:rsidRPr="00106719" w:rsidRDefault="000D3CD5" w:rsidP="008B0F7A">
            <w:pPr>
              <w:spacing w:after="20"/>
              <w:rPr>
                <w:lang w:val="it-IT"/>
              </w:rPr>
            </w:pPr>
            <w:r w:rsidRPr="00106719">
              <w:rPr>
                <w:sz w:val="17"/>
                <w:lang w:val="it-IT"/>
              </w:rPr>
              <w:t>Lettura diretta di testi brevi; esercizio di definizione; costruzione di mappe argomentative; discussione filosofica strutturata.</w:t>
            </w:r>
          </w:p>
        </w:tc>
      </w:tr>
      <w:tr w:rsidR="000D3CD5" w:rsidRPr="00106719" w14:paraId="73651F85" w14:textId="77777777" w:rsidTr="008B0F7A">
        <w:trPr>
          <w:cantSplit/>
        </w:trPr>
        <w:tc>
          <w:tcPr>
            <w:tcW w:w="2211" w:type="dxa"/>
            <w:shd w:val="clear" w:color="auto" w:fill="EDF0F5"/>
          </w:tcPr>
          <w:p w14:paraId="6D1C3293"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6DCD2DDB" w14:textId="77777777" w:rsidR="000D3CD5" w:rsidRPr="00106719" w:rsidRDefault="000D3CD5" w:rsidP="008B0F7A">
            <w:pPr>
              <w:spacing w:after="20"/>
              <w:rPr>
                <w:lang w:val="it-IT"/>
              </w:rPr>
            </w:pPr>
            <w:r w:rsidRPr="00106719">
              <w:rPr>
                <w:sz w:val="17"/>
                <w:lang w:val="it-IT"/>
              </w:rPr>
              <w:t>Analisi argomentativa di un testo filosofico breve.</w:t>
            </w:r>
          </w:p>
        </w:tc>
      </w:tr>
      <w:tr w:rsidR="000D3CD5" w:rsidRPr="00106719" w14:paraId="02DAB4C2" w14:textId="77777777" w:rsidTr="008B0F7A">
        <w:trPr>
          <w:cantSplit/>
        </w:trPr>
        <w:tc>
          <w:tcPr>
            <w:tcW w:w="2211" w:type="dxa"/>
            <w:shd w:val="clear" w:color="auto" w:fill="EDF0F5"/>
          </w:tcPr>
          <w:p w14:paraId="09771FFD"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3A12EB53" w14:textId="77777777" w:rsidR="000D3CD5" w:rsidRPr="00106719" w:rsidRDefault="000D3CD5" w:rsidP="008B0F7A">
            <w:pPr>
              <w:spacing w:after="20"/>
              <w:rPr>
                <w:lang w:val="it-IT"/>
              </w:rPr>
            </w:pPr>
            <w:r w:rsidRPr="00106719">
              <w:rPr>
                <w:sz w:val="17"/>
                <w:lang w:val="it-IT"/>
              </w:rPr>
              <w:t>Prova d'ingresso sui prerequisiti logico-linguistici; verifica strutturata; analisi di testo.</w:t>
            </w:r>
          </w:p>
        </w:tc>
      </w:tr>
      <w:tr w:rsidR="000D3CD5" w:rsidRPr="00106719" w14:paraId="6FA03F65" w14:textId="77777777" w:rsidTr="008B0F7A">
        <w:trPr>
          <w:cantSplit/>
        </w:trPr>
        <w:tc>
          <w:tcPr>
            <w:tcW w:w="2211" w:type="dxa"/>
            <w:shd w:val="clear" w:color="auto" w:fill="EDF0F5"/>
          </w:tcPr>
          <w:p w14:paraId="1B5535A5"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2EF7B324" w14:textId="77777777" w:rsidR="000D3CD5" w:rsidRPr="00106719" w:rsidRDefault="000D3CD5" w:rsidP="008B0F7A">
            <w:pPr>
              <w:spacing w:after="20"/>
              <w:rPr>
                <w:lang w:val="it-IT"/>
              </w:rPr>
            </w:pPr>
            <w:r w:rsidRPr="00106719">
              <w:rPr>
                <w:sz w:val="17"/>
                <w:lang w:val="it-IT"/>
              </w:rPr>
              <w:t>Cittadinanza digitale · 1 ora: argomentazione e fallacie nel dibattito pubblico in rete.</w:t>
            </w:r>
          </w:p>
        </w:tc>
      </w:tr>
      <w:tr w:rsidR="000D3CD5" w:rsidRPr="00106719" w14:paraId="40B2CF7F" w14:textId="77777777" w:rsidTr="008B0F7A">
        <w:trPr>
          <w:cantSplit/>
        </w:trPr>
        <w:tc>
          <w:tcPr>
            <w:tcW w:w="2211" w:type="dxa"/>
            <w:shd w:val="clear" w:color="auto" w:fill="EDF0F5"/>
          </w:tcPr>
          <w:p w14:paraId="71AD054B"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5B0F4FA" w14:textId="77777777" w:rsidR="000D3CD5" w:rsidRPr="00106719" w:rsidRDefault="000D3CD5" w:rsidP="008B0F7A">
            <w:pPr>
              <w:spacing w:after="20"/>
              <w:rPr>
                <w:lang w:val="it-IT"/>
              </w:rPr>
            </w:pPr>
            <w:r w:rsidRPr="00106719">
              <w:rPr>
                <w:sz w:val="17"/>
                <w:lang w:val="it-IT"/>
              </w:rPr>
              <w:t>Fornisce gli strumenti di definizione dei concetti chiave impiegati nell'archivio (patrimonio, memoria, identità, comunità).</w:t>
            </w:r>
          </w:p>
        </w:tc>
      </w:tr>
    </w:tbl>
    <w:p w14:paraId="26CF0937"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183FA655" w14:textId="77777777" w:rsidTr="008B0F7A">
        <w:trPr>
          <w:cantSplit/>
        </w:trPr>
        <w:tc>
          <w:tcPr>
            <w:tcW w:w="9752" w:type="dxa"/>
            <w:gridSpan w:val="2"/>
            <w:shd w:val="clear" w:color="auto" w:fill="D6DFEE"/>
          </w:tcPr>
          <w:p w14:paraId="6FA140CB"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2 — Il sapere e i suoi fondamenti</w:t>
            </w:r>
          </w:p>
        </w:tc>
      </w:tr>
      <w:tr w:rsidR="000D3CD5" w:rsidRPr="00106719" w14:paraId="33AEF024" w14:textId="77777777" w:rsidTr="008B0F7A">
        <w:trPr>
          <w:cantSplit/>
        </w:trPr>
        <w:tc>
          <w:tcPr>
            <w:tcW w:w="2211" w:type="dxa"/>
            <w:shd w:val="clear" w:color="auto" w:fill="EDF0F5"/>
          </w:tcPr>
          <w:p w14:paraId="5CDCC4A6"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1C70EFDF"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novembre</w:t>
            </w:r>
            <w:proofErr w:type="spellEnd"/>
            <w:r w:rsidRPr="00106719">
              <w:rPr>
                <w:i/>
                <w:sz w:val="17"/>
              </w:rPr>
              <w:t xml:space="preserve"> – fine </w:t>
            </w:r>
            <w:proofErr w:type="spellStart"/>
            <w:r w:rsidRPr="00106719">
              <w:rPr>
                <w:i/>
                <w:sz w:val="17"/>
              </w:rPr>
              <w:t>gennaio</w:t>
            </w:r>
            <w:proofErr w:type="spellEnd"/>
          </w:p>
        </w:tc>
      </w:tr>
      <w:tr w:rsidR="000D3CD5" w:rsidRPr="00106719" w14:paraId="2FEAF765" w14:textId="77777777" w:rsidTr="008B0F7A">
        <w:trPr>
          <w:cantSplit/>
        </w:trPr>
        <w:tc>
          <w:tcPr>
            <w:tcW w:w="2211" w:type="dxa"/>
            <w:shd w:val="clear" w:color="auto" w:fill="EDF0F5"/>
          </w:tcPr>
          <w:p w14:paraId="593F5C69"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6EC8FEFC" w14:textId="77777777" w:rsidR="000D3CD5" w:rsidRPr="00106719" w:rsidRDefault="000D3CD5" w:rsidP="008B0F7A">
            <w:pPr>
              <w:spacing w:after="20"/>
              <w:rPr>
                <w:lang w:val="it-IT"/>
              </w:rPr>
            </w:pPr>
            <w:r w:rsidRPr="00106719">
              <w:rPr>
                <w:sz w:val="17"/>
                <w:lang w:val="it-IT"/>
              </w:rPr>
              <w:t>Problematizzare conoscenze, idee e credenze · Competenza chiave: competenza matematica e competenza in scienze e tecnologie</w:t>
            </w:r>
          </w:p>
        </w:tc>
      </w:tr>
      <w:tr w:rsidR="000D3CD5" w:rsidRPr="00106719" w14:paraId="16AA05DC" w14:textId="77777777" w:rsidTr="008B0F7A">
        <w:trPr>
          <w:cantSplit/>
        </w:trPr>
        <w:tc>
          <w:tcPr>
            <w:tcW w:w="2211" w:type="dxa"/>
            <w:shd w:val="clear" w:color="auto" w:fill="EDF0F5"/>
          </w:tcPr>
          <w:p w14:paraId="64219C41"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78745D26" w14:textId="77777777" w:rsidR="000D3CD5" w:rsidRPr="00106719" w:rsidRDefault="000D3CD5" w:rsidP="008B0F7A">
            <w:pPr>
              <w:spacing w:after="0"/>
              <w:rPr>
                <w:lang w:val="it-IT"/>
              </w:rPr>
            </w:pPr>
            <w:r w:rsidRPr="00106719">
              <w:rPr>
                <w:sz w:val="17"/>
                <w:lang w:val="it-IT"/>
              </w:rPr>
              <w:t>· Ricostruire le posizioni sul problema della conoscenza</w:t>
            </w:r>
          </w:p>
          <w:p w14:paraId="23267E75" w14:textId="77777777" w:rsidR="000D3CD5" w:rsidRPr="00106719" w:rsidRDefault="000D3CD5" w:rsidP="008B0F7A">
            <w:pPr>
              <w:spacing w:after="0"/>
              <w:rPr>
                <w:lang w:val="it-IT"/>
              </w:rPr>
            </w:pPr>
            <w:r w:rsidRPr="00106719">
              <w:rPr>
                <w:sz w:val="17"/>
                <w:lang w:val="it-IT"/>
              </w:rPr>
              <w:t>· Confrontare metodo filosofico e metodo scientifico</w:t>
            </w:r>
          </w:p>
          <w:p w14:paraId="16CE0787" w14:textId="77777777" w:rsidR="000D3CD5" w:rsidRPr="00106719" w:rsidRDefault="000D3CD5" w:rsidP="008B0F7A">
            <w:pPr>
              <w:spacing w:after="0"/>
              <w:rPr>
                <w:lang w:val="it-IT"/>
              </w:rPr>
            </w:pPr>
            <w:r w:rsidRPr="00106719">
              <w:rPr>
                <w:sz w:val="17"/>
                <w:lang w:val="it-IT"/>
              </w:rPr>
              <w:t>· Valutare la coerenza interna di una teoria</w:t>
            </w:r>
          </w:p>
          <w:p w14:paraId="79038248" w14:textId="77777777" w:rsidR="000D3CD5" w:rsidRPr="00106719" w:rsidRDefault="000D3CD5" w:rsidP="008B0F7A">
            <w:pPr>
              <w:spacing w:after="0"/>
              <w:rPr>
                <w:lang w:val="it-IT"/>
              </w:rPr>
            </w:pPr>
            <w:r w:rsidRPr="00106719">
              <w:rPr>
                <w:sz w:val="17"/>
                <w:lang w:val="it-IT"/>
              </w:rPr>
              <w:t>· Sostenere una tesi con argomenti e obiezioni</w:t>
            </w:r>
          </w:p>
        </w:tc>
      </w:tr>
      <w:tr w:rsidR="000D3CD5" w:rsidRPr="00106719" w14:paraId="6A400563" w14:textId="77777777" w:rsidTr="008B0F7A">
        <w:trPr>
          <w:cantSplit/>
        </w:trPr>
        <w:tc>
          <w:tcPr>
            <w:tcW w:w="2211" w:type="dxa"/>
            <w:shd w:val="clear" w:color="auto" w:fill="EDF0F5"/>
          </w:tcPr>
          <w:p w14:paraId="13AF8C96"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50B10ACB"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Aristotele: logica, metafisica, etica, politica. L'ellenismo; la filosofia cristiana medievale; Agostino e Tommaso; il problema degli universali.</w:t>
            </w:r>
          </w:p>
          <w:p w14:paraId="32F7DF58"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Schopenhauer, Kierkegaard; la Sinistra hegeliana; Feuerbach e Marx: alienazione, materialismo storico, critica dell'economia politica.</w:t>
            </w:r>
          </w:p>
        </w:tc>
      </w:tr>
      <w:tr w:rsidR="000D3CD5" w:rsidRPr="00106719" w14:paraId="6F892F91" w14:textId="77777777" w:rsidTr="008B0F7A">
        <w:trPr>
          <w:cantSplit/>
        </w:trPr>
        <w:tc>
          <w:tcPr>
            <w:tcW w:w="2211" w:type="dxa"/>
            <w:shd w:val="clear" w:color="auto" w:fill="EDF0F5"/>
          </w:tcPr>
          <w:p w14:paraId="351B9FAD"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7FC97B39" w14:textId="77777777" w:rsidR="000D3CD5" w:rsidRPr="00106719" w:rsidRDefault="000D3CD5" w:rsidP="008B0F7A">
            <w:pPr>
              <w:spacing w:after="20"/>
              <w:rPr>
                <w:lang w:val="it-IT"/>
              </w:rPr>
            </w:pPr>
            <w:r w:rsidRPr="00106719">
              <w:rPr>
                <w:sz w:val="17"/>
                <w:lang w:val="it-IT"/>
              </w:rPr>
              <w:t xml:space="preserve">Lezione dialogata su testi; </w:t>
            </w:r>
            <w:proofErr w:type="spellStart"/>
            <w:r w:rsidRPr="00106719">
              <w:rPr>
                <w:sz w:val="17"/>
                <w:lang w:val="it-IT"/>
              </w:rPr>
              <w:t>disputatio</w:t>
            </w:r>
            <w:proofErr w:type="spellEnd"/>
            <w:r w:rsidRPr="00106719">
              <w:rPr>
                <w:sz w:val="17"/>
                <w:lang w:val="it-IT"/>
              </w:rPr>
              <w:t xml:space="preserve"> strutturata; collegamento con Matematica, Fisica e Scienze naturali sui temi di epistemologia.</w:t>
            </w:r>
          </w:p>
        </w:tc>
      </w:tr>
      <w:tr w:rsidR="000D3CD5" w:rsidRPr="00106719" w14:paraId="074A7302" w14:textId="77777777" w:rsidTr="008B0F7A">
        <w:trPr>
          <w:cantSplit/>
        </w:trPr>
        <w:tc>
          <w:tcPr>
            <w:tcW w:w="2211" w:type="dxa"/>
            <w:shd w:val="clear" w:color="auto" w:fill="EDF0F5"/>
          </w:tcPr>
          <w:p w14:paraId="7CF2C33C"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0838D4DA" w14:textId="77777777" w:rsidR="000D3CD5" w:rsidRPr="00106719" w:rsidRDefault="000D3CD5" w:rsidP="008B0F7A">
            <w:pPr>
              <w:spacing w:after="20"/>
              <w:rPr>
                <w:lang w:val="it-IT"/>
              </w:rPr>
            </w:pPr>
            <w:r w:rsidRPr="00106719">
              <w:rPr>
                <w:sz w:val="17"/>
                <w:lang w:val="it-IT"/>
              </w:rPr>
              <w:t>Testo argomentativo su un problema filosofico, con obiezione e replica.</w:t>
            </w:r>
          </w:p>
        </w:tc>
      </w:tr>
      <w:tr w:rsidR="000D3CD5" w:rsidRPr="00106719" w14:paraId="4A77D52A" w14:textId="77777777" w:rsidTr="008B0F7A">
        <w:trPr>
          <w:cantSplit/>
        </w:trPr>
        <w:tc>
          <w:tcPr>
            <w:tcW w:w="2211" w:type="dxa"/>
            <w:shd w:val="clear" w:color="auto" w:fill="EDF0F5"/>
          </w:tcPr>
          <w:p w14:paraId="4E2AD5F6"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5C5F2E15" w14:textId="77777777" w:rsidR="000D3CD5" w:rsidRPr="00106719" w:rsidRDefault="000D3CD5" w:rsidP="008B0F7A">
            <w:pPr>
              <w:spacing w:after="20"/>
              <w:rPr>
                <w:lang w:val="it-IT"/>
              </w:rPr>
            </w:pPr>
            <w:r w:rsidRPr="00106719">
              <w:rPr>
                <w:sz w:val="17"/>
                <w:lang w:val="it-IT"/>
              </w:rPr>
              <w:t>Valutazione del testo su rubrica; verifica strutturata; interrogazione su percorso.</w:t>
            </w:r>
          </w:p>
        </w:tc>
      </w:tr>
      <w:tr w:rsidR="000D3CD5" w:rsidRPr="00106719" w14:paraId="754A0CB6" w14:textId="77777777" w:rsidTr="008B0F7A">
        <w:trPr>
          <w:cantSplit/>
        </w:trPr>
        <w:tc>
          <w:tcPr>
            <w:tcW w:w="2211" w:type="dxa"/>
            <w:shd w:val="clear" w:color="auto" w:fill="EDF0F5"/>
          </w:tcPr>
          <w:p w14:paraId="7239778F"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21AC97D8" w14:textId="77777777" w:rsidR="000D3CD5" w:rsidRPr="00106719" w:rsidRDefault="000D3CD5" w:rsidP="008B0F7A">
            <w:pPr>
              <w:spacing w:after="20"/>
              <w:rPr>
                <w:lang w:val="it-IT"/>
              </w:rPr>
            </w:pPr>
            <w:r w:rsidRPr="00106719">
              <w:rPr>
                <w:sz w:val="17"/>
                <w:lang w:val="it-IT"/>
              </w:rPr>
              <w:t>Costituzione · 2 ore: fondamenti filosofici dei diritti umani; dignità e persona.</w:t>
            </w:r>
          </w:p>
        </w:tc>
      </w:tr>
      <w:tr w:rsidR="000D3CD5" w:rsidRPr="00106719" w14:paraId="7B9C820A" w14:textId="77777777" w:rsidTr="008B0F7A">
        <w:trPr>
          <w:cantSplit/>
        </w:trPr>
        <w:tc>
          <w:tcPr>
            <w:tcW w:w="2211" w:type="dxa"/>
            <w:shd w:val="clear" w:color="auto" w:fill="EDF0F5"/>
          </w:tcPr>
          <w:p w14:paraId="34D69AC1"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27FBA2AD" w14:textId="77777777" w:rsidR="000D3CD5" w:rsidRPr="00106719" w:rsidRDefault="000D3CD5" w:rsidP="008B0F7A">
            <w:pPr>
              <w:spacing w:after="20"/>
              <w:rPr>
                <w:lang w:val="it-IT"/>
              </w:rPr>
            </w:pPr>
            <w:r w:rsidRPr="00106719">
              <w:rPr>
                <w:sz w:val="17"/>
                <w:lang w:val="it-IT"/>
              </w:rPr>
              <w:t>Sottopone a verifica concettuale le categorie impiegate nella descrizione dei beni.</w:t>
            </w:r>
          </w:p>
        </w:tc>
      </w:tr>
    </w:tbl>
    <w:p w14:paraId="3E35A681"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09EC9BFB" w14:textId="77777777" w:rsidTr="008B0F7A">
        <w:trPr>
          <w:cantSplit/>
        </w:trPr>
        <w:tc>
          <w:tcPr>
            <w:tcW w:w="9752" w:type="dxa"/>
            <w:gridSpan w:val="2"/>
            <w:shd w:val="clear" w:color="auto" w:fill="D6DFEE"/>
          </w:tcPr>
          <w:p w14:paraId="2B4179DB"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3 — Il soggetto moderno: libertà, potere, responsabilità</w:t>
            </w:r>
          </w:p>
        </w:tc>
      </w:tr>
      <w:tr w:rsidR="000D3CD5" w:rsidRPr="00106719" w14:paraId="1E9791A2" w14:textId="77777777" w:rsidTr="008B0F7A">
        <w:trPr>
          <w:cantSplit/>
        </w:trPr>
        <w:tc>
          <w:tcPr>
            <w:tcW w:w="2211" w:type="dxa"/>
            <w:shd w:val="clear" w:color="auto" w:fill="EDF0F5"/>
          </w:tcPr>
          <w:p w14:paraId="5528A25B"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12E9636A" w14:textId="77777777" w:rsidR="000D3CD5" w:rsidRPr="00106719" w:rsidRDefault="000D3CD5" w:rsidP="008B0F7A">
            <w:pPr>
              <w:spacing w:after="20"/>
            </w:pPr>
            <w:r w:rsidRPr="00106719">
              <w:rPr>
                <w:i/>
                <w:sz w:val="17"/>
              </w:rPr>
              <w:t xml:space="preserve">2° </w:t>
            </w:r>
            <w:proofErr w:type="spellStart"/>
            <w:r w:rsidRPr="00106719">
              <w:rPr>
                <w:i/>
                <w:sz w:val="17"/>
              </w:rPr>
              <w:t>quadrimestre</w:t>
            </w:r>
            <w:proofErr w:type="spellEnd"/>
            <w:r w:rsidRPr="00106719">
              <w:rPr>
                <w:i/>
                <w:sz w:val="17"/>
              </w:rPr>
              <w:t xml:space="preserve"> · </w:t>
            </w:r>
            <w:proofErr w:type="spellStart"/>
            <w:r w:rsidRPr="00106719">
              <w:rPr>
                <w:i/>
                <w:sz w:val="17"/>
              </w:rPr>
              <w:t>febbraio</w:t>
            </w:r>
            <w:proofErr w:type="spellEnd"/>
            <w:r w:rsidRPr="00106719">
              <w:rPr>
                <w:i/>
                <w:sz w:val="17"/>
              </w:rPr>
              <w:t xml:space="preserve"> – pausa </w:t>
            </w:r>
            <w:proofErr w:type="spellStart"/>
            <w:r w:rsidRPr="00106719">
              <w:rPr>
                <w:i/>
                <w:sz w:val="17"/>
              </w:rPr>
              <w:t>pasquale</w:t>
            </w:r>
            <w:proofErr w:type="spellEnd"/>
          </w:p>
        </w:tc>
      </w:tr>
      <w:tr w:rsidR="000D3CD5" w:rsidRPr="00106719" w14:paraId="25774918" w14:textId="77777777" w:rsidTr="008B0F7A">
        <w:trPr>
          <w:cantSplit/>
        </w:trPr>
        <w:tc>
          <w:tcPr>
            <w:tcW w:w="2211" w:type="dxa"/>
            <w:shd w:val="clear" w:color="auto" w:fill="EDF0F5"/>
          </w:tcPr>
          <w:p w14:paraId="37BAA934" w14:textId="77777777" w:rsidR="000D3CD5" w:rsidRPr="00106719" w:rsidRDefault="000D3CD5" w:rsidP="008B0F7A">
            <w:pPr>
              <w:spacing w:after="20"/>
            </w:pPr>
            <w:proofErr w:type="spellStart"/>
            <w:r w:rsidRPr="00106719">
              <w:rPr>
                <w:b/>
                <w:sz w:val="17"/>
              </w:rPr>
              <w:lastRenderedPageBreak/>
              <w:t>Competenza</w:t>
            </w:r>
            <w:proofErr w:type="spellEnd"/>
            <w:r w:rsidRPr="00106719">
              <w:rPr>
                <w:b/>
                <w:sz w:val="17"/>
              </w:rPr>
              <w:t xml:space="preserve"> </w:t>
            </w:r>
            <w:proofErr w:type="spellStart"/>
            <w:r w:rsidRPr="00106719">
              <w:rPr>
                <w:b/>
                <w:sz w:val="17"/>
              </w:rPr>
              <w:t>mirata</w:t>
            </w:r>
            <w:proofErr w:type="spellEnd"/>
          </w:p>
        </w:tc>
        <w:tc>
          <w:tcPr>
            <w:tcW w:w="7540" w:type="dxa"/>
          </w:tcPr>
          <w:p w14:paraId="0EF9EFF5" w14:textId="77777777" w:rsidR="000D3CD5" w:rsidRPr="00106719" w:rsidRDefault="000D3CD5" w:rsidP="008B0F7A">
            <w:pPr>
              <w:spacing w:after="20"/>
              <w:rPr>
                <w:lang w:val="it-IT"/>
              </w:rPr>
            </w:pPr>
            <w:r w:rsidRPr="00106719">
              <w:rPr>
                <w:sz w:val="17"/>
                <w:lang w:val="it-IT"/>
              </w:rPr>
              <w:t>Sviluppare la riflessione personale e il giudizio critico · Competenza chiave: competenza in materia di cittadinanza</w:t>
            </w:r>
          </w:p>
        </w:tc>
      </w:tr>
      <w:tr w:rsidR="000D3CD5" w:rsidRPr="00106719" w14:paraId="30E35133" w14:textId="77777777" w:rsidTr="008B0F7A">
        <w:trPr>
          <w:cantSplit/>
        </w:trPr>
        <w:tc>
          <w:tcPr>
            <w:tcW w:w="2211" w:type="dxa"/>
            <w:shd w:val="clear" w:color="auto" w:fill="EDF0F5"/>
          </w:tcPr>
          <w:p w14:paraId="6C3BF54F"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533EBE80" w14:textId="77777777" w:rsidR="000D3CD5" w:rsidRPr="00106719" w:rsidRDefault="000D3CD5" w:rsidP="008B0F7A">
            <w:pPr>
              <w:spacing w:after="0"/>
              <w:rPr>
                <w:lang w:val="it-IT"/>
              </w:rPr>
            </w:pPr>
            <w:r w:rsidRPr="00106719">
              <w:rPr>
                <w:sz w:val="17"/>
                <w:lang w:val="it-IT"/>
              </w:rPr>
              <w:t>· Analizzare le teorie moderne del potere e del contratto</w:t>
            </w:r>
          </w:p>
          <w:p w14:paraId="291F166F" w14:textId="77777777" w:rsidR="000D3CD5" w:rsidRPr="00106719" w:rsidRDefault="000D3CD5" w:rsidP="008B0F7A">
            <w:pPr>
              <w:spacing w:after="0"/>
              <w:rPr>
                <w:lang w:val="it-IT"/>
              </w:rPr>
            </w:pPr>
            <w:r w:rsidRPr="00106719">
              <w:rPr>
                <w:sz w:val="17"/>
                <w:lang w:val="it-IT"/>
              </w:rPr>
              <w:t>· Riconoscere le implicazioni etiche e politiche di una tesi</w:t>
            </w:r>
          </w:p>
          <w:p w14:paraId="28AC6350" w14:textId="77777777" w:rsidR="000D3CD5" w:rsidRPr="00106719" w:rsidRDefault="000D3CD5" w:rsidP="008B0F7A">
            <w:pPr>
              <w:spacing w:after="0"/>
              <w:rPr>
                <w:lang w:val="it-IT"/>
              </w:rPr>
            </w:pPr>
            <w:r w:rsidRPr="00106719">
              <w:rPr>
                <w:sz w:val="17"/>
                <w:lang w:val="it-IT"/>
              </w:rPr>
              <w:t>· Confrontare modelli antropologici</w:t>
            </w:r>
          </w:p>
          <w:p w14:paraId="786AB65F" w14:textId="77777777" w:rsidR="000D3CD5" w:rsidRPr="00106719" w:rsidRDefault="000D3CD5" w:rsidP="008B0F7A">
            <w:pPr>
              <w:spacing w:after="0"/>
              <w:rPr>
                <w:lang w:val="it-IT"/>
              </w:rPr>
            </w:pPr>
            <w:r w:rsidRPr="00106719">
              <w:rPr>
                <w:sz w:val="17"/>
                <w:lang w:val="it-IT"/>
              </w:rPr>
              <w:t>· Condurre una discussione filosofica rispettandone le regole</w:t>
            </w:r>
          </w:p>
        </w:tc>
      </w:tr>
      <w:tr w:rsidR="000D3CD5" w:rsidRPr="00106719" w14:paraId="1406273E" w14:textId="77777777" w:rsidTr="008B0F7A">
        <w:trPr>
          <w:cantSplit/>
        </w:trPr>
        <w:tc>
          <w:tcPr>
            <w:tcW w:w="2211" w:type="dxa"/>
            <w:shd w:val="clear" w:color="auto" w:fill="EDF0F5"/>
          </w:tcPr>
          <w:p w14:paraId="1BAEE094"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1EEA5972"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Umanesimo e rivoluzione scientifica; Galilei e Bacone; Cartesio; il giusnaturalismo e il contrattualismo: Hobbes, Locke, Rousseau; Spinoza; l'Illuminismo; Kant.</w:t>
            </w:r>
          </w:p>
          <w:p w14:paraId="1F762F6D"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Il positivismo; Nietzsche e la critica della morale; Freud e la scoperta dell'inconscio; la crisi delle certezze.</w:t>
            </w:r>
          </w:p>
        </w:tc>
      </w:tr>
      <w:tr w:rsidR="000D3CD5" w:rsidRPr="00106719" w14:paraId="734E4E2E" w14:textId="77777777" w:rsidTr="008B0F7A">
        <w:trPr>
          <w:cantSplit/>
        </w:trPr>
        <w:tc>
          <w:tcPr>
            <w:tcW w:w="2211" w:type="dxa"/>
            <w:shd w:val="clear" w:color="auto" w:fill="EDF0F5"/>
          </w:tcPr>
          <w:p w14:paraId="4B1C234E"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11834081" w14:textId="77777777" w:rsidR="000D3CD5" w:rsidRPr="00106719" w:rsidRDefault="000D3CD5" w:rsidP="008B0F7A">
            <w:pPr>
              <w:spacing w:after="20"/>
              <w:rPr>
                <w:lang w:val="it-IT"/>
              </w:rPr>
            </w:pPr>
            <w:r w:rsidRPr="00106719">
              <w:rPr>
                <w:sz w:val="17"/>
                <w:lang w:val="it-IT"/>
              </w:rPr>
              <w:t>Seminario di lettura; dibattito regolato; collegamento con Storia, Diritto e Scienze umane; produzione di elaborati argomentativi.</w:t>
            </w:r>
          </w:p>
        </w:tc>
      </w:tr>
      <w:tr w:rsidR="000D3CD5" w:rsidRPr="00106719" w14:paraId="742E0D1D" w14:textId="77777777" w:rsidTr="008B0F7A">
        <w:trPr>
          <w:cantSplit/>
        </w:trPr>
        <w:tc>
          <w:tcPr>
            <w:tcW w:w="2211" w:type="dxa"/>
            <w:shd w:val="clear" w:color="auto" w:fill="EDF0F5"/>
          </w:tcPr>
          <w:p w14:paraId="1E1A3931"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6F10D7A7" w14:textId="77777777" w:rsidR="000D3CD5" w:rsidRPr="00106719" w:rsidRDefault="000D3CD5" w:rsidP="008B0F7A">
            <w:pPr>
              <w:spacing w:after="20"/>
              <w:rPr>
                <w:lang w:val="it-IT"/>
              </w:rPr>
            </w:pPr>
            <w:r w:rsidRPr="00106719">
              <w:rPr>
                <w:sz w:val="17"/>
                <w:lang w:val="it-IT"/>
              </w:rPr>
              <w:t>Dossier su un problema etico-politico con posizioni a confronto.</w:t>
            </w:r>
          </w:p>
        </w:tc>
      </w:tr>
      <w:tr w:rsidR="000D3CD5" w:rsidRPr="00106719" w14:paraId="4F540871" w14:textId="77777777" w:rsidTr="008B0F7A">
        <w:trPr>
          <w:cantSplit/>
        </w:trPr>
        <w:tc>
          <w:tcPr>
            <w:tcW w:w="2211" w:type="dxa"/>
            <w:shd w:val="clear" w:color="auto" w:fill="EDF0F5"/>
          </w:tcPr>
          <w:p w14:paraId="25B9FDA9"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B44F410" w14:textId="77777777" w:rsidR="000D3CD5" w:rsidRPr="00106719" w:rsidRDefault="000D3CD5" w:rsidP="008B0F7A">
            <w:pPr>
              <w:spacing w:after="20"/>
              <w:rPr>
                <w:lang w:val="it-IT"/>
              </w:rPr>
            </w:pPr>
            <w:r w:rsidRPr="00106719">
              <w:rPr>
                <w:sz w:val="17"/>
                <w:lang w:val="it-IT"/>
              </w:rPr>
              <w:t>Valutazione del dossier su rubrica; verifica scritta; colloquio.</w:t>
            </w:r>
          </w:p>
        </w:tc>
      </w:tr>
      <w:tr w:rsidR="000D3CD5" w:rsidRPr="00106719" w14:paraId="133ACD34" w14:textId="77777777" w:rsidTr="008B0F7A">
        <w:trPr>
          <w:cantSplit/>
        </w:trPr>
        <w:tc>
          <w:tcPr>
            <w:tcW w:w="2211" w:type="dxa"/>
            <w:shd w:val="clear" w:color="auto" w:fill="EDF0F5"/>
          </w:tcPr>
          <w:p w14:paraId="65D4AFFD"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2B706E0E" w14:textId="77777777" w:rsidR="000D3CD5" w:rsidRPr="00106719" w:rsidRDefault="000D3CD5" w:rsidP="008B0F7A">
            <w:pPr>
              <w:spacing w:after="20"/>
              <w:rPr>
                <w:lang w:val="it-IT"/>
              </w:rPr>
            </w:pPr>
            <w:r w:rsidRPr="00106719">
              <w:rPr>
                <w:sz w:val="17"/>
                <w:lang w:val="it-IT"/>
              </w:rPr>
              <w:t>Costituzione · 3 ore: sovranità popolare, separazione dei poteri, limiti del potere.</w:t>
            </w:r>
          </w:p>
        </w:tc>
      </w:tr>
      <w:tr w:rsidR="000D3CD5" w:rsidRPr="00106719" w14:paraId="0F580535" w14:textId="77777777" w:rsidTr="008B0F7A">
        <w:trPr>
          <w:cantSplit/>
        </w:trPr>
        <w:tc>
          <w:tcPr>
            <w:tcW w:w="2211" w:type="dxa"/>
            <w:shd w:val="clear" w:color="auto" w:fill="EDF0F5"/>
          </w:tcPr>
          <w:p w14:paraId="51DF0D9F"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751A5C68" w14:textId="77777777" w:rsidR="000D3CD5" w:rsidRPr="00106719" w:rsidRDefault="000D3CD5" w:rsidP="008B0F7A">
            <w:pPr>
              <w:spacing w:after="20"/>
              <w:rPr>
                <w:lang w:val="it-IT"/>
              </w:rPr>
            </w:pPr>
            <w:r w:rsidRPr="00106719">
              <w:rPr>
                <w:sz w:val="17"/>
                <w:lang w:val="it-IT"/>
              </w:rPr>
              <w:t>Fornisce l'inquadramento etico-politico del tema del patrimonio come bene comune.</w:t>
            </w:r>
          </w:p>
        </w:tc>
      </w:tr>
    </w:tbl>
    <w:p w14:paraId="3ECC8CCF"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41847206" w14:textId="77777777" w:rsidTr="008B0F7A">
        <w:trPr>
          <w:cantSplit/>
        </w:trPr>
        <w:tc>
          <w:tcPr>
            <w:tcW w:w="9752" w:type="dxa"/>
            <w:gridSpan w:val="2"/>
            <w:shd w:val="clear" w:color="auto" w:fill="D6DFEE"/>
          </w:tcPr>
          <w:p w14:paraId="4842B0C6"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4 — Filosofia del Novecento e questioni contemporanee</w:t>
            </w:r>
          </w:p>
        </w:tc>
      </w:tr>
      <w:tr w:rsidR="000D3CD5" w:rsidRPr="00106719" w14:paraId="423CC64F" w14:textId="77777777" w:rsidTr="008B0F7A">
        <w:trPr>
          <w:cantSplit/>
        </w:trPr>
        <w:tc>
          <w:tcPr>
            <w:tcW w:w="2211" w:type="dxa"/>
            <w:shd w:val="clear" w:color="auto" w:fill="EDF0F5"/>
          </w:tcPr>
          <w:p w14:paraId="11171EB5"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3F01C704" w14:textId="77777777" w:rsidR="000D3CD5" w:rsidRPr="00106719" w:rsidRDefault="000D3CD5" w:rsidP="008B0F7A">
            <w:pPr>
              <w:spacing w:after="20"/>
              <w:rPr>
                <w:lang w:val="it-IT"/>
              </w:rPr>
            </w:pPr>
            <w:r w:rsidRPr="00106719">
              <w:rPr>
                <w:i/>
                <w:sz w:val="17"/>
                <w:lang w:val="it-IT"/>
              </w:rPr>
              <w:t>2° quadrimestre · dopo Pasqua – termine delle lezioni</w:t>
            </w:r>
          </w:p>
        </w:tc>
      </w:tr>
      <w:tr w:rsidR="000D3CD5" w:rsidRPr="00106719" w14:paraId="52BE10C3" w14:textId="77777777" w:rsidTr="008B0F7A">
        <w:trPr>
          <w:cantSplit/>
        </w:trPr>
        <w:tc>
          <w:tcPr>
            <w:tcW w:w="2211" w:type="dxa"/>
            <w:shd w:val="clear" w:color="auto" w:fill="EDF0F5"/>
          </w:tcPr>
          <w:p w14:paraId="3090A715"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38669710" w14:textId="77777777" w:rsidR="000D3CD5" w:rsidRPr="00106719" w:rsidRDefault="000D3CD5" w:rsidP="008B0F7A">
            <w:pPr>
              <w:spacing w:after="20"/>
              <w:rPr>
                <w:lang w:val="it-IT"/>
              </w:rPr>
            </w:pPr>
            <w:r w:rsidRPr="00106719">
              <w:rPr>
                <w:sz w:val="17"/>
                <w:lang w:val="it-IT"/>
              </w:rPr>
              <w:t>Orientarsi sui problemi fondamentali del pensiero contemporaneo · Competenza chiave: consapevolezza ed espressione culturale</w:t>
            </w:r>
          </w:p>
        </w:tc>
      </w:tr>
      <w:tr w:rsidR="000D3CD5" w:rsidRPr="00106719" w14:paraId="2C1B3E2B" w14:textId="77777777" w:rsidTr="008B0F7A">
        <w:trPr>
          <w:cantSplit/>
        </w:trPr>
        <w:tc>
          <w:tcPr>
            <w:tcW w:w="2211" w:type="dxa"/>
            <w:shd w:val="clear" w:color="auto" w:fill="EDF0F5"/>
          </w:tcPr>
          <w:p w14:paraId="6095DB69"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700F2B6D" w14:textId="77777777" w:rsidR="000D3CD5" w:rsidRPr="00106719" w:rsidRDefault="000D3CD5" w:rsidP="008B0F7A">
            <w:pPr>
              <w:spacing w:after="0"/>
              <w:rPr>
                <w:lang w:val="it-IT"/>
              </w:rPr>
            </w:pPr>
            <w:r w:rsidRPr="00106719">
              <w:rPr>
                <w:sz w:val="17"/>
                <w:lang w:val="it-IT"/>
              </w:rPr>
              <w:t>· Collegare un autore a una questione aperta del presente</w:t>
            </w:r>
          </w:p>
          <w:p w14:paraId="1101DE1A" w14:textId="77777777" w:rsidR="000D3CD5" w:rsidRPr="00106719" w:rsidRDefault="000D3CD5" w:rsidP="008B0F7A">
            <w:pPr>
              <w:spacing w:after="0"/>
              <w:rPr>
                <w:lang w:val="it-IT"/>
              </w:rPr>
            </w:pPr>
            <w:r w:rsidRPr="00106719">
              <w:rPr>
                <w:sz w:val="17"/>
                <w:lang w:val="it-IT"/>
              </w:rPr>
              <w:t>· Costruire un percorso tematico rigoroso</w:t>
            </w:r>
          </w:p>
          <w:p w14:paraId="0FB23555" w14:textId="77777777" w:rsidR="000D3CD5" w:rsidRPr="00106719" w:rsidRDefault="000D3CD5" w:rsidP="008B0F7A">
            <w:pPr>
              <w:spacing w:after="0"/>
              <w:rPr>
                <w:lang w:val="it-IT"/>
              </w:rPr>
            </w:pPr>
            <w:r w:rsidRPr="00106719">
              <w:rPr>
                <w:sz w:val="17"/>
                <w:lang w:val="it-IT"/>
              </w:rPr>
              <w:t>· Riconoscere il contributo della filosofia alle scienze e alle tecnologie</w:t>
            </w:r>
          </w:p>
          <w:p w14:paraId="42B4C5F6" w14:textId="77777777" w:rsidR="000D3CD5" w:rsidRPr="00106719" w:rsidRDefault="000D3CD5" w:rsidP="008B0F7A">
            <w:pPr>
              <w:spacing w:after="0"/>
              <w:rPr>
                <w:lang w:val="it-IT"/>
              </w:rPr>
            </w:pPr>
            <w:r w:rsidRPr="00106719">
              <w:rPr>
                <w:sz w:val="17"/>
                <w:lang w:val="it-IT"/>
              </w:rPr>
              <w:t>· Argomentare in sede di colloquio</w:t>
            </w:r>
          </w:p>
        </w:tc>
      </w:tr>
      <w:tr w:rsidR="000D3CD5" w:rsidRPr="00106719" w14:paraId="3D96D986" w14:textId="77777777" w:rsidTr="008B0F7A">
        <w:trPr>
          <w:cantSplit/>
        </w:trPr>
        <w:tc>
          <w:tcPr>
            <w:tcW w:w="2211" w:type="dxa"/>
            <w:shd w:val="clear" w:color="auto" w:fill="EDF0F5"/>
          </w:tcPr>
          <w:p w14:paraId="2C2CBC42"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4B3EF223"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L'idealismo romantico e il dibattito post-kantiano; bilancio delle competenze del secondo biennio; avvio dei percorsi tematici.</w:t>
            </w:r>
          </w:p>
          <w:p w14:paraId="48DC1177"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Fenomenologia ed esistenzialismo; l'epistemologia del Novecento (Popper, Kuhn); la filosofia politica contemporanea; etica della tecnica e dell'intelligenza artificiale; nodi concettuali per il colloquio.</w:t>
            </w:r>
          </w:p>
        </w:tc>
      </w:tr>
      <w:tr w:rsidR="000D3CD5" w:rsidRPr="00106719" w14:paraId="30C0F10F" w14:textId="77777777" w:rsidTr="008B0F7A">
        <w:trPr>
          <w:cantSplit/>
        </w:trPr>
        <w:tc>
          <w:tcPr>
            <w:tcW w:w="2211" w:type="dxa"/>
            <w:shd w:val="clear" w:color="auto" w:fill="EDF0F5"/>
          </w:tcPr>
          <w:p w14:paraId="5F23B49B"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77D490B9" w14:textId="77777777" w:rsidR="000D3CD5" w:rsidRPr="00106719" w:rsidRDefault="000D3CD5" w:rsidP="008B0F7A">
            <w:pPr>
              <w:spacing w:after="20"/>
              <w:rPr>
                <w:lang w:val="it-IT"/>
              </w:rPr>
            </w:pPr>
            <w:r w:rsidRPr="00106719">
              <w:rPr>
                <w:sz w:val="17"/>
                <w:lang w:val="it-IT"/>
              </w:rPr>
              <w:t>Percorso tematico autonomo; seminario; collegamento con l'orientamento universitario e con il Piano Lauree Scientifiche.</w:t>
            </w:r>
          </w:p>
        </w:tc>
      </w:tr>
      <w:tr w:rsidR="000D3CD5" w:rsidRPr="00106719" w14:paraId="738274AE" w14:textId="77777777" w:rsidTr="008B0F7A">
        <w:trPr>
          <w:cantSplit/>
        </w:trPr>
        <w:tc>
          <w:tcPr>
            <w:tcW w:w="2211" w:type="dxa"/>
            <w:shd w:val="clear" w:color="auto" w:fill="EDF0F5"/>
          </w:tcPr>
          <w:p w14:paraId="74EC9CFF"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44FC698" w14:textId="77777777" w:rsidR="000D3CD5" w:rsidRPr="00106719" w:rsidRDefault="000D3CD5" w:rsidP="008B0F7A">
            <w:pPr>
              <w:spacing w:after="20"/>
              <w:rPr>
                <w:lang w:val="it-IT"/>
              </w:rPr>
            </w:pPr>
            <w:r w:rsidRPr="00106719">
              <w:rPr>
                <w:sz w:val="17"/>
                <w:lang w:val="it-IT"/>
              </w:rPr>
              <w:t>Percorso tematico documentato, candidabile all'E-Portfolio e alla scelta del capolavoro.</w:t>
            </w:r>
          </w:p>
        </w:tc>
      </w:tr>
      <w:tr w:rsidR="000D3CD5" w:rsidRPr="00106719" w14:paraId="2BF23756" w14:textId="77777777" w:rsidTr="008B0F7A">
        <w:trPr>
          <w:cantSplit/>
        </w:trPr>
        <w:tc>
          <w:tcPr>
            <w:tcW w:w="2211" w:type="dxa"/>
            <w:shd w:val="clear" w:color="auto" w:fill="EDF0F5"/>
          </w:tcPr>
          <w:p w14:paraId="6EC331A4"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51545949" w14:textId="77777777" w:rsidR="000D3CD5" w:rsidRPr="00106719" w:rsidRDefault="000D3CD5" w:rsidP="008B0F7A">
            <w:pPr>
              <w:spacing w:after="20"/>
              <w:rPr>
                <w:lang w:val="it-IT"/>
              </w:rPr>
            </w:pPr>
            <w:r w:rsidRPr="00106719">
              <w:rPr>
                <w:sz w:val="17"/>
                <w:lang w:val="it-IT"/>
              </w:rPr>
              <w:t>Valutazione su rubrica di competenza; simulazione di colloquio.</w:t>
            </w:r>
          </w:p>
        </w:tc>
      </w:tr>
      <w:tr w:rsidR="000D3CD5" w:rsidRPr="00106719" w14:paraId="229FF949" w14:textId="77777777" w:rsidTr="008B0F7A">
        <w:trPr>
          <w:cantSplit/>
        </w:trPr>
        <w:tc>
          <w:tcPr>
            <w:tcW w:w="2211" w:type="dxa"/>
            <w:shd w:val="clear" w:color="auto" w:fill="EDF0F5"/>
          </w:tcPr>
          <w:p w14:paraId="0641B4B7"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21BE751F" w14:textId="77777777" w:rsidR="000D3CD5" w:rsidRPr="00106719" w:rsidRDefault="000D3CD5" w:rsidP="008B0F7A">
            <w:pPr>
              <w:spacing w:after="20"/>
              <w:rPr>
                <w:lang w:val="it-IT"/>
              </w:rPr>
            </w:pPr>
            <w:r w:rsidRPr="00106719">
              <w:rPr>
                <w:sz w:val="17"/>
                <w:lang w:val="it-IT"/>
              </w:rPr>
              <w:t>Sviluppo sostenibile · 2 ore: etica ambientale e responsabilità verso le generazioni future.</w:t>
            </w:r>
          </w:p>
        </w:tc>
      </w:tr>
      <w:tr w:rsidR="000D3CD5" w:rsidRPr="00106719" w14:paraId="24AF09CF" w14:textId="77777777" w:rsidTr="008B0F7A">
        <w:trPr>
          <w:cantSplit/>
        </w:trPr>
        <w:tc>
          <w:tcPr>
            <w:tcW w:w="2211" w:type="dxa"/>
            <w:shd w:val="clear" w:color="auto" w:fill="EDF0F5"/>
          </w:tcPr>
          <w:p w14:paraId="6E2B22E2"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07E62F3E" w14:textId="77777777" w:rsidR="000D3CD5" w:rsidRPr="00106719" w:rsidRDefault="000D3CD5" w:rsidP="008B0F7A">
            <w:pPr>
              <w:spacing w:after="20"/>
              <w:rPr>
                <w:lang w:val="it-IT"/>
              </w:rPr>
            </w:pPr>
            <w:r w:rsidRPr="00106719">
              <w:rPr>
                <w:sz w:val="17"/>
                <w:lang w:val="it-IT"/>
              </w:rPr>
              <w:t>Elabora la riflessione conclusiva sul senso pubblico del lavoro svolto.</w:t>
            </w:r>
          </w:p>
        </w:tc>
      </w:tr>
    </w:tbl>
    <w:p w14:paraId="6A180B16" w14:textId="77777777" w:rsidR="000D3CD5" w:rsidRPr="00106719" w:rsidRDefault="000D3CD5" w:rsidP="000D3CD5">
      <w:pPr>
        <w:spacing w:after="60"/>
        <w:rPr>
          <w:lang w:val="it-IT"/>
        </w:rPr>
      </w:pPr>
    </w:p>
    <w:p w14:paraId="376E305F" w14:textId="77777777" w:rsidR="000D3CD5" w:rsidRPr="00106719" w:rsidRDefault="000D3CD5" w:rsidP="000D3CD5">
      <w:pPr>
        <w:rPr>
          <w:lang w:val="it-IT"/>
        </w:rPr>
      </w:pPr>
      <w:r w:rsidRPr="00106719">
        <w:rPr>
          <w:lang w:val="it-IT"/>
        </w:rPr>
        <w:br w:type="page"/>
      </w:r>
    </w:p>
    <w:p w14:paraId="19427D23" w14:textId="77777777" w:rsidR="000D3CD5" w:rsidRPr="00106719" w:rsidRDefault="000D3CD5" w:rsidP="000D3CD5">
      <w:pPr>
        <w:pStyle w:val="Titolo2"/>
        <w:spacing w:before="320"/>
        <w:rPr>
          <w:color w:val="auto"/>
          <w:lang w:val="it-IT"/>
        </w:rPr>
      </w:pPr>
      <w:proofErr w:type="gramStart"/>
      <w:r w:rsidRPr="00106719">
        <w:rPr>
          <w:rFonts w:ascii="Book Antiqua" w:hAnsi="Book Antiqua"/>
          <w:color w:val="auto"/>
          <w:sz w:val="23"/>
          <w:lang w:val="it-IT"/>
        </w:rPr>
        <w:lastRenderedPageBreak/>
        <w:t>C.6  MATEMATICA</w:t>
      </w:r>
      <w:proofErr w:type="gramEnd"/>
      <w:r w:rsidRPr="00106719">
        <w:rPr>
          <w:rFonts w:ascii="Book Antiqua" w:hAnsi="Book Antiqua"/>
          <w:color w:val="auto"/>
          <w:sz w:val="23"/>
          <w:lang w:val="it-IT"/>
        </w:rPr>
        <w:t xml:space="preserve"> (CON INFORMATICA NEL PRIMO BIENNIO)</w:t>
      </w:r>
    </w:p>
    <w:p w14:paraId="26C76C47" w14:textId="77777777" w:rsidR="000D3CD5" w:rsidRPr="00106719" w:rsidRDefault="000D3CD5" w:rsidP="000D3CD5">
      <w:pPr>
        <w:spacing w:after="60"/>
        <w:rPr>
          <w:lang w:val="it-IT"/>
        </w:rPr>
      </w:pPr>
      <w:r w:rsidRPr="00106719">
        <w:rPr>
          <w:i/>
          <w:sz w:val="17"/>
          <w:lang w:val="it-IT"/>
        </w:rPr>
        <w:t>Classe di concorso: A-027 / A-</w:t>
      </w:r>
      <w:proofErr w:type="gramStart"/>
      <w:r w:rsidRPr="00106719">
        <w:rPr>
          <w:i/>
          <w:sz w:val="17"/>
          <w:lang w:val="it-IT"/>
        </w:rPr>
        <w:t>026  ·</w:t>
      </w:r>
      <w:proofErr w:type="gramEnd"/>
      <w:r w:rsidRPr="00106719">
        <w:rPr>
          <w:i/>
          <w:sz w:val="17"/>
          <w:lang w:val="it-IT"/>
        </w:rPr>
        <w:t xml:space="preserve">  Monte ore nell'indirizzo: 5 ore settimanali nel primo biennio, 4 nel secondo biennio e nel quinto anno</w:t>
      </w:r>
    </w:p>
    <w:p w14:paraId="4B919AFC" w14:textId="77777777" w:rsidR="000D3CD5" w:rsidRPr="00106719" w:rsidRDefault="000D3CD5" w:rsidP="000D3CD5">
      <w:pPr>
        <w:spacing w:after="60"/>
        <w:jc w:val="both"/>
        <w:rPr>
          <w:lang w:val="it-IT"/>
        </w:rPr>
      </w:pPr>
      <w:r w:rsidRPr="00106719">
        <w:rPr>
          <w:sz w:val="17"/>
          <w:lang w:val="it-IT"/>
        </w:rPr>
        <w:t xml:space="preserve">Nota generale sulla disciplina. Cinque ore settimanali nel primo biennio e quattro nel secondo biennio e nel quinto anno (Liceo Scientifico e opzione Scienze applicate). Nelle sezioni con innesto del percorso «Liceo Matematico» le </w:t>
      </w:r>
      <w:proofErr w:type="spellStart"/>
      <w:r w:rsidRPr="00106719">
        <w:rPr>
          <w:sz w:val="17"/>
          <w:lang w:val="it-IT"/>
        </w:rPr>
        <w:t>U.d.A</w:t>
      </w:r>
      <w:proofErr w:type="spellEnd"/>
      <w:r w:rsidRPr="00106719">
        <w:rPr>
          <w:sz w:val="17"/>
          <w:lang w:val="it-IT"/>
        </w:rPr>
        <w:t>. vanno raccordate con quelle del Laboratorio Matematico.</w:t>
      </w:r>
    </w:p>
    <w:p w14:paraId="2BF3A26B" w14:textId="77777777" w:rsidR="000D3CD5" w:rsidRPr="00106719" w:rsidRDefault="000D3CD5" w:rsidP="000D3CD5">
      <w:pPr>
        <w:spacing w:after="120"/>
        <w:jc w:val="both"/>
        <w:rPr>
          <w:lang w:val="it-IT"/>
        </w:rPr>
      </w:pPr>
      <w:r w:rsidRPr="00106719">
        <w:rPr>
          <w:sz w:val="17"/>
          <w:lang w:val="it-IT"/>
        </w:rPr>
        <w:t xml:space="preserve">Declinazione per l'indirizzo. Disciplina caratterizzante e oggetto della seconda prova. Il raccordo con Informatica è strutturale: gli algoritmi studiati nella seconda </w:t>
      </w:r>
      <w:proofErr w:type="spellStart"/>
      <w:r w:rsidRPr="00106719">
        <w:rPr>
          <w:sz w:val="17"/>
          <w:lang w:val="it-IT"/>
        </w:rPr>
        <w:t>U.d.A</w:t>
      </w:r>
      <w:proofErr w:type="spellEnd"/>
      <w:r w:rsidRPr="00106719">
        <w:rPr>
          <w:sz w:val="17"/>
          <w:lang w:val="it-IT"/>
        </w:rPr>
        <w:t>. di Informatica traducono procedure matematiche affrontate in parallelo.</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7CA648D4" w14:textId="77777777" w:rsidTr="008B0F7A">
        <w:trPr>
          <w:cantSplit/>
        </w:trPr>
        <w:tc>
          <w:tcPr>
            <w:tcW w:w="9752" w:type="dxa"/>
            <w:gridSpan w:val="2"/>
            <w:shd w:val="clear" w:color="auto" w:fill="D6DFEE"/>
          </w:tcPr>
          <w:p w14:paraId="3CAAB9CA"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1 — Numeri, linguaggio algebrico e modelli</w:t>
            </w:r>
          </w:p>
        </w:tc>
      </w:tr>
      <w:tr w:rsidR="000D3CD5" w:rsidRPr="00106719" w14:paraId="58EA89A2" w14:textId="77777777" w:rsidTr="008B0F7A">
        <w:trPr>
          <w:cantSplit/>
        </w:trPr>
        <w:tc>
          <w:tcPr>
            <w:tcW w:w="2211" w:type="dxa"/>
            <w:shd w:val="clear" w:color="auto" w:fill="EDF0F5"/>
          </w:tcPr>
          <w:p w14:paraId="1244F40A"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7A52E365"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settembre</w:t>
            </w:r>
            <w:proofErr w:type="spellEnd"/>
            <w:r w:rsidRPr="00106719">
              <w:rPr>
                <w:i/>
                <w:sz w:val="17"/>
              </w:rPr>
              <w:t xml:space="preserve"> – </w:t>
            </w:r>
            <w:proofErr w:type="spellStart"/>
            <w:r w:rsidRPr="00106719">
              <w:rPr>
                <w:i/>
                <w:sz w:val="17"/>
              </w:rPr>
              <w:t>inizio</w:t>
            </w:r>
            <w:proofErr w:type="spellEnd"/>
            <w:r w:rsidRPr="00106719">
              <w:rPr>
                <w:i/>
                <w:sz w:val="17"/>
              </w:rPr>
              <w:t xml:space="preserve"> </w:t>
            </w:r>
            <w:proofErr w:type="spellStart"/>
            <w:r w:rsidRPr="00106719">
              <w:rPr>
                <w:i/>
                <w:sz w:val="17"/>
              </w:rPr>
              <w:t>novembre</w:t>
            </w:r>
            <w:proofErr w:type="spellEnd"/>
          </w:p>
        </w:tc>
      </w:tr>
      <w:tr w:rsidR="000D3CD5" w:rsidRPr="00106719" w14:paraId="7F98FCDA" w14:textId="77777777" w:rsidTr="008B0F7A">
        <w:trPr>
          <w:cantSplit/>
        </w:trPr>
        <w:tc>
          <w:tcPr>
            <w:tcW w:w="2211" w:type="dxa"/>
            <w:shd w:val="clear" w:color="auto" w:fill="EDF0F5"/>
          </w:tcPr>
          <w:p w14:paraId="38AEF414"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2AD67025" w14:textId="77777777" w:rsidR="000D3CD5" w:rsidRPr="00106719" w:rsidRDefault="000D3CD5" w:rsidP="008B0F7A">
            <w:pPr>
              <w:spacing w:after="20"/>
              <w:rPr>
                <w:lang w:val="it-IT"/>
              </w:rPr>
            </w:pPr>
            <w:r w:rsidRPr="00106719">
              <w:rPr>
                <w:sz w:val="17"/>
                <w:lang w:val="it-IT"/>
              </w:rPr>
              <w:t>Utilizzare le tecniche e le procedure del calcolo aritmetico e algebrico rappresentandole in forma grafica · Competenza chiave: competenza matematica</w:t>
            </w:r>
          </w:p>
        </w:tc>
      </w:tr>
      <w:tr w:rsidR="000D3CD5" w:rsidRPr="00106719" w14:paraId="350BE9ED" w14:textId="77777777" w:rsidTr="008B0F7A">
        <w:trPr>
          <w:cantSplit/>
        </w:trPr>
        <w:tc>
          <w:tcPr>
            <w:tcW w:w="2211" w:type="dxa"/>
            <w:shd w:val="clear" w:color="auto" w:fill="EDF0F5"/>
          </w:tcPr>
          <w:p w14:paraId="2B2926FD"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64C9920C" w14:textId="77777777" w:rsidR="000D3CD5" w:rsidRPr="00106719" w:rsidRDefault="000D3CD5" w:rsidP="008B0F7A">
            <w:pPr>
              <w:spacing w:after="0"/>
              <w:rPr>
                <w:lang w:val="it-IT"/>
              </w:rPr>
            </w:pPr>
            <w:r w:rsidRPr="00106719">
              <w:rPr>
                <w:sz w:val="17"/>
                <w:lang w:val="it-IT"/>
              </w:rPr>
              <w:t>· Operare consapevolmente nei diversi insiemi numerici</w:t>
            </w:r>
          </w:p>
          <w:p w14:paraId="23F4C3E8" w14:textId="77777777" w:rsidR="000D3CD5" w:rsidRPr="00106719" w:rsidRDefault="000D3CD5" w:rsidP="008B0F7A">
            <w:pPr>
              <w:spacing w:after="0"/>
              <w:rPr>
                <w:lang w:val="it-IT"/>
              </w:rPr>
            </w:pPr>
            <w:r w:rsidRPr="00106719">
              <w:rPr>
                <w:sz w:val="17"/>
                <w:lang w:val="it-IT"/>
              </w:rPr>
              <w:t>· Tradurre un problema in linguaggio algebrico e viceversa</w:t>
            </w:r>
          </w:p>
          <w:p w14:paraId="000C6431" w14:textId="77777777" w:rsidR="000D3CD5" w:rsidRPr="00106719" w:rsidRDefault="000D3CD5" w:rsidP="008B0F7A">
            <w:pPr>
              <w:spacing w:after="0"/>
              <w:rPr>
                <w:lang w:val="it-IT"/>
              </w:rPr>
            </w:pPr>
            <w:r w:rsidRPr="00106719">
              <w:rPr>
                <w:sz w:val="17"/>
                <w:lang w:val="it-IT"/>
              </w:rPr>
              <w:t>· Verificare la plausibilità di un risultato e controllarne l'ordine di grandezza</w:t>
            </w:r>
          </w:p>
          <w:p w14:paraId="766C5529" w14:textId="77777777" w:rsidR="000D3CD5" w:rsidRPr="00106719" w:rsidRDefault="000D3CD5" w:rsidP="008B0F7A">
            <w:pPr>
              <w:spacing w:after="0"/>
              <w:rPr>
                <w:lang w:val="it-IT"/>
              </w:rPr>
            </w:pPr>
            <w:r w:rsidRPr="00106719">
              <w:rPr>
                <w:sz w:val="17"/>
                <w:lang w:val="it-IT"/>
              </w:rPr>
              <w:t>· Argomentare una procedura giustificandone i passaggi</w:t>
            </w:r>
          </w:p>
        </w:tc>
      </w:tr>
      <w:tr w:rsidR="000D3CD5" w:rsidRPr="00106719" w14:paraId="32C085CD" w14:textId="77777777" w:rsidTr="008B0F7A">
        <w:trPr>
          <w:cantSplit/>
        </w:trPr>
        <w:tc>
          <w:tcPr>
            <w:tcW w:w="2211" w:type="dxa"/>
            <w:shd w:val="clear" w:color="auto" w:fill="EDF0F5"/>
          </w:tcPr>
          <w:p w14:paraId="2519FD18"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710F4CF2"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Insiemi numerici N, Z, Q; potenze e notazione scientifica; calcolo letterale, monomi e polinomi; scomposizione in fattori; frazioni algebriche; equazioni di primo grado e problemi.</w:t>
            </w:r>
          </w:p>
          <w:p w14:paraId="7307C7D6"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Divisione dei polinomi e teorema del resto; equazioni e disequazioni di grado superiore; funzioni: definizione, dominio, grafico e trasformazioni.</w:t>
            </w:r>
          </w:p>
          <w:p w14:paraId="0C8A5A8D" w14:textId="77777777" w:rsidR="000D3CD5" w:rsidRPr="00106719" w:rsidRDefault="000D3CD5" w:rsidP="008B0F7A">
            <w:pPr>
              <w:spacing w:after="20"/>
            </w:pPr>
            <w:r w:rsidRPr="00106719">
              <w:rPr>
                <w:b/>
                <w:sz w:val="17"/>
                <w:lang w:val="it-IT"/>
              </w:rPr>
              <w:t xml:space="preserve">Quinto anno: </w:t>
            </w:r>
            <w:r w:rsidRPr="00106719">
              <w:rPr>
                <w:sz w:val="17"/>
                <w:lang w:val="it-IT"/>
              </w:rPr>
              <w:t xml:space="preserve">Funzioni reali di variabile reale: dominio, simmetrie, segno, limiti elementari. </w:t>
            </w:r>
            <w:proofErr w:type="spellStart"/>
            <w:r w:rsidRPr="00106719">
              <w:rPr>
                <w:sz w:val="17"/>
              </w:rPr>
              <w:t>Ripresa</w:t>
            </w:r>
            <w:proofErr w:type="spellEnd"/>
            <w:r w:rsidRPr="00106719">
              <w:rPr>
                <w:sz w:val="17"/>
              </w:rPr>
              <w:t xml:space="preserve"> </w:t>
            </w:r>
            <w:proofErr w:type="spellStart"/>
            <w:r w:rsidRPr="00106719">
              <w:rPr>
                <w:sz w:val="17"/>
              </w:rPr>
              <w:t>strutturata</w:t>
            </w:r>
            <w:proofErr w:type="spellEnd"/>
            <w:r w:rsidRPr="00106719">
              <w:rPr>
                <w:sz w:val="17"/>
              </w:rPr>
              <w:t xml:space="preserve"> del </w:t>
            </w:r>
            <w:proofErr w:type="spellStart"/>
            <w:r w:rsidRPr="00106719">
              <w:rPr>
                <w:sz w:val="17"/>
              </w:rPr>
              <w:t>linguaggio</w:t>
            </w:r>
            <w:proofErr w:type="spellEnd"/>
            <w:r w:rsidRPr="00106719">
              <w:rPr>
                <w:sz w:val="17"/>
              </w:rPr>
              <w:t xml:space="preserve"> </w:t>
            </w:r>
            <w:proofErr w:type="spellStart"/>
            <w:r w:rsidRPr="00106719">
              <w:rPr>
                <w:sz w:val="17"/>
              </w:rPr>
              <w:t>funzionale</w:t>
            </w:r>
            <w:proofErr w:type="spellEnd"/>
            <w:r w:rsidRPr="00106719">
              <w:rPr>
                <w:sz w:val="17"/>
              </w:rPr>
              <w:t>.</w:t>
            </w:r>
          </w:p>
        </w:tc>
      </w:tr>
      <w:tr w:rsidR="000D3CD5" w:rsidRPr="00106719" w14:paraId="7F20F2A9" w14:textId="77777777" w:rsidTr="008B0F7A">
        <w:trPr>
          <w:cantSplit/>
        </w:trPr>
        <w:tc>
          <w:tcPr>
            <w:tcW w:w="2211" w:type="dxa"/>
            <w:shd w:val="clear" w:color="auto" w:fill="EDF0F5"/>
          </w:tcPr>
          <w:p w14:paraId="1ED9D441"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25B07FBB" w14:textId="77777777" w:rsidR="000D3CD5" w:rsidRPr="00106719" w:rsidRDefault="000D3CD5" w:rsidP="008B0F7A">
            <w:pPr>
              <w:spacing w:after="20"/>
              <w:rPr>
                <w:lang w:val="it-IT"/>
              </w:rPr>
            </w:pPr>
            <w:r w:rsidRPr="00106719">
              <w:rPr>
                <w:sz w:val="17"/>
                <w:lang w:val="it-IT"/>
              </w:rPr>
              <w:t xml:space="preserve">Problem </w:t>
            </w:r>
            <w:proofErr w:type="spellStart"/>
            <w:r w:rsidRPr="00106719">
              <w:rPr>
                <w:sz w:val="17"/>
                <w:lang w:val="it-IT"/>
              </w:rPr>
              <w:t>posing</w:t>
            </w:r>
            <w:proofErr w:type="spellEnd"/>
            <w:r w:rsidRPr="00106719">
              <w:rPr>
                <w:sz w:val="17"/>
                <w:lang w:val="it-IT"/>
              </w:rPr>
              <w:t xml:space="preserve"> e </w:t>
            </w:r>
            <w:proofErr w:type="spellStart"/>
            <w:r w:rsidRPr="00106719">
              <w:rPr>
                <w:sz w:val="17"/>
                <w:lang w:val="it-IT"/>
              </w:rPr>
              <w:t>problem</w:t>
            </w:r>
            <w:proofErr w:type="spellEnd"/>
            <w:r w:rsidRPr="00106719">
              <w:rPr>
                <w:sz w:val="17"/>
                <w:lang w:val="it-IT"/>
              </w:rPr>
              <w:t xml:space="preserve"> solving; costruzione collettiva delle definizioni; uso di software di calcolo simbolico e di geometria dinamica; recupero in itinere su gruppi di livello.</w:t>
            </w:r>
          </w:p>
        </w:tc>
      </w:tr>
      <w:tr w:rsidR="000D3CD5" w:rsidRPr="00106719" w14:paraId="681A7DBE" w14:textId="77777777" w:rsidTr="008B0F7A">
        <w:trPr>
          <w:cantSplit/>
        </w:trPr>
        <w:tc>
          <w:tcPr>
            <w:tcW w:w="2211" w:type="dxa"/>
            <w:shd w:val="clear" w:color="auto" w:fill="EDF0F5"/>
          </w:tcPr>
          <w:p w14:paraId="2E0A3368"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5862F9EA" w14:textId="77777777" w:rsidR="000D3CD5" w:rsidRPr="00106719" w:rsidRDefault="000D3CD5" w:rsidP="008B0F7A">
            <w:pPr>
              <w:spacing w:after="20"/>
              <w:rPr>
                <w:lang w:val="it-IT"/>
              </w:rPr>
            </w:pPr>
            <w:r w:rsidRPr="00106719">
              <w:rPr>
                <w:sz w:val="17"/>
                <w:lang w:val="it-IT"/>
              </w:rPr>
              <w:t>Raccolta ragionata di problemi risolti con documentazione della strategia adottata.</w:t>
            </w:r>
          </w:p>
        </w:tc>
      </w:tr>
      <w:tr w:rsidR="000D3CD5" w:rsidRPr="00106719" w14:paraId="495EA3BE" w14:textId="77777777" w:rsidTr="008B0F7A">
        <w:trPr>
          <w:cantSplit/>
        </w:trPr>
        <w:tc>
          <w:tcPr>
            <w:tcW w:w="2211" w:type="dxa"/>
            <w:shd w:val="clear" w:color="auto" w:fill="EDF0F5"/>
          </w:tcPr>
          <w:p w14:paraId="5B56C5E7"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2AF30DA1" w14:textId="77777777" w:rsidR="000D3CD5" w:rsidRPr="00106719" w:rsidRDefault="000D3CD5" w:rsidP="008B0F7A">
            <w:pPr>
              <w:spacing w:after="20"/>
              <w:rPr>
                <w:lang w:val="it-IT"/>
              </w:rPr>
            </w:pPr>
            <w:r w:rsidRPr="00106719">
              <w:rPr>
                <w:sz w:val="17"/>
                <w:lang w:val="it-IT"/>
              </w:rPr>
              <w:t>Prova d'ingresso; due verifiche scritte; controlli formativi brevi; interrogazione su giustificazione delle procedure.</w:t>
            </w:r>
          </w:p>
        </w:tc>
      </w:tr>
      <w:tr w:rsidR="000D3CD5" w:rsidRPr="00106719" w14:paraId="515B3211" w14:textId="77777777" w:rsidTr="008B0F7A">
        <w:trPr>
          <w:cantSplit/>
        </w:trPr>
        <w:tc>
          <w:tcPr>
            <w:tcW w:w="2211" w:type="dxa"/>
            <w:shd w:val="clear" w:color="auto" w:fill="EDF0F5"/>
          </w:tcPr>
          <w:p w14:paraId="4EBC8A16"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320A5492" w14:textId="77777777" w:rsidR="000D3CD5" w:rsidRPr="00106719" w:rsidRDefault="000D3CD5" w:rsidP="008B0F7A">
            <w:pPr>
              <w:spacing w:after="20"/>
              <w:rPr>
                <w:lang w:val="it-IT"/>
              </w:rPr>
            </w:pPr>
            <w:r w:rsidRPr="00106719">
              <w:rPr>
                <w:sz w:val="17"/>
                <w:lang w:val="it-IT"/>
              </w:rPr>
              <w:t>Cittadinanza digitale · 1 ora: uso consapevole dei risolutori automatici e dei sistemi di intelligenza artificiale nello studio della matematica.</w:t>
            </w:r>
          </w:p>
        </w:tc>
      </w:tr>
      <w:tr w:rsidR="000D3CD5" w:rsidRPr="00106719" w14:paraId="618EAB52" w14:textId="77777777" w:rsidTr="008B0F7A">
        <w:trPr>
          <w:cantSplit/>
        </w:trPr>
        <w:tc>
          <w:tcPr>
            <w:tcW w:w="2211" w:type="dxa"/>
            <w:shd w:val="clear" w:color="auto" w:fill="EDF0F5"/>
          </w:tcPr>
          <w:p w14:paraId="329C8587"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39BB4D3B" w14:textId="77777777" w:rsidR="000D3CD5" w:rsidRPr="00106719" w:rsidRDefault="000D3CD5" w:rsidP="008B0F7A">
            <w:pPr>
              <w:spacing w:after="20"/>
              <w:rPr>
                <w:lang w:val="it-IT"/>
              </w:rPr>
            </w:pPr>
            <w:r w:rsidRPr="00106719">
              <w:rPr>
                <w:sz w:val="17"/>
                <w:lang w:val="it-IT"/>
              </w:rPr>
              <w:t>Fornisce gli strumenti di quantificazione e di rappresentazione dei dati raccolti sui beni censiti.</w:t>
            </w:r>
          </w:p>
        </w:tc>
      </w:tr>
    </w:tbl>
    <w:p w14:paraId="394F4F4B"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00DBA1CF" w14:textId="77777777" w:rsidTr="008B0F7A">
        <w:trPr>
          <w:cantSplit/>
        </w:trPr>
        <w:tc>
          <w:tcPr>
            <w:tcW w:w="9752" w:type="dxa"/>
            <w:gridSpan w:val="2"/>
            <w:shd w:val="clear" w:color="auto" w:fill="D6DFEE"/>
          </w:tcPr>
          <w:p w14:paraId="32A1B64E"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2 — La geometria come sistema ipotetico-deduttivo</w:t>
            </w:r>
          </w:p>
        </w:tc>
      </w:tr>
      <w:tr w:rsidR="000D3CD5" w:rsidRPr="00106719" w14:paraId="169B16BE" w14:textId="77777777" w:rsidTr="008B0F7A">
        <w:trPr>
          <w:cantSplit/>
        </w:trPr>
        <w:tc>
          <w:tcPr>
            <w:tcW w:w="2211" w:type="dxa"/>
            <w:shd w:val="clear" w:color="auto" w:fill="EDF0F5"/>
          </w:tcPr>
          <w:p w14:paraId="04DB4304"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6AA6A880"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novembre</w:t>
            </w:r>
            <w:proofErr w:type="spellEnd"/>
            <w:r w:rsidRPr="00106719">
              <w:rPr>
                <w:i/>
                <w:sz w:val="17"/>
              </w:rPr>
              <w:t xml:space="preserve"> – fine </w:t>
            </w:r>
            <w:proofErr w:type="spellStart"/>
            <w:r w:rsidRPr="00106719">
              <w:rPr>
                <w:i/>
                <w:sz w:val="17"/>
              </w:rPr>
              <w:t>gennaio</w:t>
            </w:r>
            <w:proofErr w:type="spellEnd"/>
          </w:p>
        </w:tc>
      </w:tr>
      <w:tr w:rsidR="000D3CD5" w:rsidRPr="00106719" w14:paraId="0BEB8AB8" w14:textId="77777777" w:rsidTr="008B0F7A">
        <w:trPr>
          <w:cantSplit/>
        </w:trPr>
        <w:tc>
          <w:tcPr>
            <w:tcW w:w="2211" w:type="dxa"/>
            <w:shd w:val="clear" w:color="auto" w:fill="EDF0F5"/>
          </w:tcPr>
          <w:p w14:paraId="56C44240"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422E792D" w14:textId="77777777" w:rsidR="000D3CD5" w:rsidRPr="00106719" w:rsidRDefault="000D3CD5" w:rsidP="008B0F7A">
            <w:pPr>
              <w:spacing w:after="20"/>
              <w:rPr>
                <w:lang w:val="it-IT"/>
              </w:rPr>
            </w:pPr>
            <w:r w:rsidRPr="00106719">
              <w:rPr>
                <w:sz w:val="17"/>
                <w:lang w:val="it-IT"/>
              </w:rPr>
              <w:t>Confrontare e analizzare figure geometriche individuando invarianti e relazioni · Competenza chiave: competenza matematica</w:t>
            </w:r>
          </w:p>
        </w:tc>
      </w:tr>
      <w:tr w:rsidR="000D3CD5" w:rsidRPr="00106719" w14:paraId="74CE0CD5" w14:textId="77777777" w:rsidTr="008B0F7A">
        <w:trPr>
          <w:cantSplit/>
        </w:trPr>
        <w:tc>
          <w:tcPr>
            <w:tcW w:w="2211" w:type="dxa"/>
            <w:shd w:val="clear" w:color="auto" w:fill="EDF0F5"/>
          </w:tcPr>
          <w:p w14:paraId="66356060"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28BF312C" w14:textId="77777777" w:rsidR="000D3CD5" w:rsidRPr="00106719" w:rsidRDefault="000D3CD5" w:rsidP="008B0F7A">
            <w:pPr>
              <w:spacing w:after="0"/>
              <w:rPr>
                <w:lang w:val="it-IT"/>
              </w:rPr>
            </w:pPr>
            <w:r w:rsidRPr="00106719">
              <w:rPr>
                <w:sz w:val="17"/>
                <w:lang w:val="it-IT"/>
              </w:rPr>
              <w:t>· Costruire una dimostrazione e valutarne la correttezza logica</w:t>
            </w:r>
          </w:p>
          <w:p w14:paraId="49CE26D9" w14:textId="77777777" w:rsidR="000D3CD5" w:rsidRPr="00106719" w:rsidRDefault="000D3CD5" w:rsidP="008B0F7A">
            <w:pPr>
              <w:spacing w:after="0"/>
              <w:rPr>
                <w:lang w:val="it-IT"/>
              </w:rPr>
            </w:pPr>
            <w:r w:rsidRPr="00106719">
              <w:rPr>
                <w:sz w:val="17"/>
                <w:lang w:val="it-IT"/>
              </w:rPr>
              <w:t>· Distinguere ipotesi, tesi, definizione, assioma e teorema</w:t>
            </w:r>
          </w:p>
          <w:p w14:paraId="04B51FB6" w14:textId="77777777" w:rsidR="000D3CD5" w:rsidRPr="00106719" w:rsidRDefault="000D3CD5" w:rsidP="008B0F7A">
            <w:pPr>
              <w:spacing w:after="0"/>
              <w:rPr>
                <w:lang w:val="it-IT"/>
              </w:rPr>
            </w:pPr>
            <w:r w:rsidRPr="00106719">
              <w:rPr>
                <w:sz w:val="17"/>
                <w:lang w:val="it-IT"/>
              </w:rPr>
              <w:t>· Utilizzare software di geometria dinamica per congetturare</w:t>
            </w:r>
          </w:p>
          <w:p w14:paraId="338E4A88" w14:textId="77777777" w:rsidR="000D3CD5" w:rsidRPr="00106719" w:rsidRDefault="000D3CD5" w:rsidP="008B0F7A">
            <w:pPr>
              <w:spacing w:after="0"/>
              <w:rPr>
                <w:lang w:val="it-IT"/>
              </w:rPr>
            </w:pPr>
            <w:r w:rsidRPr="00106719">
              <w:rPr>
                <w:sz w:val="17"/>
                <w:lang w:val="it-IT"/>
              </w:rPr>
              <w:t>· Rappresentare una configurazione geometrica anche nel piano cartesiano</w:t>
            </w:r>
          </w:p>
        </w:tc>
      </w:tr>
      <w:tr w:rsidR="000D3CD5" w:rsidRPr="00106719" w14:paraId="51501FC3" w14:textId="77777777" w:rsidTr="008B0F7A">
        <w:trPr>
          <w:cantSplit/>
        </w:trPr>
        <w:tc>
          <w:tcPr>
            <w:tcW w:w="2211" w:type="dxa"/>
            <w:shd w:val="clear" w:color="auto" w:fill="EDF0F5"/>
          </w:tcPr>
          <w:p w14:paraId="1FCF47E2"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6E05705B"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Geometria euclidea del piano: enti primitivi, congruenza, triangoli, rette parallele e perpendicolari, parallelogrammi. Introduzione al metodo assiomatico.</w:t>
            </w:r>
          </w:p>
          <w:p w14:paraId="61B4494B"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Geometria analitica: retta, parabola, circonferenza, ellisse, iperbole; luoghi geometrici; trasformazioni.</w:t>
            </w:r>
          </w:p>
          <w:p w14:paraId="5C6CB45C"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Geometria analitica nello spazio: rette, piani, superfici sferiche; distanze e angoli.</w:t>
            </w:r>
          </w:p>
        </w:tc>
      </w:tr>
      <w:tr w:rsidR="000D3CD5" w:rsidRPr="00106719" w14:paraId="491D2A37" w14:textId="77777777" w:rsidTr="008B0F7A">
        <w:trPr>
          <w:cantSplit/>
        </w:trPr>
        <w:tc>
          <w:tcPr>
            <w:tcW w:w="2211" w:type="dxa"/>
            <w:shd w:val="clear" w:color="auto" w:fill="EDF0F5"/>
          </w:tcPr>
          <w:p w14:paraId="09DF5CBA"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8F4F9BA" w14:textId="77777777" w:rsidR="000D3CD5" w:rsidRPr="00106719" w:rsidRDefault="000D3CD5" w:rsidP="008B0F7A">
            <w:pPr>
              <w:spacing w:after="20"/>
              <w:rPr>
                <w:lang w:val="it-IT"/>
              </w:rPr>
            </w:pPr>
            <w:r w:rsidRPr="00106719">
              <w:rPr>
                <w:sz w:val="17"/>
                <w:lang w:val="it-IT"/>
              </w:rPr>
              <w:t>Laboratorio di geometria dinamica; congetture e confutazioni; lavoro a coppie sulle dimostrazioni; costruzione di controesempi.</w:t>
            </w:r>
          </w:p>
        </w:tc>
      </w:tr>
      <w:tr w:rsidR="000D3CD5" w:rsidRPr="00106719" w14:paraId="03DAA060" w14:textId="77777777" w:rsidTr="008B0F7A">
        <w:trPr>
          <w:cantSplit/>
        </w:trPr>
        <w:tc>
          <w:tcPr>
            <w:tcW w:w="2211" w:type="dxa"/>
            <w:shd w:val="clear" w:color="auto" w:fill="EDF0F5"/>
          </w:tcPr>
          <w:p w14:paraId="7EE94B0E"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56F15870" w14:textId="77777777" w:rsidR="000D3CD5" w:rsidRPr="00106719" w:rsidRDefault="000D3CD5" w:rsidP="008B0F7A">
            <w:pPr>
              <w:spacing w:after="20"/>
              <w:rPr>
                <w:lang w:val="it-IT"/>
              </w:rPr>
            </w:pPr>
            <w:r w:rsidRPr="00106719">
              <w:rPr>
                <w:sz w:val="17"/>
                <w:lang w:val="it-IT"/>
              </w:rPr>
              <w:t>Dimostrazione autonoma di un teorema non svolto in classe, con commento del percorso.</w:t>
            </w:r>
          </w:p>
        </w:tc>
      </w:tr>
      <w:tr w:rsidR="000D3CD5" w:rsidRPr="00106719" w14:paraId="64B12820" w14:textId="77777777" w:rsidTr="008B0F7A">
        <w:trPr>
          <w:cantSplit/>
        </w:trPr>
        <w:tc>
          <w:tcPr>
            <w:tcW w:w="2211" w:type="dxa"/>
            <w:shd w:val="clear" w:color="auto" w:fill="EDF0F5"/>
          </w:tcPr>
          <w:p w14:paraId="754734A0"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47BACF57" w14:textId="77777777" w:rsidR="000D3CD5" w:rsidRPr="00106719" w:rsidRDefault="000D3CD5" w:rsidP="008B0F7A">
            <w:pPr>
              <w:spacing w:after="20"/>
              <w:rPr>
                <w:lang w:val="it-IT"/>
              </w:rPr>
            </w:pPr>
            <w:r w:rsidRPr="00106719">
              <w:rPr>
                <w:sz w:val="17"/>
                <w:lang w:val="it-IT"/>
              </w:rPr>
              <w:t>Due verifiche scritte; valutazione della dimostrazione autonoma su rubrica; prove strutturate.</w:t>
            </w:r>
          </w:p>
        </w:tc>
      </w:tr>
      <w:tr w:rsidR="000D3CD5" w:rsidRPr="00106719" w14:paraId="097BABC2" w14:textId="77777777" w:rsidTr="008B0F7A">
        <w:trPr>
          <w:cantSplit/>
        </w:trPr>
        <w:tc>
          <w:tcPr>
            <w:tcW w:w="2211" w:type="dxa"/>
            <w:shd w:val="clear" w:color="auto" w:fill="EDF0F5"/>
          </w:tcPr>
          <w:p w14:paraId="7B5D4690"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4468F494" w14:textId="77777777" w:rsidR="000D3CD5" w:rsidRPr="00106719" w:rsidRDefault="000D3CD5" w:rsidP="008B0F7A">
            <w:pPr>
              <w:spacing w:after="20"/>
              <w:rPr>
                <w:lang w:val="it-IT"/>
              </w:rPr>
            </w:pPr>
            <w:r w:rsidRPr="00106719">
              <w:rPr>
                <w:sz w:val="17"/>
                <w:lang w:val="it-IT"/>
              </w:rPr>
              <w:t>Costituzione · 1 ora: il ragionamento rigoroso come presidio contro la manipolazione del discorso pubblico.</w:t>
            </w:r>
          </w:p>
        </w:tc>
      </w:tr>
      <w:tr w:rsidR="000D3CD5" w:rsidRPr="00106719" w14:paraId="5F024E08" w14:textId="77777777" w:rsidTr="008B0F7A">
        <w:trPr>
          <w:cantSplit/>
        </w:trPr>
        <w:tc>
          <w:tcPr>
            <w:tcW w:w="2211" w:type="dxa"/>
            <w:shd w:val="clear" w:color="auto" w:fill="EDF0F5"/>
          </w:tcPr>
          <w:p w14:paraId="6878EAB8"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01D18C5C" w14:textId="77777777" w:rsidR="000D3CD5" w:rsidRPr="00106719" w:rsidRDefault="000D3CD5" w:rsidP="008B0F7A">
            <w:pPr>
              <w:spacing w:after="20"/>
              <w:rPr>
                <w:lang w:val="it-IT"/>
              </w:rPr>
            </w:pPr>
            <w:r w:rsidRPr="00106719">
              <w:rPr>
                <w:sz w:val="17"/>
                <w:lang w:val="it-IT"/>
              </w:rPr>
              <w:t>Cura il rilievo geometrico e la restituzione in scala degli elementi architettonici documentati.</w:t>
            </w:r>
          </w:p>
        </w:tc>
      </w:tr>
    </w:tbl>
    <w:p w14:paraId="767873FA"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3977B310" w14:textId="77777777" w:rsidTr="008B0F7A">
        <w:trPr>
          <w:cantSplit/>
        </w:trPr>
        <w:tc>
          <w:tcPr>
            <w:tcW w:w="9752" w:type="dxa"/>
            <w:gridSpan w:val="2"/>
            <w:shd w:val="clear" w:color="auto" w:fill="D6DFEE"/>
          </w:tcPr>
          <w:p w14:paraId="06064452"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3 — Funzioni, variazione e modelli del continuo</w:t>
            </w:r>
          </w:p>
        </w:tc>
      </w:tr>
      <w:tr w:rsidR="000D3CD5" w:rsidRPr="00106719" w14:paraId="123456CC" w14:textId="77777777" w:rsidTr="008B0F7A">
        <w:trPr>
          <w:cantSplit/>
        </w:trPr>
        <w:tc>
          <w:tcPr>
            <w:tcW w:w="2211" w:type="dxa"/>
            <w:shd w:val="clear" w:color="auto" w:fill="EDF0F5"/>
          </w:tcPr>
          <w:p w14:paraId="401D4C45"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3F03DCA4" w14:textId="77777777" w:rsidR="000D3CD5" w:rsidRPr="00106719" w:rsidRDefault="000D3CD5" w:rsidP="008B0F7A">
            <w:pPr>
              <w:spacing w:after="20"/>
            </w:pPr>
            <w:r w:rsidRPr="00106719">
              <w:rPr>
                <w:i/>
                <w:sz w:val="17"/>
              </w:rPr>
              <w:t xml:space="preserve">2° </w:t>
            </w:r>
            <w:proofErr w:type="spellStart"/>
            <w:r w:rsidRPr="00106719">
              <w:rPr>
                <w:i/>
                <w:sz w:val="17"/>
              </w:rPr>
              <w:t>quadrimestre</w:t>
            </w:r>
            <w:proofErr w:type="spellEnd"/>
            <w:r w:rsidRPr="00106719">
              <w:rPr>
                <w:i/>
                <w:sz w:val="17"/>
              </w:rPr>
              <w:t xml:space="preserve"> · </w:t>
            </w:r>
            <w:proofErr w:type="spellStart"/>
            <w:r w:rsidRPr="00106719">
              <w:rPr>
                <w:i/>
                <w:sz w:val="17"/>
              </w:rPr>
              <w:t>febbraio</w:t>
            </w:r>
            <w:proofErr w:type="spellEnd"/>
            <w:r w:rsidRPr="00106719">
              <w:rPr>
                <w:i/>
                <w:sz w:val="17"/>
              </w:rPr>
              <w:t xml:space="preserve"> – pausa </w:t>
            </w:r>
            <w:proofErr w:type="spellStart"/>
            <w:r w:rsidRPr="00106719">
              <w:rPr>
                <w:i/>
                <w:sz w:val="17"/>
              </w:rPr>
              <w:t>pasquale</w:t>
            </w:r>
            <w:proofErr w:type="spellEnd"/>
          </w:p>
        </w:tc>
      </w:tr>
      <w:tr w:rsidR="000D3CD5" w:rsidRPr="00106719" w14:paraId="5AD09BBE" w14:textId="77777777" w:rsidTr="008B0F7A">
        <w:trPr>
          <w:cantSplit/>
        </w:trPr>
        <w:tc>
          <w:tcPr>
            <w:tcW w:w="2211" w:type="dxa"/>
            <w:shd w:val="clear" w:color="auto" w:fill="EDF0F5"/>
          </w:tcPr>
          <w:p w14:paraId="7CF29411"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012746B7" w14:textId="77777777" w:rsidR="000D3CD5" w:rsidRPr="00106719" w:rsidRDefault="000D3CD5" w:rsidP="008B0F7A">
            <w:pPr>
              <w:spacing w:after="20"/>
              <w:rPr>
                <w:lang w:val="it-IT"/>
              </w:rPr>
            </w:pPr>
            <w:r w:rsidRPr="00106719">
              <w:rPr>
                <w:sz w:val="17"/>
                <w:lang w:val="it-IT"/>
              </w:rPr>
              <w:t>Individuare strategie appropriate per la soluzione di problemi, anche in contesti extra-matematici · Competenza chiave: competenza in scienze e tecnologie</w:t>
            </w:r>
          </w:p>
        </w:tc>
      </w:tr>
      <w:tr w:rsidR="000D3CD5" w:rsidRPr="00106719" w14:paraId="66DBC90C" w14:textId="77777777" w:rsidTr="008B0F7A">
        <w:trPr>
          <w:cantSplit/>
        </w:trPr>
        <w:tc>
          <w:tcPr>
            <w:tcW w:w="2211" w:type="dxa"/>
            <w:shd w:val="clear" w:color="auto" w:fill="EDF0F5"/>
          </w:tcPr>
          <w:p w14:paraId="0FF3A9E2"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11C90A96" w14:textId="77777777" w:rsidR="000D3CD5" w:rsidRPr="00106719" w:rsidRDefault="000D3CD5" w:rsidP="008B0F7A">
            <w:pPr>
              <w:spacing w:after="0"/>
              <w:rPr>
                <w:lang w:val="it-IT"/>
              </w:rPr>
            </w:pPr>
            <w:r w:rsidRPr="00106719">
              <w:rPr>
                <w:sz w:val="17"/>
                <w:lang w:val="it-IT"/>
              </w:rPr>
              <w:t>· Riconoscere e utilizzare i principali modelli funzionali</w:t>
            </w:r>
          </w:p>
          <w:p w14:paraId="68A7DAE8" w14:textId="77777777" w:rsidR="000D3CD5" w:rsidRPr="00106719" w:rsidRDefault="000D3CD5" w:rsidP="008B0F7A">
            <w:pPr>
              <w:spacing w:after="0"/>
              <w:rPr>
                <w:lang w:val="it-IT"/>
              </w:rPr>
            </w:pPr>
            <w:r w:rsidRPr="00106719">
              <w:rPr>
                <w:sz w:val="17"/>
                <w:lang w:val="it-IT"/>
              </w:rPr>
              <w:t>· Studiare l'andamento di una funzione e interpretarne il grafico</w:t>
            </w:r>
          </w:p>
          <w:p w14:paraId="0A85DBE3" w14:textId="77777777" w:rsidR="000D3CD5" w:rsidRPr="00106719" w:rsidRDefault="000D3CD5" w:rsidP="008B0F7A">
            <w:pPr>
              <w:spacing w:after="0"/>
              <w:rPr>
                <w:lang w:val="it-IT"/>
              </w:rPr>
            </w:pPr>
            <w:r w:rsidRPr="00106719">
              <w:rPr>
                <w:sz w:val="17"/>
                <w:lang w:val="it-IT"/>
              </w:rPr>
              <w:t>· Modellizzare un fenomeno reale con una funzione</w:t>
            </w:r>
          </w:p>
          <w:p w14:paraId="4C5152A1" w14:textId="77777777" w:rsidR="000D3CD5" w:rsidRPr="00106719" w:rsidRDefault="000D3CD5" w:rsidP="008B0F7A">
            <w:pPr>
              <w:spacing w:after="0"/>
              <w:rPr>
                <w:lang w:val="it-IT"/>
              </w:rPr>
            </w:pPr>
            <w:r w:rsidRPr="00106719">
              <w:rPr>
                <w:sz w:val="17"/>
                <w:lang w:val="it-IT"/>
              </w:rPr>
              <w:t>· Collegare il linguaggio matematico a quello della fisica</w:t>
            </w:r>
          </w:p>
        </w:tc>
      </w:tr>
      <w:tr w:rsidR="000D3CD5" w:rsidRPr="00106719" w14:paraId="1140DDE1" w14:textId="77777777" w:rsidTr="008B0F7A">
        <w:trPr>
          <w:cantSplit/>
        </w:trPr>
        <w:tc>
          <w:tcPr>
            <w:tcW w:w="2211" w:type="dxa"/>
            <w:shd w:val="clear" w:color="auto" w:fill="EDF0F5"/>
          </w:tcPr>
          <w:p w14:paraId="18BCB40B"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1A53C5F1"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Sistemi lineari; disequazioni; il piano cartesiano; funzione lineare e proporzionalità; equazioni di secondo grado e parabola; radicali.</w:t>
            </w:r>
          </w:p>
          <w:p w14:paraId="1ADD6E05"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Funzioni esponenziali e logaritmiche; goniometria e trigonometria; equazioni e disequazioni goniometriche; risoluzione dei triangoli.</w:t>
            </w:r>
          </w:p>
          <w:p w14:paraId="3BD26386"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Limiti e continuità; derivata e suo significato geometrico e fisico; studio completo di funzione; teoremi del calcolo differenziale.</w:t>
            </w:r>
          </w:p>
        </w:tc>
      </w:tr>
      <w:tr w:rsidR="000D3CD5" w:rsidRPr="00106719" w14:paraId="77F8AA84" w14:textId="77777777" w:rsidTr="008B0F7A">
        <w:trPr>
          <w:cantSplit/>
        </w:trPr>
        <w:tc>
          <w:tcPr>
            <w:tcW w:w="2211" w:type="dxa"/>
            <w:shd w:val="clear" w:color="auto" w:fill="EDF0F5"/>
          </w:tcPr>
          <w:p w14:paraId="008CBE2F"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3268C274" w14:textId="77777777" w:rsidR="000D3CD5" w:rsidRPr="00106719" w:rsidRDefault="000D3CD5" w:rsidP="008B0F7A">
            <w:pPr>
              <w:spacing w:after="20"/>
              <w:rPr>
                <w:lang w:val="it-IT"/>
              </w:rPr>
            </w:pPr>
            <w:r w:rsidRPr="00106719">
              <w:rPr>
                <w:sz w:val="17"/>
                <w:lang w:val="it-IT"/>
              </w:rPr>
              <w:t>Modellizzazione a partire da dati sperimentali raccolti in laboratorio di fisica; uso di fogli di calcolo e di software dedicati; problemi in contesto.</w:t>
            </w:r>
          </w:p>
        </w:tc>
      </w:tr>
      <w:tr w:rsidR="000D3CD5" w:rsidRPr="00106719" w14:paraId="64B6C080" w14:textId="77777777" w:rsidTr="008B0F7A">
        <w:trPr>
          <w:cantSplit/>
        </w:trPr>
        <w:tc>
          <w:tcPr>
            <w:tcW w:w="2211" w:type="dxa"/>
            <w:shd w:val="clear" w:color="auto" w:fill="EDF0F5"/>
          </w:tcPr>
          <w:p w14:paraId="19B26F25"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6D5EB0EF" w14:textId="77777777" w:rsidR="000D3CD5" w:rsidRPr="00106719" w:rsidRDefault="000D3CD5" w:rsidP="008B0F7A">
            <w:pPr>
              <w:spacing w:after="20"/>
              <w:rPr>
                <w:lang w:val="it-IT"/>
              </w:rPr>
            </w:pPr>
            <w:r w:rsidRPr="00106719">
              <w:rPr>
                <w:sz w:val="17"/>
                <w:lang w:val="it-IT"/>
              </w:rPr>
              <w:t>Relazione di modellizzazione di un fenomeno reale, con dati, modello e validazione.</w:t>
            </w:r>
          </w:p>
        </w:tc>
      </w:tr>
      <w:tr w:rsidR="000D3CD5" w:rsidRPr="00106719" w14:paraId="6A3B4751" w14:textId="77777777" w:rsidTr="008B0F7A">
        <w:trPr>
          <w:cantSplit/>
        </w:trPr>
        <w:tc>
          <w:tcPr>
            <w:tcW w:w="2211" w:type="dxa"/>
            <w:shd w:val="clear" w:color="auto" w:fill="EDF0F5"/>
          </w:tcPr>
          <w:p w14:paraId="5203DC1F"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79206122" w14:textId="77777777" w:rsidR="000D3CD5" w:rsidRPr="00106719" w:rsidRDefault="000D3CD5" w:rsidP="008B0F7A">
            <w:pPr>
              <w:spacing w:after="20"/>
              <w:rPr>
                <w:lang w:val="it-IT"/>
              </w:rPr>
            </w:pPr>
            <w:r w:rsidRPr="00106719">
              <w:rPr>
                <w:sz w:val="17"/>
                <w:lang w:val="it-IT"/>
              </w:rPr>
              <w:t>Due verifiche scritte con problemi in contesto; valutazione della relazione; interrogazione sui fondamenti teorici.</w:t>
            </w:r>
          </w:p>
        </w:tc>
      </w:tr>
      <w:tr w:rsidR="000D3CD5" w:rsidRPr="00106719" w14:paraId="6BD9BABC" w14:textId="77777777" w:rsidTr="008B0F7A">
        <w:trPr>
          <w:cantSplit/>
        </w:trPr>
        <w:tc>
          <w:tcPr>
            <w:tcW w:w="2211" w:type="dxa"/>
            <w:shd w:val="clear" w:color="auto" w:fill="EDF0F5"/>
          </w:tcPr>
          <w:p w14:paraId="7F2BD2E7"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4F46D803" w14:textId="77777777" w:rsidR="000D3CD5" w:rsidRPr="00106719" w:rsidRDefault="000D3CD5" w:rsidP="008B0F7A">
            <w:pPr>
              <w:spacing w:after="20"/>
              <w:rPr>
                <w:lang w:val="it-IT"/>
              </w:rPr>
            </w:pPr>
            <w:r w:rsidRPr="00106719">
              <w:rPr>
                <w:sz w:val="17"/>
                <w:lang w:val="it-IT"/>
              </w:rPr>
              <w:t>Sviluppo sostenibile · 2 ore: modelli di crescita e loro limiti; lettura critica dei dati ambientali.</w:t>
            </w:r>
          </w:p>
        </w:tc>
      </w:tr>
      <w:tr w:rsidR="000D3CD5" w:rsidRPr="00106719" w14:paraId="4AED286A" w14:textId="77777777" w:rsidTr="008B0F7A">
        <w:trPr>
          <w:cantSplit/>
        </w:trPr>
        <w:tc>
          <w:tcPr>
            <w:tcW w:w="2211" w:type="dxa"/>
            <w:shd w:val="clear" w:color="auto" w:fill="EDF0F5"/>
          </w:tcPr>
          <w:p w14:paraId="1ADDC1B9"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485DA0C3" w14:textId="77777777" w:rsidR="000D3CD5" w:rsidRPr="00106719" w:rsidRDefault="000D3CD5" w:rsidP="008B0F7A">
            <w:pPr>
              <w:spacing w:after="20"/>
              <w:rPr>
                <w:lang w:val="it-IT"/>
              </w:rPr>
            </w:pPr>
            <w:r w:rsidRPr="00106719">
              <w:rPr>
                <w:sz w:val="17"/>
                <w:lang w:val="it-IT"/>
              </w:rPr>
              <w:t>Elabora i modelli quantitativi (flussi di visita, distanze, costi) del progetto.</w:t>
            </w:r>
          </w:p>
        </w:tc>
      </w:tr>
    </w:tbl>
    <w:p w14:paraId="0734409B"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45FA3D38" w14:textId="77777777" w:rsidTr="008B0F7A">
        <w:trPr>
          <w:cantSplit/>
        </w:trPr>
        <w:tc>
          <w:tcPr>
            <w:tcW w:w="9752" w:type="dxa"/>
            <w:gridSpan w:val="2"/>
            <w:shd w:val="clear" w:color="auto" w:fill="D6DFEE"/>
          </w:tcPr>
          <w:p w14:paraId="7A9F2278"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4 — Dati, previsioni e problemi aperti</w:t>
            </w:r>
          </w:p>
        </w:tc>
      </w:tr>
      <w:tr w:rsidR="000D3CD5" w:rsidRPr="00106719" w14:paraId="42BBEFF8" w14:textId="77777777" w:rsidTr="008B0F7A">
        <w:trPr>
          <w:cantSplit/>
        </w:trPr>
        <w:tc>
          <w:tcPr>
            <w:tcW w:w="2211" w:type="dxa"/>
            <w:shd w:val="clear" w:color="auto" w:fill="EDF0F5"/>
          </w:tcPr>
          <w:p w14:paraId="2C0B6F47"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4DB8B9C7" w14:textId="77777777" w:rsidR="000D3CD5" w:rsidRPr="00106719" w:rsidRDefault="000D3CD5" w:rsidP="008B0F7A">
            <w:pPr>
              <w:spacing w:after="20"/>
              <w:rPr>
                <w:lang w:val="it-IT"/>
              </w:rPr>
            </w:pPr>
            <w:r w:rsidRPr="00106719">
              <w:rPr>
                <w:i/>
                <w:sz w:val="17"/>
                <w:lang w:val="it-IT"/>
              </w:rPr>
              <w:t>2° quadrimestre · dopo Pasqua – termine delle lezioni</w:t>
            </w:r>
          </w:p>
        </w:tc>
      </w:tr>
      <w:tr w:rsidR="000D3CD5" w:rsidRPr="00106719" w14:paraId="1FC7396A" w14:textId="77777777" w:rsidTr="008B0F7A">
        <w:trPr>
          <w:cantSplit/>
        </w:trPr>
        <w:tc>
          <w:tcPr>
            <w:tcW w:w="2211" w:type="dxa"/>
            <w:shd w:val="clear" w:color="auto" w:fill="EDF0F5"/>
          </w:tcPr>
          <w:p w14:paraId="3EF1CD6B"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5D6250EB" w14:textId="77777777" w:rsidR="000D3CD5" w:rsidRPr="00106719" w:rsidRDefault="000D3CD5" w:rsidP="008B0F7A">
            <w:pPr>
              <w:spacing w:after="20"/>
              <w:rPr>
                <w:lang w:val="it-IT"/>
              </w:rPr>
            </w:pPr>
            <w:r w:rsidRPr="00106719">
              <w:rPr>
                <w:sz w:val="17"/>
                <w:lang w:val="it-IT"/>
              </w:rPr>
              <w:t>Analizzare dati e interpretarli sviluppando deduzioni e ragionamenti · Competenza chiave: competenza matematica e competenza digitale</w:t>
            </w:r>
          </w:p>
        </w:tc>
      </w:tr>
      <w:tr w:rsidR="000D3CD5" w:rsidRPr="00106719" w14:paraId="257D9869" w14:textId="77777777" w:rsidTr="008B0F7A">
        <w:trPr>
          <w:cantSplit/>
        </w:trPr>
        <w:tc>
          <w:tcPr>
            <w:tcW w:w="2211" w:type="dxa"/>
            <w:shd w:val="clear" w:color="auto" w:fill="EDF0F5"/>
          </w:tcPr>
          <w:p w14:paraId="38F25C84"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44D418F5" w14:textId="77777777" w:rsidR="000D3CD5" w:rsidRPr="00106719" w:rsidRDefault="000D3CD5" w:rsidP="008B0F7A">
            <w:pPr>
              <w:spacing w:after="0"/>
              <w:rPr>
                <w:lang w:val="it-IT"/>
              </w:rPr>
            </w:pPr>
            <w:r w:rsidRPr="00106719">
              <w:rPr>
                <w:sz w:val="17"/>
                <w:lang w:val="it-IT"/>
              </w:rPr>
              <w:t>· Organizzare e rappresentare un insieme di dati</w:t>
            </w:r>
          </w:p>
          <w:p w14:paraId="17CE4327" w14:textId="77777777" w:rsidR="000D3CD5" w:rsidRPr="00106719" w:rsidRDefault="000D3CD5" w:rsidP="008B0F7A">
            <w:pPr>
              <w:spacing w:after="0"/>
              <w:rPr>
                <w:lang w:val="it-IT"/>
              </w:rPr>
            </w:pPr>
            <w:r w:rsidRPr="00106719">
              <w:rPr>
                <w:sz w:val="17"/>
                <w:lang w:val="it-IT"/>
              </w:rPr>
              <w:t>· Calcolare e interpretare indici statistici e probabilità</w:t>
            </w:r>
          </w:p>
          <w:p w14:paraId="5EF2E1F8" w14:textId="77777777" w:rsidR="000D3CD5" w:rsidRPr="00106719" w:rsidRDefault="000D3CD5" w:rsidP="008B0F7A">
            <w:pPr>
              <w:spacing w:after="0"/>
              <w:rPr>
                <w:lang w:val="it-IT"/>
              </w:rPr>
            </w:pPr>
            <w:r w:rsidRPr="00106719">
              <w:rPr>
                <w:sz w:val="17"/>
                <w:lang w:val="it-IT"/>
              </w:rPr>
              <w:t>· Valutare criticamente una rappresentazione grafica di dati</w:t>
            </w:r>
          </w:p>
          <w:p w14:paraId="26D3C6C7" w14:textId="77777777" w:rsidR="000D3CD5" w:rsidRPr="00106719" w:rsidRDefault="000D3CD5" w:rsidP="008B0F7A">
            <w:pPr>
              <w:spacing w:after="0"/>
              <w:rPr>
                <w:lang w:val="it-IT"/>
              </w:rPr>
            </w:pPr>
            <w:r w:rsidRPr="00106719">
              <w:rPr>
                <w:sz w:val="17"/>
                <w:lang w:val="it-IT"/>
              </w:rPr>
              <w:t>· Affrontare un problema aperto documentando il percorso risolutivo</w:t>
            </w:r>
          </w:p>
        </w:tc>
      </w:tr>
      <w:tr w:rsidR="000D3CD5" w:rsidRPr="00106719" w14:paraId="33C09BA2" w14:textId="77777777" w:rsidTr="008B0F7A">
        <w:trPr>
          <w:cantSplit/>
        </w:trPr>
        <w:tc>
          <w:tcPr>
            <w:tcW w:w="2211" w:type="dxa"/>
            <w:shd w:val="clear" w:color="auto" w:fill="EDF0F5"/>
          </w:tcPr>
          <w:p w14:paraId="5E4CBEFF"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41482816"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Statistica descrittiva: frequenze, indici di posizione e di dispersione, rappresentazioni grafiche. Introduzione alla probabilità. Elementi di informatica: foglio di calcolo e algoritmi elementari.</w:t>
            </w:r>
          </w:p>
          <w:p w14:paraId="0836999B"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Calcolo combinatorio; probabilità condizionata e teorema di Bayes; successioni; problemi di ottimizzazione.</w:t>
            </w:r>
          </w:p>
          <w:p w14:paraId="31AF78F8"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Integrali e loro applicazioni; equazioni differenziali elementari; distribuzioni di probabilità; preparazione alla seconda prova e ai nodi concettuali del colloquio.</w:t>
            </w:r>
          </w:p>
        </w:tc>
      </w:tr>
      <w:tr w:rsidR="000D3CD5" w:rsidRPr="00106719" w14:paraId="7F8EBE87" w14:textId="77777777" w:rsidTr="008B0F7A">
        <w:trPr>
          <w:cantSplit/>
        </w:trPr>
        <w:tc>
          <w:tcPr>
            <w:tcW w:w="2211" w:type="dxa"/>
            <w:shd w:val="clear" w:color="auto" w:fill="EDF0F5"/>
          </w:tcPr>
          <w:p w14:paraId="7F1F7203"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7465C6F6" w14:textId="77777777" w:rsidR="000D3CD5" w:rsidRPr="00106719" w:rsidRDefault="000D3CD5" w:rsidP="008B0F7A">
            <w:pPr>
              <w:spacing w:after="20"/>
              <w:rPr>
                <w:lang w:val="it-IT"/>
              </w:rPr>
            </w:pPr>
            <w:r w:rsidRPr="00106719">
              <w:rPr>
                <w:sz w:val="17"/>
                <w:lang w:val="it-IT"/>
              </w:rPr>
              <w:t xml:space="preserve">Laboratorio sui dati reali del territorio; </w:t>
            </w:r>
            <w:proofErr w:type="spellStart"/>
            <w:r w:rsidRPr="00106719">
              <w:rPr>
                <w:sz w:val="17"/>
                <w:lang w:val="it-IT"/>
              </w:rPr>
              <w:t>problem</w:t>
            </w:r>
            <w:proofErr w:type="spellEnd"/>
            <w:r w:rsidRPr="00106719">
              <w:rPr>
                <w:sz w:val="17"/>
                <w:lang w:val="it-IT"/>
              </w:rPr>
              <w:t xml:space="preserve"> solving in gruppo; preparazione a gare e olimpiadi; raccordo con il Piano Lauree Scientifiche.</w:t>
            </w:r>
          </w:p>
        </w:tc>
      </w:tr>
      <w:tr w:rsidR="000D3CD5" w:rsidRPr="00106719" w14:paraId="34C20BEF" w14:textId="77777777" w:rsidTr="008B0F7A">
        <w:trPr>
          <w:cantSplit/>
        </w:trPr>
        <w:tc>
          <w:tcPr>
            <w:tcW w:w="2211" w:type="dxa"/>
            <w:shd w:val="clear" w:color="auto" w:fill="EDF0F5"/>
          </w:tcPr>
          <w:p w14:paraId="2230484A"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152137A" w14:textId="77777777" w:rsidR="000D3CD5" w:rsidRPr="00106719" w:rsidRDefault="000D3CD5" w:rsidP="008B0F7A">
            <w:pPr>
              <w:spacing w:after="20"/>
              <w:rPr>
                <w:lang w:val="it-IT"/>
              </w:rPr>
            </w:pPr>
            <w:r w:rsidRPr="00106719">
              <w:rPr>
                <w:sz w:val="17"/>
                <w:lang w:val="it-IT"/>
              </w:rPr>
              <w:t>Indagine statistica completa su un fenomeno reale, candidabile all'E-Portfolio.</w:t>
            </w:r>
          </w:p>
        </w:tc>
      </w:tr>
      <w:tr w:rsidR="000D3CD5" w:rsidRPr="00106719" w14:paraId="67F208E7" w14:textId="77777777" w:rsidTr="008B0F7A">
        <w:trPr>
          <w:cantSplit/>
        </w:trPr>
        <w:tc>
          <w:tcPr>
            <w:tcW w:w="2211" w:type="dxa"/>
            <w:shd w:val="clear" w:color="auto" w:fill="EDF0F5"/>
          </w:tcPr>
          <w:p w14:paraId="135096C9"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15B55106" w14:textId="77777777" w:rsidR="000D3CD5" w:rsidRPr="00106719" w:rsidRDefault="000D3CD5" w:rsidP="008B0F7A">
            <w:pPr>
              <w:spacing w:after="20"/>
              <w:rPr>
                <w:lang w:val="it-IT"/>
              </w:rPr>
            </w:pPr>
            <w:r w:rsidRPr="00106719">
              <w:rPr>
                <w:sz w:val="17"/>
                <w:lang w:val="it-IT"/>
              </w:rPr>
              <w:t>Valutazione dell'indagine su rubrica; prova strutturata; simulazione di prova d'esame nelle classi quinte.</w:t>
            </w:r>
          </w:p>
        </w:tc>
      </w:tr>
      <w:tr w:rsidR="000D3CD5" w:rsidRPr="00106719" w14:paraId="328402F7" w14:textId="77777777" w:rsidTr="008B0F7A">
        <w:trPr>
          <w:cantSplit/>
        </w:trPr>
        <w:tc>
          <w:tcPr>
            <w:tcW w:w="2211" w:type="dxa"/>
            <w:shd w:val="clear" w:color="auto" w:fill="EDF0F5"/>
          </w:tcPr>
          <w:p w14:paraId="4B4C68D3"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4D5E3780" w14:textId="77777777" w:rsidR="000D3CD5" w:rsidRPr="00106719" w:rsidRDefault="000D3CD5" w:rsidP="008B0F7A">
            <w:pPr>
              <w:spacing w:after="20"/>
              <w:rPr>
                <w:lang w:val="it-IT"/>
              </w:rPr>
            </w:pPr>
            <w:r w:rsidRPr="00106719">
              <w:rPr>
                <w:sz w:val="17"/>
                <w:lang w:val="it-IT"/>
              </w:rPr>
              <w:t>Cittadinanza digitale · 2 ore: grafici ingannevoli e uso corretto dei dati nella comunicazione pubblica.</w:t>
            </w:r>
          </w:p>
        </w:tc>
      </w:tr>
      <w:tr w:rsidR="000D3CD5" w:rsidRPr="00106719" w14:paraId="3994B349" w14:textId="77777777" w:rsidTr="008B0F7A">
        <w:trPr>
          <w:cantSplit/>
        </w:trPr>
        <w:tc>
          <w:tcPr>
            <w:tcW w:w="2211" w:type="dxa"/>
            <w:shd w:val="clear" w:color="auto" w:fill="EDF0F5"/>
          </w:tcPr>
          <w:p w14:paraId="0D7292ED"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7F7B55BA" w14:textId="77777777" w:rsidR="000D3CD5" w:rsidRPr="00106719" w:rsidRDefault="000D3CD5" w:rsidP="008B0F7A">
            <w:pPr>
              <w:spacing w:after="20"/>
              <w:rPr>
                <w:lang w:val="it-IT"/>
              </w:rPr>
            </w:pPr>
            <w:r w:rsidRPr="00106719">
              <w:rPr>
                <w:sz w:val="17"/>
                <w:lang w:val="it-IT"/>
              </w:rPr>
              <w:t>Realizza l'elaborazione statistica dei dati di fruizione e l'infografica del prodotto finale.</w:t>
            </w:r>
          </w:p>
        </w:tc>
      </w:tr>
    </w:tbl>
    <w:p w14:paraId="18AED4F5" w14:textId="77777777" w:rsidR="000D3CD5" w:rsidRPr="00106719" w:rsidRDefault="000D3CD5" w:rsidP="000D3CD5">
      <w:pPr>
        <w:spacing w:after="60"/>
        <w:rPr>
          <w:lang w:val="it-IT"/>
        </w:rPr>
      </w:pPr>
    </w:p>
    <w:p w14:paraId="062C81E4" w14:textId="77777777" w:rsidR="000D3CD5" w:rsidRPr="00106719" w:rsidRDefault="000D3CD5" w:rsidP="000D3CD5">
      <w:pPr>
        <w:rPr>
          <w:lang w:val="it-IT"/>
        </w:rPr>
      </w:pPr>
      <w:r w:rsidRPr="00106719">
        <w:rPr>
          <w:lang w:val="it-IT"/>
        </w:rPr>
        <w:br w:type="page"/>
      </w:r>
    </w:p>
    <w:p w14:paraId="747FB4DB" w14:textId="77777777" w:rsidR="000D3CD5" w:rsidRPr="00106719" w:rsidRDefault="000D3CD5" w:rsidP="000D3CD5">
      <w:pPr>
        <w:pStyle w:val="Titolo2"/>
        <w:spacing w:before="320"/>
        <w:rPr>
          <w:color w:val="auto"/>
          <w:lang w:val="it-IT"/>
        </w:rPr>
      </w:pPr>
      <w:proofErr w:type="gramStart"/>
      <w:r w:rsidRPr="00106719">
        <w:rPr>
          <w:rFonts w:ascii="Book Antiqua" w:hAnsi="Book Antiqua"/>
          <w:color w:val="auto"/>
          <w:sz w:val="23"/>
          <w:lang w:val="it-IT"/>
        </w:rPr>
        <w:lastRenderedPageBreak/>
        <w:t>C.7  INFORMATICA</w:t>
      </w:r>
      <w:proofErr w:type="gramEnd"/>
    </w:p>
    <w:p w14:paraId="624A3C21" w14:textId="77777777" w:rsidR="000D3CD5" w:rsidRPr="00106719" w:rsidRDefault="000D3CD5" w:rsidP="000D3CD5">
      <w:pPr>
        <w:spacing w:after="60"/>
        <w:rPr>
          <w:lang w:val="it-IT"/>
        </w:rPr>
      </w:pPr>
      <w:r w:rsidRPr="00106719">
        <w:rPr>
          <w:i/>
          <w:sz w:val="17"/>
          <w:lang w:val="it-IT"/>
        </w:rPr>
        <w:t>Classe di concorso: A-</w:t>
      </w:r>
      <w:proofErr w:type="gramStart"/>
      <w:r w:rsidRPr="00106719">
        <w:rPr>
          <w:i/>
          <w:sz w:val="17"/>
          <w:lang w:val="it-IT"/>
        </w:rPr>
        <w:t>041  ·</w:t>
      </w:r>
      <w:proofErr w:type="gramEnd"/>
      <w:r w:rsidRPr="00106719">
        <w:rPr>
          <w:i/>
          <w:sz w:val="17"/>
          <w:lang w:val="it-IT"/>
        </w:rPr>
        <w:t xml:space="preserve">  Monte ore nell'indirizzo: 2 ore settimanali per l'intero quinquennio</w:t>
      </w:r>
    </w:p>
    <w:p w14:paraId="54F1A085" w14:textId="77777777" w:rsidR="000D3CD5" w:rsidRPr="00106719" w:rsidRDefault="000D3CD5" w:rsidP="000D3CD5">
      <w:pPr>
        <w:spacing w:after="60"/>
        <w:jc w:val="both"/>
        <w:rPr>
          <w:lang w:val="it-IT"/>
        </w:rPr>
      </w:pPr>
      <w:r w:rsidRPr="00106719">
        <w:rPr>
          <w:sz w:val="17"/>
          <w:lang w:val="it-IT"/>
        </w:rPr>
        <w:t>Nota generale sulla disciplina. Disciplina caratterizzante del Liceo Scientifico opzione Scienze applicate: 2 ore settimanali per l'intero quinquennio.</w:t>
      </w:r>
    </w:p>
    <w:p w14:paraId="54A7E2AF" w14:textId="77777777" w:rsidR="000D3CD5" w:rsidRPr="00106719" w:rsidRDefault="000D3CD5" w:rsidP="000D3CD5">
      <w:pPr>
        <w:spacing w:after="120"/>
        <w:jc w:val="both"/>
        <w:rPr>
          <w:lang w:val="it-IT"/>
        </w:rPr>
      </w:pPr>
      <w:r w:rsidRPr="00106719">
        <w:rPr>
          <w:sz w:val="17"/>
          <w:lang w:val="it-IT"/>
        </w:rPr>
        <w:t>Declinazione per l'indirizzo. Disciplina caratterizzante dell'opzione. Non va intesa come alfabetizzazione digitale: il suo oggetto è il trattamento automatico dell'informazione e la progettazione algoritmica, in stretto raccordo con Matematica e Scienze.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4FD32A43" w14:textId="77777777" w:rsidTr="008B0F7A">
        <w:trPr>
          <w:cantSplit/>
        </w:trPr>
        <w:tc>
          <w:tcPr>
            <w:tcW w:w="9752" w:type="dxa"/>
            <w:gridSpan w:val="2"/>
            <w:shd w:val="clear" w:color="auto" w:fill="D6DFEE"/>
          </w:tcPr>
          <w:p w14:paraId="47B041A5"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1 — Dati, informazione e rappresentazione</w:t>
            </w:r>
          </w:p>
        </w:tc>
      </w:tr>
      <w:tr w:rsidR="000D3CD5" w:rsidRPr="00106719" w14:paraId="59522E04" w14:textId="77777777" w:rsidTr="008B0F7A">
        <w:trPr>
          <w:cantSplit/>
        </w:trPr>
        <w:tc>
          <w:tcPr>
            <w:tcW w:w="2211" w:type="dxa"/>
            <w:shd w:val="clear" w:color="auto" w:fill="EDF0F5"/>
          </w:tcPr>
          <w:p w14:paraId="73092594"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40F3856B"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settembre</w:t>
            </w:r>
            <w:proofErr w:type="spellEnd"/>
            <w:r w:rsidRPr="00106719">
              <w:rPr>
                <w:i/>
                <w:sz w:val="17"/>
              </w:rPr>
              <w:t xml:space="preserve"> – </w:t>
            </w:r>
            <w:proofErr w:type="spellStart"/>
            <w:r w:rsidRPr="00106719">
              <w:rPr>
                <w:i/>
                <w:sz w:val="17"/>
              </w:rPr>
              <w:t>inizio</w:t>
            </w:r>
            <w:proofErr w:type="spellEnd"/>
            <w:r w:rsidRPr="00106719">
              <w:rPr>
                <w:i/>
                <w:sz w:val="17"/>
              </w:rPr>
              <w:t xml:space="preserve"> </w:t>
            </w:r>
            <w:proofErr w:type="spellStart"/>
            <w:r w:rsidRPr="00106719">
              <w:rPr>
                <w:i/>
                <w:sz w:val="17"/>
              </w:rPr>
              <w:t>novembre</w:t>
            </w:r>
            <w:proofErr w:type="spellEnd"/>
          </w:p>
        </w:tc>
      </w:tr>
      <w:tr w:rsidR="000D3CD5" w:rsidRPr="00106719" w14:paraId="79889EBE" w14:textId="77777777" w:rsidTr="008B0F7A">
        <w:trPr>
          <w:cantSplit/>
        </w:trPr>
        <w:tc>
          <w:tcPr>
            <w:tcW w:w="2211" w:type="dxa"/>
            <w:shd w:val="clear" w:color="auto" w:fill="EDF0F5"/>
          </w:tcPr>
          <w:p w14:paraId="40BC289E"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0D6F1516" w14:textId="77777777" w:rsidR="000D3CD5" w:rsidRPr="00106719" w:rsidRDefault="000D3CD5" w:rsidP="008B0F7A">
            <w:pPr>
              <w:spacing w:after="20"/>
              <w:rPr>
                <w:lang w:val="it-IT"/>
              </w:rPr>
            </w:pPr>
            <w:r w:rsidRPr="00106719">
              <w:rPr>
                <w:sz w:val="17"/>
                <w:lang w:val="it-IT"/>
              </w:rPr>
              <w:t>Comprendere i principi della rappresentazione e del trattamento automatico dell'informazione · Competenza chiave: competenza digitale</w:t>
            </w:r>
          </w:p>
        </w:tc>
      </w:tr>
      <w:tr w:rsidR="000D3CD5" w:rsidRPr="00106719" w14:paraId="02A7C7C9" w14:textId="77777777" w:rsidTr="008B0F7A">
        <w:trPr>
          <w:cantSplit/>
        </w:trPr>
        <w:tc>
          <w:tcPr>
            <w:tcW w:w="2211" w:type="dxa"/>
            <w:shd w:val="clear" w:color="auto" w:fill="EDF0F5"/>
          </w:tcPr>
          <w:p w14:paraId="093ED03E"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49C79FAF" w14:textId="77777777" w:rsidR="000D3CD5" w:rsidRPr="00106719" w:rsidRDefault="000D3CD5" w:rsidP="008B0F7A">
            <w:pPr>
              <w:spacing w:after="0"/>
              <w:rPr>
                <w:lang w:val="it-IT"/>
              </w:rPr>
            </w:pPr>
            <w:r w:rsidRPr="00106719">
              <w:rPr>
                <w:sz w:val="17"/>
                <w:lang w:val="it-IT"/>
              </w:rPr>
              <w:t>· Convertire e rappresentare dati in basi diverse</w:t>
            </w:r>
          </w:p>
          <w:p w14:paraId="0A45C928" w14:textId="77777777" w:rsidR="000D3CD5" w:rsidRPr="00106719" w:rsidRDefault="000D3CD5" w:rsidP="008B0F7A">
            <w:pPr>
              <w:spacing w:after="0"/>
              <w:rPr>
                <w:lang w:val="it-IT"/>
              </w:rPr>
            </w:pPr>
            <w:r w:rsidRPr="00106719">
              <w:rPr>
                <w:sz w:val="17"/>
                <w:lang w:val="it-IT"/>
              </w:rPr>
              <w:t>· Distinguere dato, informazione e conoscenza</w:t>
            </w:r>
          </w:p>
          <w:p w14:paraId="3242A912" w14:textId="77777777" w:rsidR="000D3CD5" w:rsidRPr="00106719" w:rsidRDefault="000D3CD5" w:rsidP="008B0F7A">
            <w:pPr>
              <w:spacing w:after="0"/>
              <w:rPr>
                <w:lang w:val="it-IT"/>
              </w:rPr>
            </w:pPr>
            <w:r w:rsidRPr="00106719">
              <w:rPr>
                <w:sz w:val="17"/>
                <w:lang w:val="it-IT"/>
              </w:rPr>
              <w:t>· Utilizzare consapevolmente gli strumenti di produttività</w:t>
            </w:r>
          </w:p>
          <w:p w14:paraId="425CF174" w14:textId="77777777" w:rsidR="000D3CD5" w:rsidRPr="00106719" w:rsidRDefault="000D3CD5" w:rsidP="008B0F7A">
            <w:pPr>
              <w:spacing w:after="0"/>
              <w:rPr>
                <w:lang w:val="it-IT"/>
              </w:rPr>
            </w:pPr>
            <w:r w:rsidRPr="00106719">
              <w:rPr>
                <w:sz w:val="17"/>
                <w:lang w:val="it-IT"/>
              </w:rPr>
              <w:t>· Documentare un lavoro con strumenti digitali appropriati</w:t>
            </w:r>
          </w:p>
        </w:tc>
      </w:tr>
      <w:tr w:rsidR="000D3CD5" w:rsidRPr="00106719" w14:paraId="17F0274F" w14:textId="77777777" w:rsidTr="008B0F7A">
        <w:trPr>
          <w:cantSplit/>
        </w:trPr>
        <w:tc>
          <w:tcPr>
            <w:tcW w:w="2211" w:type="dxa"/>
            <w:shd w:val="clear" w:color="auto" w:fill="EDF0F5"/>
          </w:tcPr>
          <w:p w14:paraId="79A818EC"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40D10AB3"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Sistemi di numerazione; codifica di testi, immagini e suoni; architettura dell'elaboratore; sistema operativo; strumenti di produttività e di scrittura collaborativa.</w:t>
            </w:r>
          </w:p>
          <w:p w14:paraId="2E945443"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Strutture dati elementari; array e stringhe; complessità elementare degli algoritmi.</w:t>
            </w:r>
          </w:p>
          <w:p w14:paraId="0B716303"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Elaborazione di dati scientifici; calcolo numerico; introduzione ai sistemi di apprendimento automatico.</w:t>
            </w:r>
          </w:p>
        </w:tc>
      </w:tr>
      <w:tr w:rsidR="000D3CD5" w:rsidRPr="00106719" w14:paraId="3C3AD1DE" w14:textId="77777777" w:rsidTr="008B0F7A">
        <w:trPr>
          <w:cantSplit/>
        </w:trPr>
        <w:tc>
          <w:tcPr>
            <w:tcW w:w="2211" w:type="dxa"/>
            <w:shd w:val="clear" w:color="auto" w:fill="EDF0F5"/>
          </w:tcPr>
          <w:p w14:paraId="7320C488"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4B209682" w14:textId="77777777" w:rsidR="000D3CD5" w:rsidRPr="00106719" w:rsidRDefault="000D3CD5" w:rsidP="008B0F7A">
            <w:pPr>
              <w:spacing w:after="20"/>
              <w:rPr>
                <w:lang w:val="it-IT"/>
              </w:rPr>
            </w:pPr>
            <w:r w:rsidRPr="00106719">
              <w:rPr>
                <w:sz w:val="17"/>
                <w:lang w:val="it-IT"/>
              </w:rPr>
              <w:t xml:space="preserve">Laboratorio informatico; esercitazioni guidate; documentazione tecnica; verifica del possesso delle competenze digitali di base secondo il quadro </w:t>
            </w:r>
            <w:proofErr w:type="spellStart"/>
            <w:r w:rsidRPr="00106719">
              <w:rPr>
                <w:sz w:val="17"/>
                <w:lang w:val="it-IT"/>
              </w:rPr>
              <w:t>DigComp</w:t>
            </w:r>
            <w:proofErr w:type="spellEnd"/>
            <w:r w:rsidRPr="00106719">
              <w:rPr>
                <w:sz w:val="17"/>
                <w:lang w:val="it-IT"/>
              </w:rPr>
              <w:t>.</w:t>
            </w:r>
          </w:p>
        </w:tc>
      </w:tr>
      <w:tr w:rsidR="000D3CD5" w:rsidRPr="00106719" w14:paraId="06769FB1" w14:textId="77777777" w:rsidTr="008B0F7A">
        <w:trPr>
          <w:cantSplit/>
        </w:trPr>
        <w:tc>
          <w:tcPr>
            <w:tcW w:w="2211" w:type="dxa"/>
            <w:shd w:val="clear" w:color="auto" w:fill="EDF0F5"/>
          </w:tcPr>
          <w:p w14:paraId="379206EB"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782033F8" w14:textId="77777777" w:rsidR="000D3CD5" w:rsidRPr="00106719" w:rsidRDefault="000D3CD5" w:rsidP="008B0F7A">
            <w:pPr>
              <w:spacing w:after="20"/>
              <w:rPr>
                <w:lang w:val="it-IT"/>
              </w:rPr>
            </w:pPr>
            <w:r w:rsidRPr="00106719">
              <w:rPr>
                <w:sz w:val="17"/>
                <w:lang w:val="it-IT"/>
              </w:rPr>
              <w:t>Documento tecnico strutturato prodotto con strumenti collaborativi.</w:t>
            </w:r>
          </w:p>
        </w:tc>
      </w:tr>
      <w:tr w:rsidR="000D3CD5" w:rsidRPr="00106719" w14:paraId="5B98726F" w14:textId="77777777" w:rsidTr="008B0F7A">
        <w:trPr>
          <w:cantSplit/>
        </w:trPr>
        <w:tc>
          <w:tcPr>
            <w:tcW w:w="2211" w:type="dxa"/>
            <w:shd w:val="clear" w:color="auto" w:fill="EDF0F5"/>
          </w:tcPr>
          <w:p w14:paraId="0FD900AD"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12FBA93E" w14:textId="77777777" w:rsidR="000D3CD5" w:rsidRPr="00106719" w:rsidRDefault="000D3CD5" w:rsidP="008B0F7A">
            <w:pPr>
              <w:spacing w:after="20"/>
              <w:rPr>
                <w:lang w:val="it-IT"/>
              </w:rPr>
            </w:pPr>
            <w:r w:rsidRPr="00106719">
              <w:rPr>
                <w:sz w:val="17"/>
                <w:lang w:val="it-IT"/>
              </w:rPr>
              <w:t>Prova d'ingresso di competenze digitali; prova pratica in laboratorio; prova strutturata teorica.</w:t>
            </w:r>
          </w:p>
        </w:tc>
      </w:tr>
      <w:tr w:rsidR="000D3CD5" w:rsidRPr="00106719" w14:paraId="6DE7B45F" w14:textId="77777777" w:rsidTr="008B0F7A">
        <w:trPr>
          <w:cantSplit/>
        </w:trPr>
        <w:tc>
          <w:tcPr>
            <w:tcW w:w="2211" w:type="dxa"/>
            <w:shd w:val="clear" w:color="auto" w:fill="EDF0F5"/>
          </w:tcPr>
          <w:p w14:paraId="026AEE09"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5B3A7D59" w14:textId="77777777" w:rsidR="000D3CD5" w:rsidRPr="00106719" w:rsidRDefault="000D3CD5" w:rsidP="008B0F7A">
            <w:pPr>
              <w:spacing w:after="20"/>
              <w:rPr>
                <w:lang w:val="it-IT"/>
              </w:rPr>
            </w:pPr>
            <w:r w:rsidRPr="00106719">
              <w:rPr>
                <w:sz w:val="17"/>
                <w:lang w:val="it-IT"/>
              </w:rPr>
              <w:t>Cittadinanza digitale · 2 ore: identità digitale, credenziali e protezione dei dati personali; il Regolamento UE 2016/679.</w:t>
            </w:r>
          </w:p>
        </w:tc>
      </w:tr>
      <w:tr w:rsidR="000D3CD5" w:rsidRPr="00106719" w14:paraId="26484F93" w14:textId="77777777" w:rsidTr="008B0F7A">
        <w:trPr>
          <w:cantSplit/>
        </w:trPr>
        <w:tc>
          <w:tcPr>
            <w:tcW w:w="2211" w:type="dxa"/>
            <w:shd w:val="clear" w:color="auto" w:fill="EDF0F5"/>
          </w:tcPr>
          <w:p w14:paraId="6CFF86B6"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21DFEB08" w14:textId="77777777" w:rsidR="000D3CD5" w:rsidRPr="00106719" w:rsidRDefault="000D3CD5" w:rsidP="008B0F7A">
            <w:pPr>
              <w:spacing w:after="20"/>
              <w:rPr>
                <w:lang w:val="it-IT"/>
              </w:rPr>
            </w:pPr>
            <w:r w:rsidRPr="00106719">
              <w:rPr>
                <w:sz w:val="17"/>
                <w:lang w:val="it-IT"/>
              </w:rPr>
              <w:t>Progetta la struttura del database e il modello dei metadati dell'archivio digitale.</w:t>
            </w:r>
          </w:p>
        </w:tc>
      </w:tr>
    </w:tbl>
    <w:p w14:paraId="3F2180AF"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141BC218" w14:textId="77777777" w:rsidTr="008B0F7A">
        <w:trPr>
          <w:cantSplit/>
        </w:trPr>
        <w:tc>
          <w:tcPr>
            <w:tcW w:w="9752" w:type="dxa"/>
            <w:gridSpan w:val="2"/>
            <w:shd w:val="clear" w:color="auto" w:fill="D6DFEE"/>
          </w:tcPr>
          <w:p w14:paraId="0352A1F4"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2 — Algoritmi e programmazione</w:t>
            </w:r>
          </w:p>
        </w:tc>
      </w:tr>
      <w:tr w:rsidR="000D3CD5" w:rsidRPr="00106719" w14:paraId="2BA3FC1F" w14:textId="77777777" w:rsidTr="008B0F7A">
        <w:trPr>
          <w:cantSplit/>
        </w:trPr>
        <w:tc>
          <w:tcPr>
            <w:tcW w:w="2211" w:type="dxa"/>
            <w:shd w:val="clear" w:color="auto" w:fill="EDF0F5"/>
          </w:tcPr>
          <w:p w14:paraId="07F1CBE5"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6227CB02"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novembre</w:t>
            </w:r>
            <w:proofErr w:type="spellEnd"/>
            <w:r w:rsidRPr="00106719">
              <w:rPr>
                <w:i/>
                <w:sz w:val="17"/>
              </w:rPr>
              <w:t xml:space="preserve"> – fine </w:t>
            </w:r>
            <w:proofErr w:type="spellStart"/>
            <w:r w:rsidRPr="00106719">
              <w:rPr>
                <w:i/>
                <w:sz w:val="17"/>
              </w:rPr>
              <w:t>gennaio</w:t>
            </w:r>
            <w:proofErr w:type="spellEnd"/>
          </w:p>
        </w:tc>
      </w:tr>
      <w:tr w:rsidR="000D3CD5" w:rsidRPr="00106719" w14:paraId="1EF74C78" w14:textId="77777777" w:rsidTr="008B0F7A">
        <w:trPr>
          <w:cantSplit/>
        </w:trPr>
        <w:tc>
          <w:tcPr>
            <w:tcW w:w="2211" w:type="dxa"/>
            <w:shd w:val="clear" w:color="auto" w:fill="EDF0F5"/>
          </w:tcPr>
          <w:p w14:paraId="4D0BF66C"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5EF959CF" w14:textId="77777777" w:rsidR="000D3CD5" w:rsidRPr="00106719" w:rsidRDefault="000D3CD5" w:rsidP="008B0F7A">
            <w:pPr>
              <w:spacing w:after="20"/>
              <w:rPr>
                <w:lang w:val="it-IT"/>
              </w:rPr>
            </w:pPr>
            <w:r w:rsidRPr="00106719">
              <w:rPr>
                <w:sz w:val="17"/>
                <w:lang w:val="it-IT"/>
              </w:rPr>
              <w:t>Progettare e realizzare algoritmi per la soluzione di problemi · Competenza chiave: competenza matematica e competenza digitale</w:t>
            </w:r>
          </w:p>
        </w:tc>
      </w:tr>
      <w:tr w:rsidR="000D3CD5" w:rsidRPr="00106719" w14:paraId="49DDEF93" w14:textId="77777777" w:rsidTr="008B0F7A">
        <w:trPr>
          <w:cantSplit/>
        </w:trPr>
        <w:tc>
          <w:tcPr>
            <w:tcW w:w="2211" w:type="dxa"/>
            <w:shd w:val="clear" w:color="auto" w:fill="EDF0F5"/>
          </w:tcPr>
          <w:p w14:paraId="103D4B26"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1A78A316" w14:textId="77777777" w:rsidR="000D3CD5" w:rsidRPr="00106719" w:rsidRDefault="000D3CD5" w:rsidP="008B0F7A">
            <w:pPr>
              <w:spacing w:after="0"/>
              <w:rPr>
                <w:lang w:val="it-IT"/>
              </w:rPr>
            </w:pPr>
            <w:r w:rsidRPr="00106719">
              <w:rPr>
                <w:sz w:val="17"/>
                <w:lang w:val="it-IT"/>
              </w:rPr>
              <w:t>· Analizzare un problema e scomporlo in sottoproblemi</w:t>
            </w:r>
          </w:p>
          <w:p w14:paraId="211531E6" w14:textId="77777777" w:rsidR="000D3CD5" w:rsidRPr="00106719" w:rsidRDefault="000D3CD5" w:rsidP="008B0F7A">
            <w:pPr>
              <w:spacing w:after="0"/>
              <w:rPr>
                <w:lang w:val="it-IT"/>
              </w:rPr>
            </w:pPr>
            <w:r w:rsidRPr="00106719">
              <w:rPr>
                <w:sz w:val="17"/>
                <w:lang w:val="it-IT"/>
              </w:rPr>
              <w:t>· Progettare un algoritmo e rappresentarlo</w:t>
            </w:r>
          </w:p>
          <w:p w14:paraId="45281328" w14:textId="77777777" w:rsidR="000D3CD5" w:rsidRPr="00106719" w:rsidRDefault="000D3CD5" w:rsidP="008B0F7A">
            <w:pPr>
              <w:spacing w:after="0"/>
              <w:rPr>
                <w:lang w:val="it-IT"/>
              </w:rPr>
            </w:pPr>
            <w:r w:rsidRPr="00106719">
              <w:rPr>
                <w:sz w:val="17"/>
                <w:lang w:val="it-IT"/>
              </w:rPr>
              <w:t>· Implementare, testare e correggere un programma</w:t>
            </w:r>
          </w:p>
          <w:p w14:paraId="2D73ADC3" w14:textId="77777777" w:rsidR="000D3CD5" w:rsidRPr="00106719" w:rsidRDefault="000D3CD5" w:rsidP="008B0F7A">
            <w:pPr>
              <w:spacing w:after="0"/>
            </w:pPr>
            <w:r w:rsidRPr="00106719">
              <w:rPr>
                <w:sz w:val="17"/>
              </w:rPr>
              <w:t xml:space="preserve">· </w:t>
            </w:r>
            <w:proofErr w:type="spellStart"/>
            <w:r w:rsidRPr="00106719">
              <w:rPr>
                <w:sz w:val="17"/>
              </w:rPr>
              <w:t>Documentare</w:t>
            </w:r>
            <w:proofErr w:type="spellEnd"/>
            <w:r w:rsidRPr="00106719">
              <w:rPr>
                <w:sz w:val="17"/>
              </w:rPr>
              <w:t xml:space="preserve"> il </w:t>
            </w:r>
            <w:proofErr w:type="spellStart"/>
            <w:r w:rsidRPr="00106719">
              <w:rPr>
                <w:sz w:val="17"/>
              </w:rPr>
              <w:t>codice</w:t>
            </w:r>
            <w:proofErr w:type="spellEnd"/>
            <w:r w:rsidRPr="00106719">
              <w:rPr>
                <w:sz w:val="17"/>
              </w:rPr>
              <w:t xml:space="preserve"> </w:t>
            </w:r>
            <w:proofErr w:type="spellStart"/>
            <w:r w:rsidRPr="00106719">
              <w:rPr>
                <w:sz w:val="17"/>
              </w:rPr>
              <w:t>prodotto</w:t>
            </w:r>
            <w:proofErr w:type="spellEnd"/>
          </w:p>
        </w:tc>
      </w:tr>
      <w:tr w:rsidR="000D3CD5" w:rsidRPr="00106719" w14:paraId="4BEC843A" w14:textId="77777777" w:rsidTr="008B0F7A">
        <w:trPr>
          <w:cantSplit/>
        </w:trPr>
        <w:tc>
          <w:tcPr>
            <w:tcW w:w="2211" w:type="dxa"/>
            <w:shd w:val="clear" w:color="auto" w:fill="EDF0F5"/>
          </w:tcPr>
          <w:p w14:paraId="623CBD28"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4F3190CE"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Pensiero computazionale; diagrammi di flusso e pseudocodice; strutture di controllo; primi programmi in un linguaggio ad alto livello.</w:t>
            </w:r>
          </w:p>
          <w:p w14:paraId="3B8D108B"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 xml:space="preserve">Funzioni e modularità; </w:t>
            </w:r>
            <w:proofErr w:type="spellStart"/>
            <w:r w:rsidRPr="00106719">
              <w:rPr>
                <w:sz w:val="17"/>
                <w:lang w:val="it-IT"/>
              </w:rPr>
              <w:t>ricorsione</w:t>
            </w:r>
            <w:proofErr w:type="spellEnd"/>
            <w:r w:rsidRPr="00106719">
              <w:rPr>
                <w:sz w:val="17"/>
                <w:lang w:val="it-IT"/>
              </w:rPr>
              <w:t>; algoritmi di ordinamento e di ricerca; programmazione a oggetti nei suoi principi.</w:t>
            </w:r>
          </w:p>
          <w:p w14:paraId="2DC078F1"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Algoritmi numerici per l'analisi e la statistica; elaborazione di grandi insiemi di dati; librerie scientifiche.</w:t>
            </w:r>
          </w:p>
        </w:tc>
      </w:tr>
      <w:tr w:rsidR="000D3CD5" w:rsidRPr="00106719" w14:paraId="15D37A58" w14:textId="77777777" w:rsidTr="008B0F7A">
        <w:trPr>
          <w:cantSplit/>
        </w:trPr>
        <w:tc>
          <w:tcPr>
            <w:tcW w:w="2211" w:type="dxa"/>
            <w:shd w:val="clear" w:color="auto" w:fill="EDF0F5"/>
          </w:tcPr>
          <w:p w14:paraId="4B997445"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90E54AE" w14:textId="77777777" w:rsidR="000D3CD5" w:rsidRPr="00106719" w:rsidRDefault="000D3CD5" w:rsidP="008B0F7A">
            <w:pPr>
              <w:spacing w:after="20"/>
              <w:rPr>
                <w:lang w:val="it-IT"/>
              </w:rPr>
            </w:pPr>
            <w:r w:rsidRPr="00106719">
              <w:rPr>
                <w:sz w:val="17"/>
                <w:lang w:val="it-IT"/>
              </w:rPr>
              <w:t xml:space="preserve">Coding in laboratorio; </w:t>
            </w:r>
            <w:proofErr w:type="spellStart"/>
            <w:r w:rsidRPr="00106719">
              <w:rPr>
                <w:sz w:val="17"/>
                <w:lang w:val="it-IT"/>
              </w:rPr>
              <w:t>pair</w:t>
            </w:r>
            <w:proofErr w:type="spellEnd"/>
            <w:r w:rsidRPr="00106719">
              <w:rPr>
                <w:sz w:val="17"/>
                <w:lang w:val="it-IT"/>
              </w:rPr>
              <w:t xml:space="preserve"> programming; </w:t>
            </w:r>
            <w:proofErr w:type="spellStart"/>
            <w:r w:rsidRPr="00106719">
              <w:rPr>
                <w:sz w:val="17"/>
                <w:lang w:val="it-IT"/>
              </w:rPr>
              <w:t>versionamento</w:t>
            </w:r>
            <w:proofErr w:type="spellEnd"/>
            <w:r w:rsidRPr="00106719">
              <w:rPr>
                <w:sz w:val="17"/>
                <w:lang w:val="it-IT"/>
              </w:rPr>
              <w:t xml:space="preserve"> del codice; debugging guidato; problemi tratti dalla matematica e dalla fisica.</w:t>
            </w:r>
          </w:p>
        </w:tc>
      </w:tr>
      <w:tr w:rsidR="000D3CD5" w:rsidRPr="00106719" w14:paraId="564E7212" w14:textId="77777777" w:rsidTr="008B0F7A">
        <w:trPr>
          <w:cantSplit/>
        </w:trPr>
        <w:tc>
          <w:tcPr>
            <w:tcW w:w="2211" w:type="dxa"/>
            <w:shd w:val="clear" w:color="auto" w:fill="EDF0F5"/>
          </w:tcPr>
          <w:p w14:paraId="6D09415B"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171D3387" w14:textId="77777777" w:rsidR="000D3CD5" w:rsidRPr="00106719" w:rsidRDefault="000D3CD5" w:rsidP="008B0F7A">
            <w:pPr>
              <w:spacing w:after="20"/>
              <w:rPr>
                <w:lang w:val="it-IT"/>
              </w:rPr>
            </w:pPr>
            <w:r w:rsidRPr="00106719">
              <w:rPr>
                <w:sz w:val="17"/>
                <w:lang w:val="it-IT"/>
              </w:rPr>
              <w:t>Programma funzionante con documentazione e casi di test.</w:t>
            </w:r>
          </w:p>
        </w:tc>
      </w:tr>
      <w:tr w:rsidR="000D3CD5" w:rsidRPr="00106719" w14:paraId="526E05DF" w14:textId="77777777" w:rsidTr="008B0F7A">
        <w:trPr>
          <w:cantSplit/>
        </w:trPr>
        <w:tc>
          <w:tcPr>
            <w:tcW w:w="2211" w:type="dxa"/>
            <w:shd w:val="clear" w:color="auto" w:fill="EDF0F5"/>
          </w:tcPr>
          <w:p w14:paraId="1A7B06F1"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7CC5FC53" w14:textId="77777777" w:rsidR="000D3CD5" w:rsidRPr="00106719" w:rsidRDefault="000D3CD5" w:rsidP="008B0F7A">
            <w:pPr>
              <w:spacing w:after="20"/>
              <w:rPr>
                <w:lang w:val="it-IT"/>
              </w:rPr>
            </w:pPr>
            <w:r w:rsidRPr="00106719">
              <w:rPr>
                <w:sz w:val="17"/>
                <w:lang w:val="it-IT"/>
              </w:rPr>
              <w:t>Valutazione del progetto su rubrica; prova pratica; prova teorica sugli algoritmi.</w:t>
            </w:r>
          </w:p>
        </w:tc>
      </w:tr>
      <w:tr w:rsidR="000D3CD5" w:rsidRPr="00106719" w14:paraId="21E3DEEA" w14:textId="77777777" w:rsidTr="008B0F7A">
        <w:trPr>
          <w:cantSplit/>
        </w:trPr>
        <w:tc>
          <w:tcPr>
            <w:tcW w:w="2211" w:type="dxa"/>
            <w:shd w:val="clear" w:color="auto" w:fill="EDF0F5"/>
          </w:tcPr>
          <w:p w14:paraId="61E41074"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0558272F" w14:textId="77777777" w:rsidR="000D3CD5" w:rsidRPr="00106719" w:rsidRDefault="000D3CD5" w:rsidP="008B0F7A">
            <w:pPr>
              <w:spacing w:after="20"/>
              <w:rPr>
                <w:lang w:val="it-IT"/>
              </w:rPr>
            </w:pPr>
            <w:r w:rsidRPr="00106719">
              <w:rPr>
                <w:sz w:val="17"/>
                <w:lang w:val="it-IT"/>
              </w:rPr>
              <w:t>Cittadinanza digitale · 1 ora: licenze del software, codice aperto e proprietà intellettuale.</w:t>
            </w:r>
          </w:p>
        </w:tc>
      </w:tr>
      <w:tr w:rsidR="000D3CD5" w:rsidRPr="00106719" w14:paraId="54F9768F" w14:textId="77777777" w:rsidTr="008B0F7A">
        <w:trPr>
          <w:cantSplit/>
        </w:trPr>
        <w:tc>
          <w:tcPr>
            <w:tcW w:w="2211" w:type="dxa"/>
            <w:shd w:val="clear" w:color="auto" w:fill="EDF0F5"/>
          </w:tcPr>
          <w:p w14:paraId="3DEB6A42"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0B58491C" w14:textId="77777777" w:rsidR="000D3CD5" w:rsidRPr="00106719" w:rsidRDefault="000D3CD5" w:rsidP="008B0F7A">
            <w:pPr>
              <w:spacing w:after="20"/>
              <w:rPr>
                <w:lang w:val="it-IT"/>
              </w:rPr>
            </w:pPr>
            <w:r w:rsidRPr="00106719">
              <w:rPr>
                <w:sz w:val="17"/>
                <w:lang w:val="it-IT"/>
              </w:rPr>
              <w:t>Sviluppa l'applicazione di consultazione dell'archivio e la generazione dei QR code.</w:t>
            </w:r>
          </w:p>
        </w:tc>
      </w:tr>
    </w:tbl>
    <w:p w14:paraId="01463F6B"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1595D116" w14:textId="77777777" w:rsidTr="008B0F7A">
        <w:trPr>
          <w:cantSplit/>
        </w:trPr>
        <w:tc>
          <w:tcPr>
            <w:tcW w:w="9752" w:type="dxa"/>
            <w:gridSpan w:val="2"/>
            <w:shd w:val="clear" w:color="auto" w:fill="D6DFEE"/>
          </w:tcPr>
          <w:p w14:paraId="7EFB9BD2"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3 — Reti, servizi e sicurezza</w:t>
            </w:r>
          </w:p>
        </w:tc>
      </w:tr>
      <w:tr w:rsidR="000D3CD5" w:rsidRPr="00106719" w14:paraId="0598C812" w14:textId="77777777" w:rsidTr="008B0F7A">
        <w:trPr>
          <w:cantSplit/>
        </w:trPr>
        <w:tc>
          <w:tcPr>
            <w:tcW w:w="2211" w:type="dxa"/>
            <w:shd w:val="clear" w:color="auto" w:fill="EDF0F5"/>
          </w:tcPr>
          <w:p w14:paraId="2F82F982" w14:textId="77777777" w:rsidR="000D3CD5" w:rsidRPr="00106719" w:rsidRDefault="000D3CD5" w:rsidP="008B0F7A">
            <w:pPr>
              <w:spacing w:after="20"/>
            </w:pPr>
            <w:proofErr w:type="spellStart"/>
            <w:r w:rsidRPr="00106719">
              <w:rPr>
                <w:b/>
                <w:sz w:val="17"/>
              </w:rPr>
              <w:lastRenderedPageBreak/>
              <w:t>Periodo</w:t>
            </w:r>
            <w:proofErr w:type="spellEnd"/>
          </w:p>
        </w:tc>
        <w:tc>
          <w:tcPr>
            <w:tcW w:w="7540" w:type="dxa"/>
          </w:tcPr>
          <w:p w14:paraId="4EAAB2C3" w14:textId="77777777" w:rsidR="000D3CD5" w:rsidRPr="00106719" w:rsidRDefault="000D3CD5" w:rsidP="008B0F7A">
            <w:pPr>
              <w:spacing w:after="20"/>
            </w:pPr>
            <w:r w:rsidRPr="00106719">
              <w:rPr>
                <w:i/>
                <w:sz w:val="17"/>
              </w:rPr>
              <w:t xml:space="preserve">2° </w:t>
            </w:r>
            <w:proofErr w:type="spellStart"/>
            <w:r w:rsidRPr="00106719">
              <w:rPr>
                <w:i/>
                <w:sz w:val="17"/>
              </w:rPr>
              <w:t>quadrimestre</w:t>
            </w:r>
            <w:proofErr w:type="spellEnd"/>
            <w:r w:rsidRPr="00106719">
              <w:rPr>
                <w:i/>
                <w:sz w:val="17"/>
              </w:rPr>
              <w:t xml:space="preserve"> · </w:t>
            </w:r>
            <w:proofErr w:type="spellStart"/>
            <w:r w:rsidRPr="00106719">
              <w:rPr>
                <w:i/>
                <w:sz w:val="17"/>
              </w:rPr>
              <w:t>febbraio</w:t>
            </w:r>
            <w:proofErr w:type="spellEnd"/>
            <w:r w:rsidRPr="00106719">
              <w:rPr>
                <w:i/>
                <w:sz w:val="17"/>
              </w:rPr>
              <w:t xml:space="preserve"> – pausa </w:t>
            </w:r>
            <w:proofErr w:type="spellStart"/>
            <w:r w:rsidRPr="00106719">
              <w:rPr>
                <w:i/>
                <w:sz w:val="17"/>
              </w:rPr>
              <w:t>pasquale</w:t>
            </w:r>
            <w:proofErr w:type="spellEnd"/>
          </w:p>
        </w:tc>
      </w:tr>
      <w:tr w:rsidR="000D3CD5" w:rsidRPr="00106719" w14:paraId="664A79D1" w14:textId="77777777" w:rsidTr="008B0F7A">
        <w:trPr>
          <w:cantSplit/>
        </w:trPr>
        <w:tc>
          <w:tcPr>
            <w:tcW w:w="2211" w:type="dxa"/>
            <w:shd w:val="clear" w:color="auto" w:fill="EDF0F5"/>
          </w:tcPr>
          <w:p w14:paraId="51401D39"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23AE06E0" w14:textId="77777777" w:rsidR="000D3CD5" w:rsidRPr="00106719" w:rsidRDefault="000D3CD5" w:rsidP="008B0F7A">
            <w:pPr>
              <w:spacing w:after="20"/>
              <w:rPr>
                <w:lang w:val="it-IT"/>
              </w:rPr>
            </w:pPr>
            <w:r w:rsidRPr="00106719">
              <w:rPr>
                <w:sz w:val="17"/>
                <w:lang w:val="it-IT"/>
              </w:rPr>
              <w:t>Comprendere l'architettura delle reti e i principi della sicurezza informatica · Competenza chiave: competenza in materia di cittadinanza</w:t>
            </w:r>
          </w:p>
        </w:tc>
      </w:tr>
      <w:tr w:rsidR="000D3CD5" w:rsidRPr="00106719" w14:paraId="40352DE6" w14:textId="77777777" w:rsidTr="008B0F7A">
        <w:trPr>
          <w:cantSplit/>
        </w:trPr>
        <w:tc>
          <w:tcPr>
            <w:tcW w:w="2211" w:type="dxa"/>
            <w:shd w:val="clear" w:color="auto" w:fill="EDF0F5"/>
          </w:tcPr>
          <w:p w14:paraId="52303AD7"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1F4E23DF" w14:textId="77777777" w:rsidR="000D3CD5" w:rsidRPr="00106719" w:rsidRDefault="000D3CD5" w:rsidP="008B0F7A">
            <w:pPr>
              <w:spacing w:after="0"/>
              <w:rPr>
                <w:lang w:val="it-IT"/>
              </w:rPr>
            </w:pPr>
            <w:r w:rsidRPr="00106719">
              <w:rPr>
                <w:sz w:val="17"/>
                <w:lang w:val="it-IT"/>
              </w:rPr>
              <w:t>· Descrivere il funzionamento di una rete e dei suoi protocolli</w:t>
            </w:r>
          </w:p>
          <w:p w14:paraId="13C2ECB8" w14:textId="77777777" w:rsidR="000D3CD5" w:rsidRPr="00106719" w:rsidRDefault="000D3CD5" w:rsidP="008B0F7A">
            <w:pPr>
              <w:spacing w:after="0"/>
              <w:rPr>
                <w:lang w:val="it-IT"/>
              </w:rPr>
            </w:pPr>
            <w:r w:rsidRPr="00106719">
              <w:rPr>
                <w:sz w:val="17"/>
                <w:lang w:val="it-IT"/>
              </w:rPr>
              <w:t>· Riconoscere le principali minacce informatiche e le contromisure</w:t>
            </w:r>
          </w:p>
          <w:p w14:paraId="380005FE" w14:textId="77777777" w:rsidR="000D3CD5" w:rsidRPr="00106719" w:rsidRDefault="000D3CD5" w:rsidP="008B0F7A">
            <w:pPr>
              <w:spacing w:after="0"/>
              <w:rPr>
                <w:lang w:val="it-IT"/>
              </w:rPr>
            </w:pPr>
            <w:r w:rsidRPr="00106719">
              <w:rPr>
                <w:sz w:val="17"/>
                <w:lang w:val="it-IT"/>
              </w:rPr>
              <w:t>· Realizzare e pubblicare contenuti web accessibili</w:t>
            </w:r>
          </w:p>
          <w:p w14:paraId="73F2AF1F" w14:textId="77777777" w:rsidR="000D3CD5" w:rsidRPr="00106719" w:rsidRDefault="000D3CD5" w:rsidP="008B0F7A">
            <w:pPr>
              <w:spacing w:after="0"/>
              <w:rPr>
                <w:lang w:val="it-IT"/>
              </w:rPr>
            </w:pPr>
            <w:r w:rsidRPr="00106719">
              <w:rPr>
                <w:sz w:val="17"/>
                <w:lang w:val="it-IT"/>
              </w:rPr>
              <w:t>· Valutare gli aspetti giuridici del trattamento dei dati</w:t>
            </w:r>
          </w:p>
        </w:tc>
      </w:tr>
      <w:tr w:rsidR="000D3CD5" w:rsidRPr="00106719" w14:paraId="28E9741B" w14:textId="77777777" w:rsidTr="008B0F7A">
        <w:trPr>
          <w:cantSplit/>
        </w:trPr>
        <w:tc>
          <w:tcPr>
            <w:tcW w:w="2211" w:type="dxa"/>
            <w:shd w:val="clear" w:color="auto" w:fill="EDF0F5"/>
          </w:tcPr>
          <w:p w14:paraId="532EB149"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41542A77"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Reti e Internet; protocolli fondamentali; linguaggi di marcatura e fogli di stile; pubblicazione di contenuti accessibili.</w:t>
            </w:r>
          </w:p>
          <w:p w14:paraId="54EDF51D"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 xml:space="preserve">Architettura </w:t>
            </w:r>
            <w:proofErr w:type="spellStart"/>
            <w:r w:rsidRPr="00106719">
              <w:rPr>
                <w:sz w:val="17"/>
                <w:lang w:val="it-IT"/>
              </w:rPr>
              <w:t>client-server</w:t>
            </w:r>
            <w:proofErr w:type="spellEnd"/>
            <w:r w:rsidRPr="00106719">
              <w:rPr>
                <w:sz w:val="17"/>
                <w:lang w:val="it-IT"/>
              </w:rPr>
              <w:t>; basi di dati relazionali e linguaggio di interrogazione; sicurezza e crittografia elementare.</w:t>
            </w:r>
          </w:p>
          <w:p w14:paraId="47E14A3A"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Servizi in rete e applicazioni distribuite; sicurezza applicativa; il cloud e le sue implicazioni.</w:t>
            </w:r>
          </w:p>
        </w:tc>
      </w:tr>
      <w:tr w:rsidR="000D3CD5" w:rsidRPr="00106719" w14:paraId="6C7B779D" w14:textId="77777777" w:rsidTr="008B0F7A">
        <w:trPr>
          <w:cantSplit/>
        </w:trPr>
        <w:tc>
          <w:tcPr>
            <w:tcW w:w="2211" w:type="dxa"/>
            <w:shd w:val="clear" w:color="auto" w:fill="EDF0F5"/>
          </w:tcPr>
          <w:p w14:paraId="1F17EBE7"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73C1CA51" w14:textId="77777777" w:rsidR="000D3CD5" w:rsidRPr="00106719" w:rsidRDefault="000D3CD5" w:rsidP="008B0F7A">
            <w:pPr>
              <w:spacing w:after="20"/>
              <w:rPr>
                <w:lang w:val="it-IT"/>
              </w:rPr>
            </w:pPr>
            <w:r w:rsidRPr="00106719">
              <w:rPr>
                <w:sz w:val="17"/>
                <w:lang w:val="it-IT"/>
              </w:rPr>
              <w:t>Laboratorio di rete; realizzazione di un sito accessibile; simulazione di attacchi e difese in ambiente controllato; raccordo con il regolamento d'istituto sull'uso degli strumenti digitali.</w:t>
            </w:r>
          </w:p>
        </w:tc>
      </w:tr>
      <w:tr w:rsidR="000D3CD5" w:rsidRPr="00106719" w14:paraId="3BF3E9B3" w14:textId="77777777" w:rsidTr="008B0F7A">
        <w:trPr>
          <w:cantSplit/>
        </w:trPr>
        <w:tc>
          <w:tcPr>
            <w:tcW w:w="2211" w:type="dxa"/>
            <w:shd w:val="clear" w:color="auto" w:fill="EDF0F5"/>
          </w:tcPr>
          <w:p w14:paraId="57A8BB58"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7F27FBCD" w14:textId="77777777" w:rsidR="000D3CD5" w:rsidRPr="00106719" w:rsidRDefault="000D3CD5" w:rsidP="008B0F7A">
            <w:pPr>
              <w:spacing w:after="20"/>
              <w:rPr>
                <w:lang w:val="it-IT"/>
              </w:rPr>
            </w:pPr>
            <w:r w:rsidRPr="00106719">
              <w:rPr>
                <w:sz w:val="17"/>
                <w:lang w:val="it-IT"/>
              </w:rPr>
              <w:t>Sito web accessibile o base di dati funzionante, con documentazione.</w:t>
            </w:r>
          </w:p>
        </w:tc>
      </w:tr>
      <w:tr w:rsidR="000D3CD5" w:rsidRPr="00106719" w14:paraId="5420333C" w14:textId="77777777" w:rsidTr="008B0F7A">
        <w:trPr>
          <w:cantSplit/>
        </w:trPr>
        <w:tc>
          <w:tcPr>
            <w:tcW w:w="2211" w:type="dxa"/>
            <w:shd w:val="clear" w:color="auto" w:fill="EDF0F5"/>
          </w:tcPr>
          <w:p w14:paraId="1759462E"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56E6177E" w14:textId="77777777" w:rsidR="000D3CD5" w:rsidRPr="00106719" w:rsidRDefault="000D3CD5" w:rsidP="008B0F7A">
            <w:pPr>
              <w:spacing w:after="20"/>
              <w:rPr>
                <w:lang w:val="it-IT"/>
              </w:rPr>
            </w:pPr>
            <w:r w:rsidRPr="00106719">
              <w:rPr>
                <w:sz w:val="17"/>
                <w:lang w:val="it-IT"/>
              </w:rPr>
              <w:t>Valutazione del prodotto su rubrica; prova pratica; prova strutturata.</w:t>
            </w:r>
          </w:p>
        </w:tc>
      </w:tr>
      <w:tr w:rsidR="000D3CD5" w:rsidRPr="00106719" w14:paraId="77BF0232" w14:textId="77777777" w:rsidTr="008B0F7A">
        <w:trPr>
          <w:cantSplit/>
        </w:trPr>
        <w:tc>
          <w:tcPr>
            <w:tcW w:w="2211" w:type="dxa"/>
            <w:shd w:val="clear" w:color="auto" w:fill="EDF0F5"/>
          </w:tcPr>
          <w:p w14:paraId="725A654D"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10ED3961" w14:textId="77777777" w:rsidR="000D3CD5" w:rsidRPr="00106719" w:rsidRDefault="000D3CD5" w:rsidP="008B0F7A">
            <w:pPr>
              <w:spacing w:after="20"/>
              <w:rPr>
                <w:lang w:val="it-IT"/>
              </w:rPr>
            </w:pPr>
            <w:r w:rsidRPr="00106719">
              <w:rPr>
                <w:sz w:val="17"/>
                <w:lang w:val="it-IT"/>
              </w:rPr>
              <w:t>Cittadinanza digitale · 3 ore: reati informatici, cyberbullismo, sicurezza delle credenziali; le regole d'istituto sull'uso della piattaforma Google Workspace.</w:t>
            </w:r>
          </w:p>
        </w:tc>
      </w:tr>
      <w:tr w:rsidR="000D3CD5" w:rsidRPr="00106719" w14:paraId="7D2E9899" w14:textId="77777777" w:rsidTr="008B0F7A">
        <w:trPr>
          <w:cantSplit/>
        </w:trPr>
        <w:tc>
          <w:tcPr>
            <w:tcW w:w="2211" w:type="dxa"/>
            <w:shd w:val="clear" w:color="auto" w:fill="EDF0F5"/>
          </w:tcPr>
          <w:p w14:paraId="75C42EB3"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024070A8" w14:textId="77777777" w:rsidR="000D3CD5" w:rsidRPr="00106719" w:rsidRDefault="000D3CD5" w:rsidP="008B0F7A">
            <w:pPr>
              <w:spacing w:after="20"/>
              <w:rPr>
                <w:lang w:val="it-IT"/>
              </w:rPr>
            </w:pPr>
            <w:r w:rsidRPr="00106719">
              <w:rPr>
                <w:sz w:val="17"/>
                <w:lang w:val="it-IT"/>
              </w:rPr>
              <w:t>Realizza la pubblicazione online dell'archivio e ne assicura accessibilità e sicurezza.</w:t>
            </w:r>
          </w:p>
        </w:tc>
      </w:tr>
    </w:tbl>
    <w:p w14:paraId="7FA10EEE"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43C8CC48" w14:textId="77777777" w:rsidTr="008B0F7A">
        <w:trPr>
          <w:cantSplit/>
        </w:trPr>
        <w:tc>
          <w:tcPr>
            <w:tcW w:w="9752" w:type="dxa"/>
            <w:gridSpan w:val="2"/>
            <w:shd w:val="clear" w:color="auto" w:fill="D6DFEE"/>
          </w:tcPr>
          <w:p w14:paraId="60C6C036"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4 — Dati, intelligenza artificiale e responsabilità</w:t>
            </w:r>
          </w:p>
        </w:tc>
      </w:tr>
      <w:tr w:rsidR="000D3CD5" w:rsidRPr="00106719" w14:paraId="4FE3437A" w14:textId="77777777" w:rsidTr="008B0F7A">
        <w:trPr>
          <w:cantSplit/>
        </w:trPr>
        <w:tc>
          <w:tcPr>
            <w:tcW w:w="2211" w:type="dxa"/>
            <w:shd w:val="clear" w:color="auto" w:fill="EDF0F5"/>
          </w:tcPr>
          <w:p w14:paraId="0951B8E1"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1F2E5799" w14:textId="77777777" w:rsidR="000D3CD5" w:rsidRPr="00106719" w:rsidRDefault="000D3CD5" w:rsidP="008B0F7A">
            <w:pPr>
              <w:spacing w:after="20"/>
              <w:rPr>
                <w:lang w:val="it-IT"/>
              </w:rPr>
            </w:pPr>
            <w:r w:rsidRPr="00106719">
              <w:rPr>
                <w:i/>
                <w:sz w:val="17"/>
                <w:lang w:val="it-IT"/>
              </w:rPr>
              <w:t>2° quadrimestre · dopo Pasqua – termine delle lezioni</w:t>
            </w:r>
          </w:p>
        </w:tc>
      </w:tr>
      <w:tr w:rsidR="000D3CD5" w:rsidRPr="00106719" w14:paraId="676923F7" w14:textId="77777777" w:rsidTr="008B0F7A">
        <w:trPr>
          <w:cantSplit/>
        </w:trPr>
        <w:tc>
          <w:tcPr>
            <w:tcW w:w="2211" w:type="dxa"/>
            <w:shd w:val="clear" w:color="auto" w:fill="EDF0F5"/>
          </w:tcPr>
          <w:p w14:paraId="5CA07051"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1201BAD4" w14:textId="77777777" w:rsidR="000D3CD5" w:rsidRPr="00106719" w:rsidRDefault="000D3CD5" w:rsidP="008B0F7A">
            <w:pPr>
              <w:spacing w:after="20"/>
              <w:rPr>
                <w:lang w:val="it-IT"/>
              </w:rPr>
            </w:pPr>
            <w:r w:rsidRPr="00106719">
              <w:rPr>
                <w:sz w:val="17"/>
                <w:lang w:val="it-IT"/>
              </w:rPr>
              <w:t>Utilizzare consapevolmente i sistemi di elaborazione automatica dei dati · Competenza chiave: competenza digitale e competenza imprenditoriale</w:t>
            </w:r>
          </w:p>
        </w:tc>
      </w:tr>
      <w:tr w:rsidR="000D3CD5" w:rsidRPr="00106719" w14:paraId="70A0A336" w14:textId="77777777" w:rsidTr="008B0F7A">
        <w:trPr>
          <w:cantSplit/>
        </w:trPr>
        <w:tc>
          <w:tcPr>
            <w:tcW w:w="2211" w:type="dxa"/>
            <w:shd w:val="clear" w:color="auto" w:fill="EDF0F5"/>
          </w:tcPr>
          <w:p w14:paraId="4795A979"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539372A1" w14:textId="77777777" w:rsidR="000D3CD5" w:rsidRPr="00106719" w:rsidRDefault="000D3CD5" w:rsidP="008B0F7A">
            <w:pPr>
              <w:spacing w:after="0"/>
              <w:rPr>
                <w:lang w:val="it-IT"/>
              </w:rPr>
            </w:pPr>
            <w:r w:rsidRPr="00106719">
              <w:rPr>
                <w:sz w:val="17"/>
                <w:lang w:val="it-IT"/>
              </w:rPr>
              <w:t>· Elaborare e visualizzare un insieme di dati reali</w:t>
            </w:r>
          </w:p>
          <w:p w14:paraId="5AA16500" w14:textId="77777777" w:rsidR="000D3CD5" w:rsidRPr="00106719" w:rsidRDefault="000D3CD5" w:rsidP="008B0F7A">
            <w:pPr>
              <w:spacing w:after="0"/>
              <w:rPr>
                <w:lang w:val="it-IT"/>
              </w:rPr>
            </w:pPr>
            <w:r w:rsidRPr="00106719">
              <w:rPr>
                <w:sz w:val="17"/>
                <w:lang w:val="it-IT"/>
              </w:rPr>
              <w:t>· Descrivere il funzionamento di un sistema di apprendimento automatico</w:t>
            </w:r>
          </w:p>
          <w:p w14:paraId="7CAC9B05" w14:textId="77777777" w:rsidR="000D3CD5" w:rsidRPr="00106719" w:rsidRDefault="000D3CD5" w:rsidP="008B0F7A">
            <w:pPr>
              <w:spacing w:after="0"/>
              <w:rPr>
                <w:lang w:val="it-IT"/>
              </w:rPr>
            </w:pPr>
            <w:r w:rsidRPr="00106719">
              <w:rPr>
                <w:sz w:val="17"/>
                <w:lang w:val="it-IT"/>
              </w:rPr>
              <w:t xml:space="preserve">· Riconoscere i limiti, i </w:t>
            </w:r>
            <w:proofErr w:type="spellStart"/>
            <w:r w:rsidRPr="00106719">
              <w:rPr>
                <w:sz w:val="17"/>
                <w:lang w:val="it-IT"/>
              </w:rPr>
              <w:t>bias</w:t>
            </w:r>
            <w:proofErr w:type="spellEnd"/>
            <w:r w:rsidRPr="00106719">
              <w:rPr>
                <w:sz w:val="17"/>
                <w:lang w:val="it-IT"/>
              </w:rPr>
              <w:t xml:space="preserve"> e i rischi dei sistemi automatici</w:t>
            </w:r>
          </w:p>
          <w:p w14:paraId="04C40FD9" w14:textId="77777777" w:rsidR="000D3CD5" w:rsidRPr="00106719" w:rsidRDefault="000D3CD5" w:rsidP="008B0F7A">
            <w:pPr>
              <w:spacing w:after="0"/>
              <w:rPr>
                <w:lang w:val="it-IT"/>
              </w:rPr>
            </w:pPr>
            <w:r w:rsidRPr="00106719">
              <w:rPr>
                <w:sz w:val="17"/>
                <w:lang w:val="it-IT"/>
              </w:rPr>
              <w:t>· Progettare e presentare una soluzione informatica a un problema reale</w:t>
            </w:r>
          </w:p>
        </w:tc>
      </w:tr>
      <w:tr w:rsidR="000D3CD5" w:rsidRPr="00106719" w14:paraId="1A0EF7A7" w14:textId="77777777" w:rsidTr="008B0F7A">
        <w:trPr>
          <w:cantSplit/>
        </w:trPr>
        <w:tc>
          <w:tcPr>
            <w:tcW w:w="2211" w:type="dxa"/>
            <w:shd w:val="clear" w:color="auto" w:fill="EDF0F5"/>
          </w:tcPr>
          <w:p w14:paraId="5DA25556"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37B0B4DC"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Fogli di calcolo avanzati; visualizzazione dei dati; primi strumenti di intelligenza artificiale generativa e loro uso critico.</w:t>
            </w:r>
          </w:p>
          <w:p w14:paraId="111735FD"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Data analysis con librerie dedicate; introduzione all'apprendimento automatico supervisionato; etica dei dati.</w:t>
            </w:r>
          </w:p>
          <w:p w14:paraId="427EEB20"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Progetto informatico completo; introduzione alle reti neurali; nodi concettuali per il colloquio d'esame.</w:t>
            </w:r>
          </w:p>
        </w:tc>
      </w:tr>
      <w:tr w:rsidR="000D3CD5" w:rsidRPr="00106719" w14:paraId="2210B741" w14:textId="77777777" w:rsidTr="008B0F7A">
        <w:trPr>
          <w:cantSplit/>
        </w:trPr>
        <w:tc>
          <w:tcPr>
            <w:tcW w:w="2211" w:type="dxa"/>
            <w:shd w:val="clear" w:color="auto" w:fill="EDF0F5"/>
          </w:tcPr>
          <w:p w14:paraId="4B3F9104"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60AB2E01" w14:textId="77777777" w:rsidR="000D3CD5" w:rsidRPr="00106719" w:rsidRDefault="000D3CD5" w:rsidP="008B0F7A">
            <w:pPr>
              <w:spacing w:after="20"/>
              <w:rPr>
                <w:lang w:val="it-IT"/>
              </w:rPr>
            </w:pPr>
            <w:r w:rsidRPr="00106719">
              <w:rPr>
                <w:sz w:val="17"/>
                <w:lang w:val="it-IT"/>
              </w:rPr>
              <w:t>Project work su dati reali; raccordo con il Piano Lauree Scientifiche e con la formazione scuola-lavoro; presentazione a un committente.</w:t>
            </w:r>
          </w:p>
        </w:tc>
      </w:tr>
      <w:tr w:rsidR="000D3CD5" w:rsidRPr="00106719" w14:paraId="59E1CD87" w14:textId="77777777" w:rsidTr="008B0F7A">
        <w:trPr>
          <w:cantSplit/>
        </w:trPr>
        <w:tc>
          <w:tcPr>
            <w:tcW w:w="2211" w:type="dxa"/>
            <w:shd w:val="clear" w:color="auto" w:fill="EDF0F5"/>
          </w:tcPr>
          <w:p w14:paraId="7652F8C0"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681DCA2B" w14:textId="77777777" w:rsidR="000D3CD5" w:rsidRPr="00106719" w:rsidRDefault="000D3CD5" w:rsidP="008B0F7A">
            <w:pPr>
              <w:spacing w:after="20"/>
              <w:rPr>
                <w:lang w:val="it-IT"/>
              </w:rPr>
            </w:pPr>
            <w:r w:rsidRPr="00106719">
              <w:rPr>
                <w:sz w:val="17"/>
                <w:lang w:val="it-IT"/>
              </w:rPr>
              <w:t>Progetto informatico completo con documentazione, candidabile all'E-Portfolio e alla scelta del capolavoro.</w:t>
            </w:r>
          </w:p>
        </w:tc>
      </w:tr>
      <w:tr w:rsidR="000D3CD5" w:rsidRPr="00106719" w14:paraId="6AF1E5B0" w14:textId="77777777" w:rsidTr="008B0F7A">
        <w:trPr>
          <w:cantSplit/>
        </w:trPr>
        <w:tc>
          <w:tcPr>
            <w:tcW w:w="2211" w:type="dxa"/>
            <w:shd w:val="clear" w:color="auto" w:fill="EDF0F5"/>
          </w:tcPr>
          <w:p w14:paraId="4696A230"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1BD8E5BB" w14:textId="77777777" w:rsidR="000D3CD5" w:rsidRPr="00106719" w:rsidRDefault="000D3CD5" w:rsidP="008B0F7A">
            <w:pPr>
              <w:spacing w:after="20"/>
              <w:rPr>
                <w:lang w:val="it-IT"/>
              </w:rPr>
            </w:pPr>
            <w:r w:rsidRPr="00106719">
              <w:rPr>
                <w:sz w:val="17"/>
                <w:lang w:val="it-IT"/>
              </w:rPr>
              <w:t>Valutazione del progetto su rubrica di competenza; presentazione orale; prova finale.</w:t>
            </w:r>
          </w:p>
        </w:tc>
      </w:tr>
      <w:tr w:rsidR="000D3CD5" w:rsidRPr="00106719" w14:paraId="3CCEFABF" w14:textId="77777777" w:rsidTr="008B0F7A">
        <w:trPr>
          <w:cantSplit/>
        </w:trPr>
        <w:tc>
          <w:tcPr>
            <w:tcW w:w="2211" w:type="dxa"/>
            <w:shd w:val="clear" w:color="auto" w:fill="EDF0F5"/>
          </w:tcPr>
          <w:p w14:paraId="5D0577F6"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35D80F48" w14:textId="77777777" w:rsidR="000D3CD5" w:rsidRPr="00106719" w:rsidRDefault="000D3CD5" w:rsidP="008B0F7A">
            <w:pPr>
              <w:spacing w:after="20"/>
              <w:rPr>
                <w:lang w:val="it-IT"/>
              </w:rPr>
            </w:pPr>
            <w:r w:rsidRPr="00106719">
              <w:rPr>
                <w:sz w:val="17"/>
                <w:lang w:val="it-IT"/>
              </w:rPr>
              <w:t>Cittadinanza digitale · 2 ore: responsabilità nell'uso dell'intelligenza artificiale; trasparenza degli algoritmi e diritti della persona.</w:t>
            </w:r>
          </w:p>
        </w:tc>
      </w:tr>
      <w:tr w:rsidR="000D3CD5" w:rsidRPr="00106719" w14:paraId="5CFACA23" w14:textId="77777777" w:rsidTr="008B0F7A">
        <w:trPr>
          <w:cantSplit/>
        </w:trPr>
        <w:tc>
          <w:tcPr>
            <w:tcW w:w="2211" w:type="dxa"/>
            <w:shd w:val="clear" w:color="auto" w:fill="EDF0F5"/>
          </w:tcPr>
          <w:p w14:paraId="6B765710"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35F6ED4F" w14:textId="77777777" w:rsidR="000D3CD5" w:rsidRPr="00106719" w:rsidRDefault="000D3CD5" w:rsidP="008B0F7A">
            <w:pPr>
              <w:spacing w:after="20"/>
              <w:rPr>
                <w:lang w:val="it-IT"/>
              </w:rPr>
            </w:pPr>
            <w:r w:rsidRPr="00106719">
              <w:rPr>
                <w:sz w:val="17"/>
                <w:lang w:val="it-IT"/>
              </w:rPr>
              <w:t>È la disciplina tecnicamente titolare della realizzazione del prodotto digitale.</w:t>
            </w:r>
          </w:p>
        </w:tc>
      </w:tr>
    </w:tbl>
    <w:p w14:paraId="1C2983C6" w14:textId="77777777" w:rsidR="000D3CD5" w:rsidRPr="00106719" w:rsidRDefault="000D3CD5" w:rsidP="000D3CD5">
      <w:pPr>
        <w:spacing w:after="60"/>
        <w:rPr>
          <w:lang w:val="it-IT"/>
        </w:rPr>
      </w:pPr>
    </w:p>
    <w:p w14:paraId="7FB0FB59" w14:textId="77777777" w:rsidR="000D3CD5" w:rsidRPr="00106719" w:rsidRDefault="000D3CD5" w:rsidP="000D3CD5">
      <w:pPr>
        <w:rPr>
          <w:lang w:val="it-IT"/>
        </w:rPr>
      </w:pPr>
      <w:r w:rsidRPr="00106719">
        <w:rPr>
          <w:lang w:val="it-IT"/>
        </w:rPr>
        <w:br w:type="page"/>
      </w:r>
    </w:p>
    <w:p w14:paraId="43A77CEB" w14:textId="77777777" w:rsidR="000D3CD5" w:rsidRPr="00106719" w:rsidRDefault="000D3CD5" w:rsidP="000D3CD5">
      <w:pPr>
        <w:pStyle w:val="Titolo2"/>
        <w:spacing w:before="320"/>
        <w:rPr>
          <w:color w:val="auto"/>
          <w:lang w:val="it-IT"/>
        </w:rPr>
      </w:pPr>
      <w:proofErr w:type="gramStart"/>
      <w:r w:rsidRPr="00106719">
        <w:rPr>
          <w:rFonts w:ascii="Book Antiqua" w:hAnsi="Book Antiqua"/>
          <w:color w:val="auto"/>
          <w:sz w:val="23"/>
          <w:lang w:val="it-IT"/>
        </w:rPr>
        <w:lastRenderedPageBreak/>
        <w:t>C.8  FISICA</w:t>
      </w:r>
      <w:proofErr w:type="gramEnd"/>
    </w:p>
    <w:p w14:paraId="0B701951" w14:textId="77777777" w:rsidR="000D3CD5" w:rsidRPr="00106719" w:rsidRDefault="000D3CD5" w:rsidP="000D3CD5">
      <w:pPr>
        <w:spacing w:after="60"/>
        <w:rPr>
          <w:lang w:val="it-IT"/>
        </w:rPr>
      </w:pPr>
      <w:r w:rsidRPr="00106719">
        <w:rPr>
          <w:i/>
          <w:sz w:val="17"/>
          <w:lang w:val="it-IT"/>
        </w:rPr>
        <w:t>Classe di concorso: A-027 / A-</w:t>
      </w:r>
      <w:proofErr w:type="gramStart"/>
      <w:r w:rsidRPr="00106719">
        <w:rPr>
          <w:i/>
          <w:sz w:val="17"/>
          <w:lang w:val="it-IT"/>
        </w:rPr>
        <w:t>020  ·</w:t>
      </w:r>
      <w:proofErr w:type="gramEnd"/>
      <w:r w:rsidRPr="00106719">
        <w:rPr>
          <w:i/>
          <w:sz w:val="17"/>
          <w:lang w:val="it-IT"/>
        </w:rPr>
        <w:t xml:space="preserve">  Monte ore nell'indirizzo: 2 ore settimanali nel primo biennio, 3 nel secondo biennio e nel quinto anno</w:t>
      </w:r>
    </w:p>
    <w:p w14:paraId="6687F903" w14:textId="77777777" w:rsidR="000D3CD5" w:rsidRPr="00106719" w:rsidRDefault="000D3CD5" w:rsidP="000D3CD5">
      <w:pPr>
        <w:spacing w:after="60"/>
        <w:jc w:val="both"/>
        <w:rPr>
          <w:lang w:val="it-IT"/>
        </w:rPr>
      </w:pPr>
      <w:r w:rsidRPr="00106719">
        <w:rPr>
          <w:sz w:val="17"/>
          <w:lang w:val="it-IT"/>
        </w:rPr>
        <w:t>Nota generale sulla disciplina. Due ore settimanali nel primo biennio e tre nel secondo biennio e nel quinto anno (Liceo Scientifico e opzione Scienze applicate). L'attività di laboratorio non è un complemento ma la modalità ordinaria di costruzione del sapere fisico.</w:t>
      </w:r>
    </w:p>
    <w:p w14:paraId="0968D7F6" w14:textId="77777777" w:rsidR="000D3CD5" w:rsidRPr="00106719" w:rsidRDefault="000D3CD5" w:rsidP="000D3CD5">
      <w:pPr>
        <w:spacing w:after="120"/>
        <w:jc w:val="both"/>
        <w:rPr>
          <w:lang w:val="it-IT"/>
        </w:rPr>
      </w:pPr>
      <w:r w:rsidRPr="00106719">
        <w:rPr>
          <w:sz w:val="17"/>
          <w:lang w:val="it-IT"/>
        </w:rPr>
        <w:t>Declinazione per l'indirizzo. L'acquisizione automatica dei dati con sensori e la loro elaborazione costituiscono il raccordo operativo con Informatica.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0BB12299" w14:textId="77777777" w:rsidTr="008B0F7A">
        <w:trPr>
          <w:cantSplit/>
        </w:trPr>
        <w:tc>
          <w:tcPr>
            <w:tcW w:w="9752" w:type="dxa"/>
            <w:gridSpan w:val="2"/>
            <w:shd w:val="clear" w:color="auto" w:fill="D6DFEE"/>
          </w:tcPr>
          <w:p w14:paraId="1631B31D"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1 — Misurare: grandezze, errori, leggi sperimentali</w:t>
            </w:r>
          </w:p>
        </w:tc>
      </w:tr>
      <w:tr w:rsidR="000D3CD5" w:rsidRPr="00106719" w14:paraId="64F71CD5" w14:textId="77777777" w:rsidTr="008B0F7A">
        <w:trPr>
          <w:cantSplit/>
        </w:trPr>
        <w:tc>
          <w:tcPr>
            <w:tcW w:w="2211" w:type="dxa"/>
            <w:shd w:val="clear" w:color="auto" w:fill="EDF0F5"/>
          </w:tcPr>
          <w:p w14:paraId="258910DD"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1658BA7D"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settembre</w:t>
            </w:r>
            <w:proofErr w:type="spellEnd"/>
            <w:r w:rsidRPr="00106719">
              <w:rPr>
                <w:i/>
                <w:sz w:val="17"/>
              </w:rPr>
              <w:t xml:space="preserve"> – </w:t>
            </w:r>
            <w:proofErr w:type="spellStart"/>
            <w:r w:rsidRPr="00106719">
              <w:rPr>
                <w:i/>
                <w:sz w:val="17"/>
              </w:rPr>
              <w:t>inizio</w:t>
            </w:r>
            <w:proofErr w:type="spellEnd"/>
            <w:r w:rsidRPr="00106719">
              <w:rPr>
                <w:i/>
                <w:sz w:val="17"/>
              </w:rPr>
              <w:t xml:space="preserve"> </w:t>
            </w:r>
            <w:proofErr w:type="spellStart"/>
            <w:r w:rsidRPr="00106719">
              <w:rPr>
                <w:i/>
                <w:sz w:val="17"/>
              </w:rPr>
              <w:t>novembre</w:t>
            </w:r>
            <w:proofErr w:type="spellEnd"/>
          </w:p>
        </w:tc>
      </w:tr>
      <w:tr w:rsidR="000D3CD5" w:rsidRPr="00106719" w14:paraId="74FB73D0" w14:textId="77777777" w:rsidTr="008B0F7A">
        <w:trPr>
          <w:cantSplit/>
        </w:trPr>
        <w:tc>
          <w:tcPr>
            <w:tcW w:w="2211" w:type="dxa"/>
            <w:shd w:val="clear" w:color="auto" w:fill="EDF0F5"/>
          </w:tcPr>
          <w:p w14:paraId="771A05E5"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3C611F52" w14:textId="77777777" w:rsidR="000D3CD5" w:rsidRPr="00106719" w:rsidRDefault="000D3CD5" w:rsidP="008B0F7A">
            <w:pPr>
              <w:spacing w:after="20"/>
              <w:rPr>
                <w:lang w:val="it-IT"/>
              </w:rPr>
            </w:pPr>
            <w:r w:rsidRPr="00106719">
              <w:rPr>
                <w:sz w:val="17"/>
                <w:lang w:val="it-IT"/>
              </w:rPr>
              <w:t>Osservare e identificare fenomeni, formulando ipotesi e verificandole sperimentalmente · Competenza chiave: competenza in scienze e tecnologie</w:t>
            </w:r>
          </w:p>
        </w:tc>
      </w:tr>
      <w:tr w:rsidR="000D3CD5" w:rsidRPr="00106719" w14:paraId="283FB7E9" w14:textId="77777777" w:rsidTr="008B0F7A">
        <w:trPr>
          <w:cantSplit/>
        </w:trPr>
        <w:tc>
          <w:tcPr>
            <w:tcW w:w="2211" w:type="dxa"/>
            <w:shd w:val="clear" w:color="auto" w:fill="EDF0F5"/>
          </w:tcPr>
          <w:p w14:paraId="6D96E965"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5184CB31" w14:textId="77777777" w:rsidR="000D3CD5" w:rsidRPr="00106719" w:rsidRDefault="000D3CD5" w:rsidP="008B0F7A">
            <w:pPr>
              <w:spacing w:after="0"/>
              <w:rPr>
                <w:lang w:val="it-IT"/>
              </w:rPr>
            </w:pPr>
            <w:r w:rsidRPr="00106719">
              <w:rPr>
                <w:sz w:val="17"/>
                <w:lang w:val="it-IT"/>
              </w:rPr>
              <w:t>· Effettuare misure dirette e indirette valutando l'incertezza</w:t>
            </w:r>
          </w:p>
          <w:p w14:paraId="6E73E83F" w14:textId="77777777" w:rsidR="000D3CD5" w:rsidRPr="00106719" w:rsidRDefault="000D3CD5" w:rsidP="008B0F7A">
            <w:pPr>
              <w:spacing w:after="0"/>
              <w:rPr>
                <w:lang w:val="it-IT"/>
              </w:rPr>
            </w:pPr>
            <w:r w:rsidRPr="00106719">
              <w:rPr>
                <w:sz w:val="17"/>
                <w:lang w:val="it-IT"/>
              </w:rPr>
              <w:t>· Rappresentare dati sperimentali e ricavarne una legge</w:t>
            </w:r>
          </w:p>
          <w:p w14:paraId="6FA1A3BB" w14:textId="77777777" w:rsidR="000D3CD5" w:rsidRPr="00106719" w:rsidRDefault="000D3CD5" w:rsidP="008B0F7A">
            <w:pPr>
              <w:spacing w:after="0"/>
              <w:rPr>
                <w:lang w:val="it-IT"/>
              </w:rPr>
            </w:pPr>
            <w:r w:rsidRPr="00106719">
              <w:rPr>
                <w:sz w:val="17"/>
                <w:lang w:val="it-IT"/>
              </w:rPr>
              <w:t>· Redigere una relazione di laboratorio</w:t>
            </w:r>
          </w:p>
          <w:p w14:paraId="27133E09" w14:textId="77777777" w:rsidR="000D3CD5" w:rsidRPr="00106719" w:rsidRDefault="000D3CD5" w:rsidP="008B0F7A">
            <w:pPr>
              <w:spacing w:after="0"/>
              <w:rPr>
                <w:lang w:val="it-IT"/>
              </w:rPr>
            </w:pPr>
            <w:r w:rsidRPr="00106719">
              <w:rPr>
                <w:sz w:val="17"/>
                <w:lang w:val="it-IT"/>
              </w:rPr>
              <w:t>· Distinguere grandezze scalari e vettoriali</w:t>
            </w:r>
          </w:p>
        </w:tc>
      </w:tr>
      <w:tr w:rsidR="000D3CD5" w:rsidRPr="00106719" w14:paraId="52EEB56C" w14:textId="77777777" w:rsidTr="008B0F7A">
        <w:trPr>
          <w:cantSplit/>
        </w:trPr>
        <w:tc>
          <w:tcPr>
            <w:tcW w:w="2211" w:type="dxa"/>
            <w:shd w:val="clear" w:color="auto" w:fill="EDF0F5"/>
          </w:tcPr>
          <w:p w14:paraId="2F7F3AEA"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3F03F19C"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Grandezze fisiche e Sistema Internazionale; misura ed errore; rappresentazioni grafiche; vettori; equilibrio del punto materiale e del corpo rigido; statica dei fluidi.</w:t>
            </w:r>
          </w:p>
          <w:p w14:paraId="1558B5E8"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Ripresa del metodo sperimentale su fenomeni più complessi; moto in due dimensioni; leggi di conservazione.</w:t>
            </w:r>
          </w:p>
          <w:p w14:paraId="07473CA8"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Il metodo sperimentale nella fisica del Novecento; misure di grandezze elettromagnetiche.</w:t>
            </w:r>
          </w:p>
        </w:tc>
      </w:tr>
      <w:tr w:rsidR="000D3CD5" w:rsidRPr="00106719" w14:paraId="3B3B7245" w14:textId="77777777" w:rsidTr="008B0F7A">
        <w:trPr>
          <w:cantSplit/>
        </w:trPr>
        <w:tc>
          <w:tcPr>
            <w:tcW w:w="2211" w:type="dxa"/>
            <w:shd w:val="clear" w:color="auto" w:fill="EDF0F5"/>
          </w:tcPr>
          <w:p w14:paraId="2AB2D983"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2A4F31EF" w14:textId="77777777" w:rsidR="000D3CD5" w:rsidRPr="00106719" w:rsidRDefault="000D3CD5" w:rsidP="008B0F7A">
            <w:pPr>
              <w:spacing w:after="20"/>
              <w:rPr>
                <w:lang w:val="it-IT"/>
              </w:rPr>
            </w:pPr>
            <w:r w:rsidRPr="00106719">
              <w:rPr>
                <w:sz w:val="17"/>
                <w:lang w:val="it-IT"/>
              </w:rPr>
              <w:t>Laboratorio di fisica con esperienze in gruppo; raccolta e trattamento dei dati con foglio di calcolo; relazioni tecniche; raccordo con Matematica per il trattamento dell'errore.</w:t>
            </w:r>
          </w:p>
        </w:tc>
      </w:tr>
      <w:tr w:rsidR="000D3CD5" w:rsidRPr="00106719" w14:paraId="1F7AD366" w14:textId="77777777" w:rsidTr="008B0F7A">
        <w:trPr>
          <w:cantSplit/>
        </w:trPr>
        <w:tc>
          <w:tcPr>
            <w:tcW w:w="2211" w:type="dxa"/>
            <w:shd w:val="clear" w:color="auto" w:fill="EDF0F5"/>
          </w:tcPr>
          <w:p w14:paraId="729B8FBD"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54E63B39" w14:textId="77777777" w:rsidR="000D3CD5" w:rsidRPr="00106719" w:rsidRDefault="000D3CD5" w:rsidP="008B0F7A">
            <w:pPr>
              <w:spacing w:after="20"/>
              <w:rPr>
                <w:lang w:val="it-IT"/>
              </w:rPr>
            </w:pPr>
            <w:r w:rsidRPr="00106719">
              <w:rPr>
                <w:sz w:val="17"/>
                <w:lang w:val="it-IT"/>
              </w:rPr>
              <w:t>Relazione di laboratorio completa su un'esperienza di misura.</w:t>
            </w:r>
          </w:p>
        </w:tc>
      </w:tr>
      <w:tr w:rsidR="000D3CD5" w:rsidRPr="00106719" w14:paraId="4EA41CEE" w14:textId="77777777" w:rsidTr="008B0F7A">
        <w:trPr>
          <w:cantSplit/>
        </w:trPr>
        <w:tc>
          <w:tcPr>
            <w:tcW w:w="2211" w:type="dxa"/>
            <w:shd w:val="clear" w:color="auto" w:fill="EDF0F5"/>
          </w:tcPr>
          <w:p w14:paraId="460CB3CA"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705A2E03" w14:textId="77777777" w:rsidR="000D3CD5" w:rsidRPr="00106719" w:rsidRDefault="000D3CD5" w:rsidP="008B0F7A">
            <w:pPr>
              <w:spacing w:after="20"/>
              <w:rPr>
                <w:lang w:val="it-IT"/>
              </w:rPr>
            </w:pPr>
            <w:r w:rsidRPr="00106719">
              <w:rPr>
                <w:sz w:val="17"/>
                <w:lang w:val="it-IT"/>
              </w:rPr>
              <w:t>Prova d'ingresso; valutazione delle relazioni di laboratorio su rubrica; verifica scritta con problemi.</w:t>
            </w:r>
          </w:p>
        </w:tc>
      </w:tr>
      <w:tr w:rsidR="000D3CD5" w:rsidRPr="00106719" w14:paraId="68D2C463" w14:textId="77777777" w:rsidTr="008B0F7A">
        <w:trPr>
          <w:cantSplit/>
        </w:trPr>
        <w:tc>
          <w:tcPr>
            <w:tcW w:w="2211" w:type="dxa"/>
            <w:shd w:val="clear" w:color="auto" w:fill="EDF0F5"/>
          </w:tcPr>
          <w:p w14:paraId="08F6A969"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79CDD78A" w14:textId="77777777" w:rsidR="000D3CD5" w:rsidRPr="00106719" w:rsidRDefault="000D3CD5" w:rsidP="008B0F7A">
            <w:pPr>
              <w:spacing w:after="20"/>
              <w:rPr>
                <w:lang w:val="it-IT"/>
              </w:rPr>
            </w:pPr>
            <w:r w:rsidRPr="00106719">
              <w:rPr>
                <w:sz w:val="17"/>
                <w:lang w:val="it-IT"/>
              </w:rPr>
              <w:t>Sviluppo sostenibile · 1 ora: la misura come fondamento del monitoraggio ambientale.</w:t>
            </w:r>
          </w:p>
        </w:tc>
      </w:tr>
      <w:tr w:rsidR="000D3CD5" w:rsidRPr="00106719" w14:paraId="1E1216CA" w14:textId="77777777" w:rsidTr="008B0F7A">
        <w:trPr>
          <w:cantSplit/>
        </w:trPr>
        <w:tc>
          <w:tcPr>
            <w:tcW w:w="2211" w:type="dxa"/>
            <w:shd w:val="clear" w:color="auto" w:fill="EDF0F5"/>
          </w:tcPr>
          <w:p w14:paraId="78C50285"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38FEB27C" w14:textId="77777777" w:rsidR="000D3CD5" w:rsidRPr="00106719" w:rsidRDefault="000D3CD5" w:rsidP="008B0F7A">
            <w:pPr>
              <w:spacing w:after="20"/>
              <w:rPr>
                <w:lang w:val="it-IT"/>
              </w:rPr>
            </w:pPr>
            <w:r w:rsidRPr="00106719">
              <w:rPr>
                <w:sz w:val="17"/>
                <w:lang w:val="it-IT"/>
              </w:rPr>
              <w:t>Cura il rilievo strumentale (dimensioni, orientamento, condizioni ambientali) dei beni documentati.</w:t>
            </w:r>
          </w:p>
        </w:tc>
      </w:tr>
    </w:tbl>
    <w:p w14:paraId="370111C2"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5AB94A5B" w14:textId="77777777" w:rsidTr="008B0F7A">
        <w:trPr>
          <w:cantSplit/>
        </w:trPr>
        <w:tc>
          <w:tcPr>
            <w:tcW w:w="9752" w:type="dxa"/>
            <w:gridSpan w:val="2"/>
            <w:shd w:val="clear" w:color="auto" w:fill="D6DFEE"/>
          </w:tcPr>
          <w:p w14:paraId="3F13192B"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2 — Moto, forze e conservazione</w:t>
            </w:r>
          </w:p>
        </w:tc>
      </w:tr>
      <w:tr w:rsidR="000D3CD5" w:rsidRPr="00106719" w14:paraId="2B79E217" w14:textId="77777777" w:rsidTr="008B0F7A">
        <w:trPr>
          <w:cantSplit/>
        </w:trPr>
        <w:tc>
          <w:tcPr>
            <w:tcW w:w="2211" w:type="dxa"/>
            <w:shd w:val="clear" w:color="auto" w:fill="EDF0F5"/>
          </w:tcPr>
          <w:p w14:paraId="116666B1"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207E61C7"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novembre</w:t>
            </w:r>
            <w:proofErr w:type="spellEnd"/>
            <w:r w:rsidRPr="00106719">
              <w:rPr>
                <w:i/>
                <w:sz w:val="17"/>
              </w:rPr>
              <w:t xml:space="preserve"> – fine </w:t>
            </w:r>
            <w:proofErr w:type="spellStart"/>
            <w:r w:rsidRPr="00106719">
              <w:rPr>
                <w:i/>
                <w:sz w:val="17"/>
              </w:rPr>
              <w:t>gennaio</w:t>
            </w:r>
            <w:proofErr w:type="spellEnd"/>
          </w:p>
        </w:tc>
      </w:tr>
      <w:tr w:rsidR="000D3CD5" w:rsidRPr="00106719" w14:paraId="76B1E647" w14:textId="77777777" w:rsidTr="008B0F7A">
        <w:trPr>
          <w:cantSplit/>
        </w:trPr>
        <w:tc>
          <w:tcPr>
            <w:tcW w:w="2211" w:type="dxa"/>
            <w:shd w:val="clear" w:color="auto" w:fill="EDF0F5"/>
          </w:tcPr>
          <w:p w14:paraId="7DE35B2D"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162DD0DA" w14:textId="77777777" w:rsidR="000D3CD5" w:rsidRPr="00106719" w:rsidRDefault="000D3CD5" w:rsidP="008B0F7A">
            <w:pPr>
              <w:spacing w:after="20"/>
              <w:rPr>
                <w:lang w:val="it-IT"/>
              </w:rPr>
            </w:pPr>
            <w:r w:rsidRPr="00106719">
              <w:rPr>
                <w:sz w:val="17"/>
                <w:lang w:val="it-IT"/>
              </w:rPr>
              <w:t>Formalizzare un problema di fisica e applicare gli strumenti matematici adeguati · Competenza chiave: competenza matematica</w:t>
            </w:r>
          </w:p>
        </w:tc>
      </w:tr>
      <w:tr w:rsidR="000D3CD5" w:rsidRPr="00106719" w14:paraId="18A8BFF3" w14:textId="77777777" w:rsidTr="008B0F7A">
        <w:trPr>
          <w:cantSplit/>
        </w:trPr>
        <w:tc>
          <w:tcPr>
            <w:tcW w:w="2211" w:type="dxa"/>
            <w:shd w:val="clear" w:color="auto" w:fill="EDF0F5"/>
          </w:tcPr>
          <w:p w14:paraId="21DC1CA5"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14439A52" w14:textId="77777777" w:rsidR="000D3CD5" w:rsidRPr="00106719" w:rsidRDefault="000D3CD5" w:rsidP="008B0F7A">
            <w:pPr>
              <w:spacing w:after="0"/>
              <w:rPr>
                <w:lang w:val="it-IT"/>
              </w:rPr>
            </w:pPr>
            <w:r w:rsidRPr="00106719">
              <w:rPr>
                <w:sz w:val="17"/>
                <w:lang w:val="it-IT"/>
              </w:rPr>
              <w:t>· Applicare i principi della dinamica alla soluzione di problemi</w:t>
            </w:r>
          </w:p>
          <w:p w14:paraId="0083EDFF" w14:textId="77777777" w:rsidR="000D3CD5" w:rsidRPr="00106719" w:rsidRDefault="000D3CD5" w:rsidP="008B0F7A">
            <w:pPr>
              <w:spacing w:after="0"/>
              <w:rPr>
                <w:lang w:val="it-IT"/>
              </w:rPr>
            </w:pPr>
            <w:r w:rsidRPr="00106719">
              <w:rPr>
                <w:sz w:val="17"/>
                <w:lang w:val="it-IT"/>
              </w:rPr>
              <w:t>· Utilizzare i principi di conservazione come strategia risolutiva</w:t>
            </w:r>
          </w:p>
          <w:p w14:paraId="604DF792" w14:textId="77777777" w:rsidR="000D3CD5" w:rsidRPr="00106719" w:rsidRDefault="000D3CD5" w:rsidP="008B0F7A">
            <w:pPr>
              <w:spacing w:after="0"/>
              <w:rPr>
                <w:lang w:val="it-IT"/>
              </w:rPr>
            </w:pPr>
            <w:r w:rsidRPr="00106719">
              <w:rPr>
                <w:sz w:val="17"/>
                <w:lang w:val="it-IT"/>
              </w:rPr>
              <w:t>· Collegare la descrizione cinematica e quella dinamica</w:t>
            </w:r>
          </w:p>
          <w:p w14:paraId="2A1F9520" w14:textId="77777777" w:rsidR="000D3CD5" w:rsidRPr="00106719" w:rsidRDefault="000D3CD5" w:rsidP="008B0F7A">
            <w:pPr>
              <w:spacing w:after="0"/>
              <w:rPr>
                <w:lang w:val="it-IT"/>
              </w:rPr>
            </w:pPr>
            <w:r w:rsidRPr="00106719">
              <w:rPr>
                <w:sz w:val="17"/>
                <w:lang w:val="it-IT"/>
              </w:rPr>
              <w:t>· Valutare la coerenza dimensionale di una relazione</w:t>
            </w:r>
          </w:p>
        </w:tc>
      </w:tr>
      <w:tr w:rsidR="000D3CD5" w:rsidRPr="00106719" w14:paraId="247C5850" w14:textId="77777777" w:rsidTr="008B0F7A">
        <w:trPr>
          <w:cantSplit/>
        </w:trPr>
        <w:tc>
          <w:tcPr>
            <w:tcW w:w="2211" w:type="dxa"/>
            <w:shd w:val="clear" w:color="auto" w:fill="EDF0F5"/>
          </w:tcPr>
          <w:p w14:paraId="1CD88028"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38B93ED2"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Cinematica del punto: moto rettilineo uniforme e uniformemente accelerato; principi della dinamica; forze fondamentali; introduzione all'energia.</w:t>
            </w:r>
          </w:p>
          <w:p w14:paraId="35ABD249"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Moto circolare e armonico; lavoro ed energia; quantità di moto e urti; gravitazione universale; termodinamica e principi.</w:t>
            </w:r>
          </w:p>
          <w:p w14:paraId="1BAF05C0"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Ripresa dei principi di conservazione nel quadro relativistico.</w:t>
            </w:r>
          </w:p>
        </w:tc>
      </w:tr>
      <w:tr w:rsidR="000D3CD5" w:rsidRPr="00106719" w14:paraId="7870E4DA" w14:textId="77777777" w:rsidTr="008B0F7A">
        <w:trPr>
          <w:cantSplit/>
        </w:trPr>
        <w:tc>
          <w:tcPr>
            <w:tcW w:w="2211" w:type="dxa"/>
            <w:shd w:val="clear" w:color="auto" w:fill="EDF0F5"/>
          </w:tcPr>
          <w:p w14:paraId="5154CC6E"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3D3369DC" w14:textId="77777777" w:rsidR="000D3CD5" w:rsidRPr="00106719" w:rsidRDefault="000D3CD5" w:rsidP="008B0F7A">
            <w:pPr>
              <w:spacing w:after="20"/>
              <w:rPr>
                <w:lang w:val="it-IT"/>
              </w:rPr>
            </w:pPr>
            <w:r w:rsidRPr="00106719">
              <w:rPr>
                <w:sz w:val="17"/>
                <w:lang w:val="it-IT"/>
              </w:rPr>
              <w:t xml:space="preserve">Esperienze quantitative con sensori; </w:t>
            </w:r>
            <w:proofErr w:type="spellStart"/>
            <w:r w:rsidRPr="00106719">
              <w:rPr>
                <w:sz w:val="17"/>
                <w:lang w:val="it-IT"/>
              </w:rPr>
              <w:t>problem</w:t>
            </w:r>
            <w:proofErr w:type="spellEnd"/>
            <w:r w:rsidRPr="00106719">
              <w:rPr>
                <w:sz w:val="17"/>
                <w:lang w:val="it-IT"/>
              </w:rPr>
              <w:t xml:space="preserve"> solving; modellizzazione condivisa con Matematica; simulazioni.</w:t>
            </w:r>
          </w:p>
        </w:tc>
      </w:tr>
      <w:tr w:rsidR="000D3CD5" w:rsidRPr="00106719" w14:paraId="63A764D1" w14:textId="77777777" w:rsidTr="008B0F7A">
        <w:trPr>
          <w:cantSplit/>
        </w:trPr>
        <w:tc>
          <w:tcPr>
            <w:tcW w:w="2211" w:type="dxa"/>
            <w:shd w:val="clear" w:color="auto" w:fill="EDF0F5"/>
          </w:tcPr>
          <w:p w14:paraId="1E08676C"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43746730" w14:textId="77777777" w:rsidR="000D3CD5" w:rsidRPr="00106719" w:rsidRDefault="000D3CD5" w:rsidP="008B0F7A">
            <w:pPr>
              <w:spacing w:after="20"/>
              <w:rPr>
                <w:lang w:val="it-IT"/>
              </w:rPr>
            </w:pPr>
            <w:r w:rsidRPr="00106719">
              <w:rPr>
                <w:sz w:val="17"/>
                <w:lang w:val="it-IT"/>
              </w:rPr>
              <w:t>Risoluzione documentata di un problema complesso con giustificazione della strategia.</w:t>
            </w:r>
          </w:p>
        </w:tc>
      </w:tr>
      <w:tr w:rsidR="000D3CD5" w:rsidRPr="00106719" w14:paraId="6CEA03BD" w14:textId="77777777" w:rsidTr="008B0F7A">
        <w:trPr>
          <w:cantSplit/>
        </w:trPr>
        <w:tc>
          <w:tcPr>
            <w:tcW w:w="2211" w:type="dxa"/>
            <w:shd w:val="clear" w:color="auto" w:fill="EDF0F5"/>
          </w:tcPr>
          <w:p w14:paraId="27D39199"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7A857518" w14:textId="77777777" w:rsidR="000D3CD5" w:rsidRPr="00106719" w:rsidRDefault="000D3CD5" w:rsidP="008B0F7A">
            <w:pPr>
              <w:spacing w:after="20"/>
              <w:rPr>
                <w:lang w:val="it-IT"/>
              </w:rPr>
            </w:pPr>
            <w:r w:rsidRPr="00106719">
              <w:rPr>
                <w:sz w:val="17"/>
                <w:lang w:val="it-IT"/>
              </w:rPr>
              <w:t>Due verifiche scritte; valutazione delle relazioni; interrogazione sui fondamenti.</w:t>
            </w:r>
          </w:p>
        </w:tc>
      </w:tr>
      <w:tr w:rsidR="000D3CD5" w:rsidRPr="00106719" w14:paraId="6690AAF3" w14:textId="77777777" w:rsidTr="008B0F7A">
        <w:trPr>
          <w:cantSplit/>
        </w:trPr>
        <w:tc>
          <w:tcPr>
            <w:tcW w:w="2211" w:type="dxa"/>
            <w:shd w:val="clear" w:color="auto" w:fill="EDF0F5"/>
          </w:tcPr>
          <w:p w14:paraId="689E6AC2"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2072937B" w14:textId="77777777" w:rsidR="000D3CD5" w:rsidRPr="00106719" w:rsidRDefault="000D3CD5" w:rsidP="008B0F7A">
            <w:pPr>
              <w:spacing w:after="20"/>
              <w:rPr>
                <w:lang w:val="it-IT"/>
              </w:rPr>
            </w:pPr>
            <w:r w:rsidRPr="00106719">
              <w:rPr>
                <w:sz w:val="17"/>
                <w:lang w:val="it-IT"/>
              </w:rPr>
              <w:t>Sviluppo sostenibile · 2 ore: energia, rendimento e impronta energetica; fonti rinnovabili.</w:t>
            </w:r>
          </w:p>
        </w:tc>
      </w:tr>
      <w:tr w:rsidR="000D3CD5" w:rsidRPr="00106719" w14:paraId="0A643CDA" w14:textId="77777777" w:rsidTr="008B0F7A">
        <w:trPr>
          <w:cantSplit/>
        </w:trPr>
        <w:tc>
          <w:tcPr>
            <w:tcW w:w="2211" w:type="dxa"/>
            <w:shd w:val="clear" w:color="auto" w:fill="EDF0F5"/>
          </w:tcPr>
          <w:p w14:paraId="56FB213D"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7B370FC0" w14:textId="77777777" w:rsidR="000D3CD5" w:rsidRPr="00106719" w:rsidRDefault="000D3CD5" w:rsidP="008B0F7A">
            <w:pPr>
              <w:spacing w:after="20"/>
              <w:rPr>
                <w:lang w:val="it-IT"/>
              </w:rPr>
            </w:pPr>
            <w:r w:rsidRPr="00106719">
              <w:rPr>
                <w:sz w:val="17"/>
                <w:lang w:val="it-IT"/>
              </w:rPr>
              <w:t>Analizza le condizioni di conservazione e di stabilità dei manufatti studiati.</w:t>
            </w:r>
          </w:p>
        </w:tc>
      </w:tr>
    </w:tbl>
    <w:p w14:paraId="427F33AA"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5183ACCD" w14:textId="77777777" w:rsidTr="008B0F7A">
        <w:trPr>
          <w:cantSplit/>
        </w:trPr>
        <w:tc>
          <w:tcPr>
            <w:tcW w:w="9752" w:type="dxa"/>
            <w:gridSpan w:val="2"/>
            <w:shd w:val="clear" w:color="auto" w:fill="D6DFEE"/>
          </w:tcPr>
          <w:p w14:paraId="24EDCAA4"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3 — Campi: elettricità, magnetismo, onde</w:t>
            </w:r>
          </w:p>
        </w:tc>
      </w:tr>
      <w:tr w:rsidR="000D3CD5" w:rsidRPr="00106719" w14:paraId="6D442302" w14:textId="77777777" w:rsidTr="008B0F7A">
        <w:trPr>
          <w:cantSplit/>
        </w:trPr>
        <w:tc>
          <w:tcPr>
            <w:tcW w:w="2211" w:type="dxa"/>
            <w:shd w:val="clear" w:color="auto" w:fill="EDF0F5"/>
          </w:tcPr>
          <w:p w14:paraId="4389094B"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7B364D65" w14:textId="77777777" w:rsidR="000D3CD5" w:rsidRPr="00106719" w:rsidRDefault="000D3CD5" w:rsidP="008B0F7A">
            <w:pPr>
              <w:spacing w:after="20"/>
            </w:pPr>
            <w:r w:rsidRPr="00106719">
              <w:rPr>
                <w:i/>
                <w:sz w:val="17"/>
              </w:rPr>
              <w:t xml:space="preserve">2° </w:t>
            </w:r>
            <w:proofErr w:type="spellStart"/>
            <w:r w:rsidRPr="00106719">
              <w:rPr>
                <w:i/>
                <w:sz w:val="17"/>
              </w:rPr>
              <w:t>quadrimestre</w:t>
            </w:r>
            <w:proofErr w:type="spellEnd"/>
            <w:r w:rsidRPr="00106719">
              <w:rPr>
                <w:i/>
                <w:sz w:val="17"/>
              </w:rPr>
              <w:t xml:space="preserve"> · </w:t>
            </w:r>
            <w:proofErr w:type="spellStart"/>
            <w:r w:rsidRPr="00106719">
              <w:rPr>
                <w:i/>
                <w:sz w:val="17"/>
              </w:rPr>
              <w:t>febbraio</w:t>
            </w:r>
            <w:proofErr w:type="spellEnd"/>
            <w:r w:rsidRPr="00106719">
              <w:rPr>
                <w:i/>
                <w:sz w:val="17"/>
              </w:rPr>
              <w:t xml:space="preserve"> – pausa </w:t>
            </w:r>
            <w:proofErr w:type="spellStart"/>
            <w:r w:rsidRPr="00106719">
              <w:rPr>
                <w:i/>
                <w:sz w:val="17"/>
              </w:rPr>
              <w:t>pasquale</w:t>
            </w:r>
            <w:proofErr w:type="spellEnd"/>
          </w:p>
        </w:tc>
      </w:tr>
      <w:tr w:rsidR="000D3CD5" w:rsidRPr="00106719" w14:paraId="7DED25FC" w14:textId="77777777" w:rsidTr="008B0F7A">
        <w:trPr>
          <w:cantSplit/>
        </w:trPr>
        <w:tc>
          <w:tcPr>
            <w:tcW w:w="2211" w:type="dxa"/>
            <w:shd w:val="clear" w:color="auto" w:fill="EDF0F5"/>
          </w:tcPr>
          <w:p w14:paraId="6A0005BA" w14:textId="77777777" w:rsidR="000D3CD5" w:rsidRPr="00106719" w:rsidRDefault="000D3CD5" w:rsidP="008B0F7A">
            <w:pPr>
              <w:spacing w:after="20"/>
            </w:pPr>
            <w:proofErr w:type="spellStart"/>
            <w:r w:rsidRPr="00106719">
              <w:rPr>
                <w:b/>
                <w:sz w:val="17"/>
              </w:rPr>
              <w:lastRenderedPageBreak/>
              <w:t>Competenza</w:t>
            </w:r>
            <w:proofErr w:type="spellEnd"/>
            <w:r w:rsidRPr="00106719">
              <w:rPr>
                <w:b/>
                <w:sz w:val="17"/>
              </w:rPr>
              <w:t xml:space="preserve"> </w:t>
            </w:r>
            <w:proofErr w:type="spellStart"/>
            <w:r w:rsidRPr="00106719">
              <w:rPr>
                <w:b/>
                <w:sz w:val="17"/>
              </w:rPr>
              <w:t>mirata</w:t>
            </w:r>
            <w:proofErr w:type="spellEnd"/>
          </w:p>
        </w:tc>
        <w:tc>
          <w:tcPr>
            <w:tcW w:w="7540" w:type="dxa"/>
          </w:tcPr>
          <w:p w14:paraId="1DE8901B" w14:textId="77777777" w:rsidR="000D3CD5" w:rsidRPr="00106719" w:rsidRDefault="000D3CD5" w:rsidP="008B0F7A">
            <w:pPr>
              <w:spacing w:after="20"/>
              <w:rPr>
                <w:lang w:val="it-IT"/>
              </w:rPr>
            </w:pPr>
            <w:r w:rsidRPr="00106719">
              <w:rPr>
                <w:sz w:val="17"/>
                <w:lang w:val="it-IT"/>
              </w:rPr>
              <w:t>Comprendere e valutare le scelte scientifiche e tecnologiche che interessano la società · Competenza chiave: competenza in materia di cittadinanza</w:t>
            </w:r>
          </w:p>
        </w:tc>
      </w:tr>
      <w:tr w:rsidR="000D3CD5" w:rsidRPr="00106719" w14:paraId="6584FC7D" w14:textId="77777777" w:rsidTr="008B0F7A">
        <w:trPr>
          <w:cantSplit/>
        </w:trPr>
        <w:tc>
          <w:tcPr>
            <w:tcW w:w="2211" w:type="dxa"/>
            <w:shd w:val="clear" w:color="auto" w:fill="EDF0F5"/>
          </w:tcPr>
          <w:p w14:paraId="0DD72E02"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130CC724" w14:textId="77777777" w:rsidR="000D3CD5" w:rsidRPr="00106719" w:rsidRDefault="000D3CD5" w:rsidP="008B0F7A">
            <w:pPr>
              <w:spacing w:after="0"/>
              <w:rPr>
                <w:lang w:val="it-IT"/>
              </w:rPr>
            </w:pPr>
            <w:r w:rsidRPr="00106719">
              <w:rPr>
                <w:sz w:val="17"/>
                <w:lang w:val="it-IT"/>
              </w:rPr>
              <w:t>· Descrivere i fenomeni elettrici e magnetici mediante il concetto di campo</w:t>
            </w:r>
          </w:p>
          <w:p w14:paraId="6C405D55" w14:textId="77777777" w:rsidR="000D3CD5" w:rsidRPr="00106719" w:rsidRDefault="000D3CD5" w:rsidP="008B0F7A">
            <w:pPr>
              <w:spacing w:after="0"/>
              <w:rPr>
                <w:lang w:val="it-IT"/>
              </w:rPr>
            </w:pPr>
            <w:r w:rsidRPr="00106719">
              <w:rPr>
                <w:sz w:val="17"/>
                <w:lang w:val="it-IT"/>
              </w:rPr>
              <w:t>· Risolvere circuiti elementari e verificarne il comportamento sperimentale</w:t>
            </w:r>
          </w:p>
          <w:p w14:paraId="7C497AFD" w14:textId="77777777" w:rsidR="000D3CD5" w:rsidRPr="00106719" w:rsidRDefault="000D3CD5" w:rsidP="008B0F7A">
            <w:pPr>
              <w:spacing w:after="0"/>
              <w:rPr>
                <w:lang w:val="it-IT"/>
              </w:rPr>
            </w:pPr>
            <w:r w:rsidRPr="00106719">
              <w:rPr>
                <w:sz w:val="17"/>
                <w:lang w:val="it-IT"/>
              </w:rPr>
              <w:t>· Collegare i fenomeni ondulatori all'ottica e alle telecomunicazioni</w:t>
            </w:r>
          </w:p>
          <w:p w14:paraId="2A003884" w14:textId="77777777" w:rsidR="000D3CD5" w:rsidRPr="00106719" w:rsidRDefault="000D3CD5" w:rsidP="008B0F7A">
            <w:pPr>
              <w:spacing w:after="0"/>
              <w:rPr>
                <w:lang w:val="it-IT"/>
              </w:rPr>
            </w:pPr>
            <w:r w:rsidRPr="00106719">
              <w:rPr>
                <w:sz w:val="17"/>
                <w:lang w:val="it-IT"/>
              </w:rPr>
              <w:t>· Valutare l'impatto tecnologico di una scoperta scientifica</w:t>
            </w:r>
          </w:p>
        </w:tc>
      </w:tr>
      <w:tr w:rsidR="000D3CD5" w:rsidRPr="00106719" w14:paraId="0243B293" w14:textId="77777777" w:rsidTr="008B0F7A">
        <w:trPr>
          <w:cantSplit/>
        </w:trPr>
        <w:tc>
          <w:tcPr>
            <w:tcW w:w="2211" w:type="dxa"/>
            <w:shd w:val="clear" w:color="auto" w:fill="EDF0F5"/>
          </w:tcPr>
          <w:p w14:paraId="39D72DC3"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0F037054"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Temperatura e calore; propagazione del calore; onde e suono; ottica geometrica.</w:t>
            </w:r>
          </w:p>
          <w:p w14:paraId="11F8FBDE"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Carica elettrica e campo elettrico; potenziale; condensatori; corrente e circuiti; campo magnetico; induzione elettromagnetica.</w:t>
            </w:r>
          </w:p>
          <w:p w14:paraId="17E333B7"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Equazioni di Maxwell e onde elettromagnetiche; spettro elettromagnetico e sue applicazioni.</w:t>
            </w:r>
          </w:p>
        </w:tc>
      </w:tr>
      <w:tr w:rsidR="000D3CD5" w:rsidRPr="00106719" w14:paraId="53128CE4" w14:textId="77777777" w:rsidTr="008B0F7A">
        <w:trPr>
          <w:cantSplit/>
        </w:trPr>
        <w:tc>
          <w:tcPr>
            <w:tcW w:w="2211" w:type="dxa"/>
            <w:shd w:val="clear" w:color="auto" w:fill="EDF0F5"/>
          </w:tcPr>
          <w:p w14:paraId="7A2662A1"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2DA2A14B" w14:textId="77777777" w:rsidR="000D3CD5" w:rsidRPr="00106719" w:rsidRDefault="000D3CD5" w:rsidP="008B0F7A">
            <w:pPr>
              <w:spacing w:after="20"/>
              <w:rPr>
                <w:lang w:val="it-IT"/>
              </w:rPr>
            </w:pPr>
            <w:r w:rsidRPr="00106719">
              <w:rPr>
                <w:sz w:val="17"/>
                <w:lang w:val="it-IT"/>
              </w:rPr>
              <w:t>Laboratorio di elettromagnetismo; simulazioni interattive; visita a un impianto o a un laboratorio universitario nell'ambito del Piano Lauree Scientifiche.</w:t>
            </w:r>
          </w:p>
        </w:tc>
      </w:tr>
      <w:tr w:rsidR="000D3CD5" w:rsidRPr="00106719" w14:paraId="52BF3C90" w14:textId="77777777" w:rsidTr="008B0F7A">
        <w:trPr>
          <w:cantSplit/>
        </w:trPr>
        <w:tc>
          <w:tcPr>
            <w:tcW w:w="2211" w:type="dxa"/>
            <w:shd w:val="clear" w:color="auto" w:fill="EDF0F5"/>
          </w:tcPr>
          <w:p w14:paraId="09B3EE15"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56C15AA4" w14:textId="77777777" w:rsidR="000D3CD5" w:rsidRPr="00106719" w:rsidRDefault="000D3CD5" w:rsidP="008B0F7A">
            <w:pPr>
              <w:spacing w:after="20"/>
              <w:rPr>
                <w:lang w:val="it-IT"/>
              </w:rPr>
            </w:pPr>
            <w:r w:rsidRPr="00106719">
              <w:rPr>
                <w:sz w:val="17"/>
                <w:lang w:val="it-IT"/>
              </w:rPr>
              <w:t>Progetto sperimentale di gruppo con relazione e presentazione.</w:t>
            </w:r>
          </w:p>
        </w:tc>
      </w:tr>
      <w:tr w:rsidR="000D3CD5" w:rsidRPr="00106719" w14:paraId="309B4F91" w14:textId="77777777" w:rsidTr="008B0F7A">
        <w:trPr>
          <w:cantSplit/>
        </w:trPr>
        <w:tc>
          <w:tcPr>
            <w:tcW w:w="2211" w:type="dxa"/>
            <w:shd w:val="clear" w:color="auto" w:fill="EDF0F5"/>
          </w:tcPr>
          <w:p w14:paraId="0D834B3D"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00EA1E5C" w14:textId="77777777" w:rsidR="000D3CD5" w:rsidRPr="00106719" w:rsidRDefault="000D3CD5" w:rsidP="008B0F7A">
            <w:pPr>
              <w:spacing w:after="20"/>
              <w:rPr>
                <w:lang w:val="it-IT"/>
              </w:rPr>
            </w:pPr>
            <w:r w:rsidRPr="00106719">
              <w:rPr>
                <w:sz w:val="17"/>
                <w:lang w:val="it-IT"/>
              </w:rPr>
              <w:t>Valutazione del progetto su rubrica; verifica scritta; prova pratica di laboratorio.</w:t>
            </w:r>
          </w:p>
        </w:tc>
      </w:tr>
      <w:tr w:rsidR="000D3CD5" w:rsidRPr="00106719" w14:paraId="28DC41F7" w14:textId="77777777" w:rsidTr="008B0F7A">
        <w:trPr>
          <w:cantSplit/>
        </w:trPr>
        <w:tc>
          <w:tcPr>
            <w:tcW w:w="2211" w:type="dxa"/>
            <w:shd w:val="clear" w:color="auto" w:fill="EDF0F5"/>
          </w:tcPr>
          <w:p w14:paraId="51484498"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5C7C552B" w14:textId="77777777" w:rsidR="000D3CD5" w:rsidRPr="00106719" w:rsidRDefault="000D3CD5" w:rsidP="008B0F7A">
            <w:pPr>
              <w:spacing w:after="20"/>
              <w:rPr>
                <w:lang w:val="it-IT"/>
              </w:rPr>
            </w:pPr>
            <w:r w:rsidRPr="00106719">
              <w:rPr>
                <w:sz w:val="17"/>
                <w:lang w:val="it-IT"/>
              </w:rPr>
              <w:t>Sviluppo sostenibile · 3 ore: produzione e distribuzione dell'energia elettrica; campi elettromagnetici e principio di precauzione.</w:t>
            </w:r>
          </w:p>
        </w:tc>
      </w:tr>
      <w:tr w:rsidR="000D3CD5" w:rsidRPr="00106719" w14:paraId="0506341A" w14:textId="77777777" w:rsidTr="008B0F7A">
        <w:trPr>
          <w:cantSplit/>
        </w:trPr>
        <w:tc>
          <w:tcPr>
            <w:tcW w:w="2211" w:type="dxa"/>
            <w:shd w:val="clear" w:color="auto" w:fill="EDF0F5"/>
          </w:tcPr>
          <w:p w14:paraId="24DB776D"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12814A25" w14:textId="77777777" w:rsidR="000D3CD5" w:rsidRPr="00106719" w:rsidRDefault="000D3CD5" w:rsidP="008B0F7A">
            <w:pPr>
              <w:spacing w:after="20"/>
              <w:rPr>
                <w:lang w:val="it-IT"/>
              </w:rPr>
            </w:pPr>
            <w:r w:rsidRPr="00106719">
              <w:rPr>
                <w:sz w:val="17"/>
                <w:lang w:val="it-IT"/>
              </w:rPr>
              <w:t>Progetta l'illuminazione e la strumentazione tecnica dell'esposizione del prodotto.</w:t>
            </w:r>
          </w:p>
        </w:tc>
      </w:tr>
    </w:tbl>
    <w:p w14:paraId="5A0987EF"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2B04AC1A" w14:textId="77777777" w:rsidTr="008B0F7A">
        <w:trPr>
          <w:cantSplit/>
        </w:trPr>
        <w:tc>
          <w:tcPr>
            <w:tcW w:w="9752" w:type="dxa"/>
            <w:gridSpan w:val="2"/>
            <w:shd w:val="clear" w:color="auto" w:fill="D6DFEE"/>
          </w:tcPr>
          <w:p w14:paraId="3AB0C865"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4 — La fisica del Novecento e le grandi domande</w:t>
            </w:r>
          </w:p>
        </w:tc>
      </w:tr>
      <w:tr w:rsidR="000D3CD5" w:rsidRPr="00106719" w14:paraId="170256E3" w14:textId="77777777" w:rsidTr="008B0F7A">
        <w:trPr>
          <w:cantSplit/>
        </w:trPr>
        <w:tc>
          <w:tcPr>
            <w:tcW w:w="2211" w:type="dxa"/>
            <w:shd w:val="clear" w:color="auto" w:fill="EDF0F5"/>
          </w:tcPr>
          <w:p w14:paraId="6D4B1A04"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7531EA9C" w14:textId="77777777" w:rsidR="000D3CD5" w:rsidRPr="00106719" w:rsidRDefault="000D3CD5" w:rsidP="008B0F7A">
            <w:pPr>
              <w:spacing w:after="20"/>
              <w:rPr>
                <w:lang w:val="it-IT"/>
              </w:rPr>
            </w:pPr>
            <w:r w:rsidRPr="00106719">
              <w:rPr>
                <w:i/>
                <w:sz w:val="17"/>
                <w:lang w:val="it-IT"/>
              </w:rPr>
              <w:t>2° quadrimestre · dopo Pasqua – termine delle lezioni</w:t>
            </w:r>
          </w:p>
        </w:tc>
      </w:tr>
      <w:tr w:rsidR="000D3CD5" w:rsidRPr="00106719" w14:paraId="03AC736D" w14:textId="77777777" w:rsidTr="008B0F7A">
        <w:trPr>
          <w:cantSplit/>
        </w:trPr>
        <w:tc>
          <w:tcPr>
            <w:tcW w:w="2211" w:type="dxa"/>
            <w:shd w:val="clear" w:color="auto" w:fill="EDF0F5"/>
          </w:tcPr>
          <w:p w14:paraId="4FCC11D0"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62D4401D" w14:textId="77777777" w:rsidR="000D3CD5" w:rsidRPr="00106719" w:rsidRDefault="000D3CD5" w:rsidP="008B0F7A">
            <w:pPr>
              <w:spacing w:after="20"/>
              <w:rPr>
                <w:lang w:val="it-IT"/>
              </w:rPr>
            </w:pPr>
            <w:r w:rsidRPr="00106719">
              <w:rPr>
                <w:sz w:val="17"/>
                <w:lang w:val="it-IT"/>
              </w:rPr>
              <w:t>Comprendere il ruolo della fisica nella cultura contemporanea · Competenza chiave: consapevolezza ed espressione culturale</w:t>
            </w:r>
          </w:p>
        </w:tc>
      </w:tr>
      <w:tr w:rsidR="000D3CD5" w:rsidRPr="00106719" w14:paraId="4B9AB5C8" w14:textId="77777777" w:rsidTr="008B0F7A">
        <w:trPr>
          <w:cantSplit/>
        </w:trPr>
        <w:tc>
          <w:tcPr>
            <w:tcW w:w="2211" w:type="dxa"/>
            <w:shd w:val="clear" w:color="auto" w:fill="EDF0F5"/>
          </w:tcPr>
          <w:p w14:paraId="09D4DCBD"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462504B8" w14:textId="77777777" w:rsidR="000D3CD5" w:rsidRPr="00106719" w:rsidRDefault="000D3CD5" w:rsidP="008B0F7A">
            <w:pPr>
              <w:spacing w:after="0"/>
              <w:rPr>
                <w:lang w:val="it-IT"/>
              </w:rPr>
            </w:pPr>
            <w:r w:rsidRPr="00106719">
              <w:rPr>
                <w:sz w:val="17"/>
                <w:lang w:val="it-IT"/>
              </w:rPr>
              <w:t>· Ricostruire il percorso storico di una scoperta</w:t>
            </w:r>
          </w:p>
          <w:p w14:paraId="1532DA51" w14:textId="77777777" w:rsidR="000D3CD5" w:rsidRPr="00106719" w:rsidRDefault="000D3CD5" w:rsidP="008B0F7A">
            <w:pPr>
              <w:spacing w:after="0"/>
              <w:rPr>
                <w:lang w:val="it-IT"/>
              </w:rPr>
            </w:pPr>
            <w:r w:rsidRPr="00106719">
              <w:rPr>
                <w:sz w:val="17"/>
                <w:lang w:val="it-IT"/>
              </w:rPr>
              <w:t>· Descrivere i nuclei concettuali della relatività e della fisica quantistica</w:t>
            </w:r>
          </w:p>
          <w:p w14:paraId="5AEE163D" w14:textId="77777777" w:rsidR="000D3CD5" w:rsidRPr="00106719" w:rsidRDefault="000D3CD5" w:rsidP="008B0F7A">
            <w:pPr>
              <w:spacing w:after="0"/>
              <w:rPr>
                <w:lang w:val="it-IT"/>
              </w:rPr>
            </w:pPr>
            <w:r w:rsidRPr="00106719">
              <w:rPr>
                <w:sz w:val="17"/>
                <w:lang w:val="it-IT"/>
              </w:rPr>
              <w:t>· Collegare la fisica alle altre discipline</w:t>
            </w:r>
          </w:p>
          <w:p w14:paraId="7AD80091" w14:textId="77777777" w:rsidR="000D3CD5" w:rsidRPr="00106719" w:rsidRDefault="000D3CD5" w:rsidP="008B0F7A">
            <w:pPr>
              <w:spacing w:after="0"/>
              <w:rPr>
                <w:lang w:val="it-IT"/>
              </w:rPr>
            </w:pPr>
            <w:r w:rsidRPr="00106719">
              <w:rPr>
                <w:sz w:val="17"/>
                <w:lang w:val="it-IT"/>
              </w:rPr>
              <w:t>· Argomentare su una questione tecnico-scientifica controversa</w:t>
            </w:r>
          </w:p>
        </w:tc>
      </w:tr>
      <w:tr w:rsidR="000D3CD5" w:rsidRPr="00106719" w14:paraId="6E4024E8" w14:textId="77777777" w:rsidTr="008B0F7A">
        <w:trPr>
          <w:cantSplit/>
        </w:trPr>
        <w:tc>
          <w:tcPr>
            <w:tcW w:w="2211" w:type="dxa"/>
            <w:shd w:val="clear" w:color="auto" w:fill="EDF0F5"/>
          </w:tcPr>
          <w:p w14:paraId="093CA448"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767723D6"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Bilancio delle competenze sperimentali del biennio; storia della misura e degli strumenti.</w:t>
            </w:r>
          </w:p>
          <w:p w14:paraId="53A6C619"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Crisi della fisica classica: corpo nero, effetto fotoelettrico; introduzione alla relatività ristretta.</w:t>
            </w:r>
          </w:p>
          <w:p w14:paraId="400A8293"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Relatività ristretta e generale; fisica quantistica; fisica nucleare e subnucleare; nodi concettuali per il colloquio d'esame.</w:t>
            </w:r>
          </w:p>
        </w:tc>
      </w:tr>
      <w:tr w:rsidR="000D3CD5" w:rsidRPr="00106719" w14:paraId="18477DD7" w14:textId="77777777" w:rsidTr="008B0F7A">
        <w:trPr>
          <w:cantSplit/>
        </w:trPr>
        <w:tc>
          <w:tcPr>
            <w:tcW w:w="2211" w:type="dxa"/>
            <w:shd w:val="clear" w:color="auto" w:fill="EDF0F5"/>
          </w:tcPr>
          <w:p w14:paraId="2DD4BA84"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5041286" w14:textId="77777777" w:rsidR="000D3CD5" w:rsidRPr="00106719" w:rsidRDefault="000D3CD5" w:rsidP="008B0F7A">
            <w:pPr>
              <w:spacing w:after="20"/>
              <w:rPr>
                <w:lang w:val="it-IT"/>
              </w:rPr>
            </w:pPr>
            <w:r w:rsidRPr="00106719">
              <w:rPr>
                <w:sz w:val="17"/>
                <w:lang w:val="it-IT"/>
              </w:rPr>
              <w:t>Seminario; lettura di testi di storia e divulgazione della fisica; collegamento con Filosofia; orientamento universitario.</w:t>
            </w:r>
          </w:p>
        </w:tc>
      </w:tr>
      <w:tr w:rsidR="000D3CD5" w:rsidRPr="00106719" w14:paraId="2183BC99" w14:textId="77777777" w:rsidTr="008B0F7A">
        <w:trPr>
          <w:cantSplit/>
        </w:trPr>
        <w:tc>
          <w:tcPr>
            <w:tcW w:w="2211" w:type="dxa"/>
            <w:shd w:val="clear" w:color="auto" w:fill="EDF0F5"/>
          </w:tcPr>
          <w:p w14:paraId="09B36ECF"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43AEBC89" w14:textId="77777777" w:rsidR="000D3CD5" w:rsidRPr="00106719" w:rsidRDefault="000D3CD5" w:rsidP="008B0F7A">
            <w:pPr>
              <w:spacing w:after="20"/>
              <w:rPr>
                <w:lang w:val="it-IT"/>
              </w:rPr>
            </w:pPr>
            <w:r w:rsidRPr="00106719">
              <w:rPr>
                <w:sz w:val="17"/>
                <w:lang w:val="it-IT"/>
              </w:rPr>
              <w:t>Percorso tematico documentato, candidabile all'E-Portfolio e alla scelta del capolavoro.</w:t>
            </w:r>
          </w:p>
        </w:tc>
      </w:tr>
      <w:tr w:rsidR="000D3CD5" w:rsidRPr="00106719" w14:paraId="58942833" w14:textId="77777777" w:rsidTr="008B0F7A">
        <w:trPr>
          <w:cantSplit/>
        </w:trPr>
        <w:tc>
          <w:tcPr>
            <w:tcW w:w="2211" w:type="dxa"/>
            <w:shd w:val="clear" w:color="auto" w:fill="EDF0F5"/>
          </w:tcPr>
          <w:p w14:paraId="55E6F17A"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17CAC27E" w14:textId="77777777" w:rsidR="000D3CD5" w:rsidRPr="00106719" w:rsidRDefault="000D3CD5" w:rsidP="008B0F7A">
            <w:pPr>
              <w:spacing w:after="20"/>
              <w:rPr>
                <w:lang w:val="it-IT"/>
              </w:rPr>
            </w:pPr>
            <w:r w:rsidRPr="00106719">
              <w:rPr>
                <w:sz w:val="17"/>
                <w:lang w:val="it-IT"/>
              </w:rPr>
              <w:t>Valutazione del percorso su rubrica; simulazione di colloquio; prova finale.</w:t>
            </w:r>
          </w:p>
        </w:tc>
      </w:tr>
      <w:tr w:rsidR="000D3CD5" w:rsidRPr="00106719" w14:paraId="18FFDB60" w14:textId="77777777" w:rsidTr="008B0F7A">
        <w:trPr>
          <w:cantSplit/>
        </w:trPr>
        <w:tc>
          <w:tcPr>
            <w:tcW w:w="2211" w:type="dxa"/>
            <w:shd w:val="clear" w:color="auto" w:fill="EDF0F5"/>
          </w:tcPr>
          <w:p w14:paraId="46D710DB"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43AE83B7" w14:textId="77777777" w:rsidR="000D3CD5" w:rsidRPr="00106719" w:rsidRDefault="000D3CD5" w:rsidP="008B0F7A">
            <w:pPr>
              <w:spacing w:after="20"/>
              <w:rPr>
                <w:lang w:val="it-IT"/>
              </w:rPr>
            </w:pPr>
            <w:r w:rsidRPr="00106719">
              <w:rPr>
                <w:sz w:val="17"/>
                <w:lang w:val="it-IT"/>
              </w:rPr>
              <w:t>Costituzione · 2 ore: ricerca scientifica, responsabilità e usi civili e militari della scienza; art. 11 Cost.</w:t>
            </w:r>
          </w:p>
        </w:tc>
      </w:tr>
      <w:tr w:rsidR="000D3CD5" w:rsidRPr="00106719" w14:paraId="24EA78EF" w14:textId="77777777" w:rsidTr="008B0F7A">
        <w:trPr>
          <w:cantSplit/>
        </w:trPr>
        <w:tc>
          <w:tcPr>
            <w:tcW w:w="2211" w:type="dxa"/>
            <w:shd w:val="clear" w:color="auto" w:fill="EDF0F5"/>
          </w:tcPr>
          <w:p w14:paraId="2A8FA7D3"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64261B19" w14:textId="77777777" w:rsidR="000D3CD5" w:rsidRPr="00106719" w:rsidRDefault="000D3CD5" w:rsidP="008B0F7A">
            <w:pPr>
              <w:spacing w:after="20"/>
              <w:rPr>
                <w:lang w:val="it-IT"/>
              </w:rPr>
            </w:pPr>
            <w:r w:rsidRPr="00106719">
              <w:rPr>
                <w:sz w:val="17"/>
                <w:lang w:val="it-IT"/>
              </w:rPr>
              <w:t>Fornisce la riflessione sul rapporto fra scienza, tecnologia e patrimonio.</w:t>
            </w:r>
          </w:p>
        </w:tc>
      </w:tr>
    </w:tbl>
    <w:p w14:paraId="522E1D0C" w14:textId="77777777" w:rsidR="000D3CD5" w:rsidRPr="00106719" w:rsidRDefault="000D3CD5" w:rsidP="000D3CD5">
      <w:pPr>
        <w:spacing w:after="60"/>
        <w:rPr>
          <w:lang w:val="it-IT"/>
        </w:rPr>
      </w:pPr>
    </w:p>
    <w:p w14:paraId="4E1D465A" w14:textId="77777777" w:rsidR="000D3CD5" w:rsidRPr="00106719" w:rsidRDefault="000D3CD5" w:rsidP="000D3CD5">
      <w:pPr>
        <w:rPr>
          <w:lang w:val="it-IT"/>
        </w:rPr>
      </w:pPr>
      <w:r w:rsidRPr="00106719">
        <w:rPr>
          <w:lang w:val="it-IT"/>
        </w:rPr>
        <w:br w:type="page"/>
      </w:r>
    </w:p>
    <w:p w14:paraId="5420C13D" w14:textId="77777777" w:rsidR="000D3CD5" w:rsidRPr="00106719" w:rsidRDefault="000D3CD5" w:rsidP="000D3CD5">
      <w:pPr>
        <w:pStyle w:val="Titolo2"/>
        <w:spacing w:before="320"/>
        <w:rPr>
          <w:color w:val="auto"/>
          <w:lang w:val="it-IT"/>
        </w:rPr>
      </w:pPr>
      <w:proofErr w:type="gramStart"/>
      <w:r w:rsidRPr="00106719">
        <w:rPr>
          <w:rFonts w:ascii="Book Antiqua" w:hAnsi="Book Antiqua"/>
          <w:color w:val="auto"/>
          <w:sz w:val="23"/>
          <w:lang w:val="it-IT"/>
        </w:rPr>
        <w:lastRenderedPageBreak/>
        <w:t>C.9  SCIENZE</w:t>
      </w:r>
      <w:proofErr w:type="gramEnd"/>
      <w:r w:rsidRPr="00106719">
        <w:rPr>
          <w:rFonts w:ascii="Book Antiqua" w:hAnsi="Book Antiqua"/>
          <w:color w:val="auto"/>
          <w:sz w:val="23"/>
          <w:lang w:val="it-IT"/>
        </w:rPr>
        <w:t xml:space="preserve"> NATURALI (BIOLOGIA, CHIMICA, SCIENZE DELLA TERRA) – POTENZIATE</w:t>
      </w:r>
    </w:p>
    <w:p w14:paraId="07A21323" w14:textId="77777777" w:rsidR="000D3CD5" w:rsidRPr="00106719" w:rsidRDefault="000D3CD5" w:rsidP="000D3CD5">
      <w:pPr>
        <w:spacing w:after="60"/>
        <w:rPr>
          <w:lang w:val="it-IT"/>
        </w:rPr>
      </w:pPr>
      <w:r w:rsidRPr="00106719">
        <w:rPr>
          <w:i/>
          <w:sz w:val="17"/>
          <w:lang w:val="it-IT"/>
        </w:rPr>
        <w:t>Classe di concorso: A-</w:t>
      </w:r>
      <w:proofErr w:type="gramStart"/>
      <w:r w:rsidRPr="00106719">
        <w:rPr>
          <w:i/>
          <w:sz w:val="17"/>
          <w:lang w:val="it-IT"/>
        </w:rPr>
        <w:t>050  ·</w:t>
      </w:r>
      <w:proofErr w:type="gramEnd"/>
      <w:r w:rsidRPr="00106719">
        <w:rPr>
          <w:i/>
          <w:sz w:val="17"/>
          <w:lang w:val="it-IT"/>
        </w:rPr>
        <w:t xml:space="preserve">  Monte ore nell'indirizzo: 3 ore settimanali nel primo biennio, 5 nel secondo biennio e nel quinto anno</w:t>
      </w:r>
    </w:p>
    <w:p w14:paraId="6FC4CE40" w14:textId="77777777" w:rsidR="000D3CD5" w:rsidRPr="00106719" w:rsidRDefault="000D3CD5" w:rsidP="000D3CD5">
      <w:pPr>
        <w:spacing w:after="60"/>
        <w:jc w:val="both"/>
        <w:rPr>
          <w:lang w:val="it-IT"/>
        </w:rPr>
      </w:pPr>
      <w:r w:rsidRPr="00106719">
        <w:rPr>
          <w:sz w:val="17"/>
          <w:lang w:val="it-IT"/>
        </w:rPr>
        <w:t xml:space="preserve">Nota generale sulla disciplina. Tre ore settimanali nel primo biennio e cinque nel secondo biennio e nel quinto anno (Liceo Scientifico opzione Scienze applicate). Il monte ore consente un impianto sperimentale sistematico: ogni </w:t>
      </w:r>
      <w:proofErr w:type="spellStart"/>
      <w:r w:rsidRPr="00106719">
        <w:rPr>
          <w:sz w:val="17"/>
          <w:lang w:val="it-IT"/>
        </w:rPr>
        <w:t>U.d.A</w:t>
      </w:r>
      <w:proofErr w:type="spellEnd"/>
      <w:r w:rsidRPr="00106719">
        <w:rPr>
          <w:sz w:val="17"/>
          <w:lang w:val="it-IT"/>
        </w:rPr>
        <w:t>. prevede almeno tre esperienze di laboratorio con relazione.</w:t>
      </w:r>
    </w:p>
    <w:p w14:paraId="6C29515A" w14:textId="77777777" w:rsidR="000D3CD5" w:rsidRPr="00106719" w:rsidRDefault="000D3CD5" w:rsidP="000D3CD5">
      <w:pPr>
        <w:spacing w:after="120"/>
        <w:jc w:val="both"/>
        <w:rPr>
          <w:lang w:val="it-IT"/>
        </w:rPr>
      </w:pPr>
      <w:r w:rsidRPr="00106719">
        <w:rPr>
          <w:sz w:val="17"/>
          <w:lang w:val="it-IT"/>
        </w:rPr>
        <w:t xml:space="preserve">Declinazione per l'indirizzo. Il monte ore, il più elevato fra tutti gli indirizzi del Polo, consente un impianto sperimentale sistematico. Ogni </w:t>
      </w:r>
      <w:proofErr w:type="spellStart"/>
      <w:r w:rsidRPr="00106719">
        <w:rPr>
          <w:sz w:val="17"/>
          <w:lang w:val="it-IT"/>
        </w:rPr>
        <w:t>U.d.A</w:t>
      </w:r>
      <w:proofErr w:type="spellEnd"/>
      <w:r w:rsidRPr="00106719">
        <w:rPr>
          <w:sz w:val="17"/>
          <w:lang w:val="it-IT"/>
        </w:rPr>
        <w:t>. prevede almeno tre esperienze di laboratorio con relazione tecnica valutata.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3C910407" w14:textId="77777777" w:rsidTr="008B0F7A">
        <w:trPr>
          <w:cantSplit/>
        </w:trPr>
        <w:tc>
          <w:tcPr>
            <w:tcW w:w="9752" w:type="dxa"/>
            <w:gridSpan w:val="2"/>
            <w:shd w:val="clear" w:color="auto" w:fill="D6DFEE"/>
          </w:tcPr>
          <w:p w14:paraId="0822DD50"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1 — Il metodo sperimentale e il sistema Terra</w:t>
            </w:r>
          </w:p>
        </w:tc>
      </w:tr>
      <w:tr w:rsidR="000D3CD5" w:rsidRPr="00106719" w14:paraId="3A6FC7AF" w14:textId="77777777" w:rsidTr="008B0F7A">
        <w:trPr>
          <w:cantSplit/>
        </w:trPr>
        <w:tc>
          <w:tcPr>
            <w:tcW w:w="2211" w:type="dxa"/>
            <w:shd w:val="clear" w:color="auto" w:fill="EDF0F5"/>
          </w:tcPr>
          <w:p w14:paraId="225462B3"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1A5B44EC"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settembre</w:t>
            </w:r>
            <w:proofErr w:type="spellEnd"/>
            <w:r w:rsidRPr="00106719">
              <w:rPr>
                <w:i/>
                <w:sz w:val="17"/>
              </w:rPr>
              <w:t xml:space="preserve"> – </w:t>
            </w:r>
            <w:proofErr w:type="spellStart"/>
            <w:r w:rsidRPr="00106719">
              <w:rPr>
                <w:i/>
                <w:sz w:val="17"/>
              </w:rPr>
              <w:t>inizio</w:t>
            </w:r>
            <w:proofErr w:type="spellEnd"/>
            <w:r w:rsidRPr="00106719">
              <w:rPr>
                <w:i/>
                <w:sz w:val="17"/>
              </w:rPr>
              <w:t xml:space="preserve"> </w:t>
            </w:r>
            <w:proofErr w:type="spellStart"/>
            <w:r w:rsidRPr="00106719">
              <w:rPr>
                <w:i/>
                <w:sz w:val="17"/>
              </w:rPr>
              <w:t>novembre</w:t>
            </w:r>
            <w:proofErr w:type="spellEnd"/>
          </w:p>
        </w:tc>
      </w:tr>
      <w:tr w:rsidR="000D3CD5" w:rsidRPr="00106719" w14:paraId="4CC69C7F" w14:textId="77777777" w:rsidTr="008B0F7A">
        <w:trPr>
          <w:cantSplit/>
        </w:trPr>
        <w:tc>
          <w:tcPr>
            <w:tcW w:w="2211" w:type="dxa"/>
            <w:shd w:val="clear" w:color="auto" w:fill="EDF0F5"/>
          </w:tcPr>
          <w:p w14:paraId="6D4C5605"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248CE8AB" w14:textId="77777777" w:rsidR="000D3CD5" w:rsidRPr="00106719" w:rsidRDefault="000D3CD5" w:rsidP="008B0F7A">
            <w:pPr>
              <w:spacing w:after="20"/>
              <w:rPr>
                <w:lang w:val="it-IT"/>
              </w:rPr>
            </w:pPr>
            <w:r w:rsidRPr="00106719">
              <w:rPr>
                <w:sz w:val="17"/>
                <w:lang w:val="it-IT"/>
              </w:rPr>
              <w:t>Progettare e condurre esperienze applicando il metodo scientifico · Competenza chiave: competenza in scienze e tecnologie</w:t>
            </w:r>
          </w:p>
        </w:tc>
      </w:tr>
      <w:tr w:rsidR="000D3CD5" w:rsidRPr="00106719" w14:paraId="02AD4623" w14:textId="77777777" w:rsidTr="008B0F7A">
        <w:trPr>
          <w:cantSplit/>
        </w:trPr>
        <w:tc>
          <w:tcPr>
            <w:tcW w:w="2211" w:type="dxa"/>
            <w:shd w:val="clear" w:color="auto" w:fill="EDF0F5"/>
          </w:tcPr>
          <w:p w14:paraId="7A6E8CB3"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7E18A3B0" w14:textId="77777777" w:rsidR="000D3CD5" w:rsidRPr="00106719" w:rsidRDefault="000D3CD5" w:rsidP="008B0F7A">
            <w:pPr>
              <w:spacing w:after="0"/>
              <w:rPr>
                <w:lang w:val="it-IT"/>
              </w:rPr>
            </w:pPr>
            <w:r w:rsidRPr="00106719">
              <w:rPr>
                <w:sz w:val="17"/>
                <w:lang w:val="it-IT"/>
              </w:rPr>
              <w:t>· Progettare un'esperienza definendo variabili e controlli</w:t>
            </w:r>
          </w:p>
          <w:p w14:paraId="124C901A" w14:textId="77777777" w:rsidR="000D3CD5" w:rsidRPr="00106719" w:rsidRDefault="000D3CD5" w:rsidP="008B0F7A">
            <w:pPr>
              <w:spacing w:after="0"/>
              <w:rPr>
                <w:lang w:val="it-IT"/>
              </w:rPr>
            </w:pPr>
            <w:r w:rsidRPr="00106719">
              <w:rPr>
                <w:sz w:val="17"/>
                <w:lang w:val="it-IT"/>
              </w:rPr>
              <w:t>· Trattare i dati sperimentali e valutarne l'incertezza</w:t>
            </w:r>
          </w:p>
          <w:p w14:paraId="1E40DDFC" w14:textId="77777777" w:rsidR="000D3CD5" w:rsidRPr="00106719" w:rsidRDefault="000D3CD5" w:rsidP="008B0F7A">
            <w:pPr>
              <w:spacing w:after="0"/>
              <w:rPr>
                <w:lang w:val="it-IT"/>
              </w:rPr>
            </w:pPr>
            <w:r w:rsidRPr="00106719">
              <w:rPr>
                <w:sz w:val="17"/>
                <w:lang w:val="it-IT"/>
              </w:rPr>
              <w:t>· Redigere una relazione tecnica completa</w:t>
            </w:r>
          </w:p>
          <w:p w14:paraId="3990CA4A" w14:textId="77777777" w:rsidR="000D3CD5" w:rsidRPr="00106719" w:rsidRDefault="000D3CD5" w:rsidP="008B0F7A">
            <w:pPr>
              <w:spacing w:after="0"/>
              <w:rPr>
                <w:lang w:val="it-IT"/>
              </w:rPr>
            </w:pPr>
            <w:r w:rsidRPr="00106719">
              <w:rPr>
                <w:sz w:val="17"/>
                <w:lang w:val="it-IT"/>
              </w:rPr>
              <w:t>· Applicare rigorosamente le norme di sicurezza</w:t>
            </w:r>
          </w:p>
        </w:tc>
      </w:tr>
      <w:tr w:rsidR="000D3CD5" w:rsidRPr="00106719" w14:paraId="0EA47A94" w14:textId="77777777" w:rsidTr="008B0F7A">
        <w:trPr>
          <w:cantSplit/>
        </w:trPr>
        <w:tc>
          <w:tcPr>
            <w:tcW w:w="2211" w:type="dxa"/>
            <w:shd w:val="clear" w:color="auto" w:fill="EDF0F5"/>
          </w:tcPr>
          <w:p w14:paraId="4C686A9B"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5CCE977F"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Metodo scientifico; grandezze e misure; stati della materia; il sistema Terra; minerali e rocce; rischio sismico e idrogeologico del territorio irpino.</w:t>
            </w:r>
          </w:p>
          <w:p w14:paraId="7C96D626"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Struttura atomica e modelli; tavola periodica; legami chimici; nomenclatura; stechiometria.</w:t>
            </w:r>
          </w:p>
          <w:p w14:paraId="41A2690A"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Geologia strutturale e tettonica delle placche; il sistema climatico e i suoi modelli.</w:t>
            </w:r>
          </w:p>
        </w:tc>
      </w:tr>
      <w:tr w:rsidR="000D3CD5" w:rsidRPr="00106719" w14:paraId="606CF16B" w14:textId="77777777" w:rsidTr="008B0F7A">
        <w:trPr>
          <w:cantSplit/>
        </w:trPr>
        <w:tc>
          <w:tcPr>
            <w:tcW w:w="2211" w:type="dxa"/>
            <w:shd w:val="clear" w:color="auto" w:fill="EDF0F5"/>
          </w:tcPr>
          <w:p w14:paraId="56FF405A"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1954AC91" w14:textId="77777777" w:rsidR="000D3CD5" w:rsidRPr="00106719" w:rsidRDefault="000D3CD5" w:rsidP="008B0F7A">
            <w:pPr>
              <w:spacing w:after="20"/>
              <w:rPr>
                <w:lang w:val="it-IT"/>
              </w:rPr>
            </w:pPr>
            <w:r w:rsidRPr="00106719">
              <w:rPr>
                <w:sz w:val="17"/>
                <w:lang w:val="it-IT"/>
              </w:rPr>
              <w:t>Laboratorio settimanale strutturato; quaderno di laboratorio; analisi dei dati con foglio di calcolo; uscite di rilevamento sul territorio.</w:t>
            </w:r>
          </w:p>
        </w:tc>
      </w:tr>
      <w:tr w:rsidR="000D3CD5" w:rsidRPr="00106719" w14:paraId="614BAA07" w14:textId="77777777" w:rsidTr="008B0F7A">
        <w:trPr>
          <w:cantSplit/>
        </w:trPr>
        <w:tc>
          <w:tcPr>
            <w:tcW w:w="2211" w:type="dxa"/>
            <w:shd w:val="clear" w:color="auto" w:fill="EDF0F5"/>
          </w:tcPr>
          <w:p w14:paraId="4E767F4B"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2FE4FE4" w14:textId="77777777" w:rsidR="000D3CD5" w:rsidRPr="00106719" w:rsidRDefault="000D3CD5" w:rsidP="008B0F7A">
            <w:pPr>
              <w:spacing w:after="20"/>
              <w:rPr>
                <w:lang w:val="it-IT"/>
              </w:rPr>
            </w:pPr>
            <w:r w:rsidRPr="00106719">
              <w:rPr>
                <w:sz w:val="17"/>
                <w:lang w:val="it-IT"/>
              </w:rPr>
              <w:t>Quaderno di laboratorio con almeno tre relazioni complete.</w:t>
            </w:r>
          </w:p>
        </w:tc>
      </w:tr>
      <w:tr w:rsidR="000D3CD5" w:rsidRPr="00106719" w14:paraId="71D56509" w14:textId="77777777" w:rsidTr="008B0F7A">
        <w:trPr>
          <w:cantSplit/>
        </w:trPr>
        <w:tc>
          <w:tcPr>
            <w:tcW w:w="2211" w:type="dxa"/>
            <w:shd w:val="clear" w:color="auto" w:fill="EDF0F5"/>
          </w:tcPr>
          <w:p w14:paraId="2EC6C455"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1A66B90A" w14:textId="77777777" w:rsidR="000D3CD5" w:rsidRPr="00106719" w:rsidRDefault="000D3CD5" w:rsidP="008B0F7A">
            <w:pPr>
              <w:spacing w:after="20"/>
              <w:rPr>
                <w:lang w:val="it-IT"/>
              </w:rPr>
            </w:pPr>
            <w:r w:rsidRPr="00106719">
              <w:rPr>
                <w:sz w:val="17"/>
                <w:lang w:val="it-IT"/>
              </w:rPr>
              <w:t>Prova d'ingresso; valutazione del quaderno di laboratorio; prova strutturata; prova pratica.</w:t>
            </w:r>
          </w:p>
        </w:tc>
      </w:tr>
      <w:tr w:rsidR="000D3CD5" w:rsidRPr="00106719" w14:paraId="608C2BB4" w14:textId="77777777" w:rsidTr="008B0F7A">
        <w:trPr>
          <w:cantSplit/>
        </w:trPr>
        <w:tc>
          <w:tcPr>
            <w:tcW w:w="2211" w:type="dxa"/>
            <w:shd w:val="clear" w:color="auto" w:fill="EDF0F5"/>
          </w:tcPr>
          <w:p w14:paraId="2291F126"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53DD016A" w14:textId="77777777" w:rsidR="000D3CD5" w:rsidRPr="00106719" w:rsidRDefault="000D3CD5" w:rsidP="008B0F7A">
            <w:pPr>
              <w:spacing w:after="20"/>
              <w:rPr>
                <w:lang w:val="it-IT"/>
              </w:rPr>
            </w:pPr>
            <w:r w:rsidRPr="00106719">
              <w:rPr>
                <w:sz w:val="17"/>
                <w:lang w:val="it-IT"/>
              </w:rPr>
              <w:t>Sviluppo sostenibile · 3 ore: monitoraggio ambientale e protezione civile; il piano di emergenza d'istituto.</w:t>
            </w:r>
          </w:p>
        </w:tc>
      </w:tr>
      <w:tr w:rsidR="000D3CD5" w:rsidRPr="00106719" w14:paraId="651B042A" w14:textId="77777777" w:rsidTr="008B0F7A">
        <w:trPr>
          <w:cantSplit/>
        </w:trPr>
        <w:tc>
          <w:tcPr>
            <w:tcW w:w="2211" w:type="dxa"/>
            <w:shd w:val="clear" w:color="auto" w:fill="EDF0F5"/>
          </w:tcPr>
          <w:p w14:paraId="7C757D51"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42557FF7" w14:textId="77777777" w:rsidR="000D3CD5" w:rsidRPr="00106719" w:rsidRDefault="000D3CD5" w:rsidP="008B0F7A">
            <w:pPr>
              <w:spacing w:after="20"/>
              <w:rPr>
                <w:lang w:val="it-IT"/>
              </w:rPr>
            </w:pPr>
            <w:r w:rsidRPr="00106719">
              <w:rPr>
                <w:sz w:val="17"/>
                <w:lang w:val="it-IT"/>
              </w:rPr>
              <w:t>Effettua la caratterizzazione geologica e litologica dei beni e dei siti censiti.</w:t>
            </w:r>
          </w:p>
        </w:tc>
      </w:tr>
    </w:tbl>
    <w:p w14:paraId="587BAC81"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56CB582F" w14:textId="77777777" w:rsidTr="008B0F7A">
        <w:trPr>
          <w:cantSplit/>
        </w:trPr>
        <w:tc>
          <w:tcPr>
            <w:tcW w:w="9752" w:type="dxa"/>
            <w:gridSpan w:val="2"/>
            <w:shd w:val="clear" w:color="auto" w:fill="D6DFEE"/>
          </w:tcPr>
          <w:p w14:paraId="1B95A443"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2 — Struttura della materia e reattività chimica</w:t>
            </w:r>
          </w:p>
        </w:tc>
      </w:tr>
      <w:tr w:rsidR="000D3CD5" w:rsidRPr="00106719" w14:paraId="33AABDEB" w14:textId="77777777" w:rsidTr="008B0F7A">
        <w:trPr>
          <w:cantSplit/>
        </w:trPr>
        <w:tc>
          <w:tcPr>
            <w:tcW w:w="2211" w:type="dxa"/>
            <w:shd w:val="clear" w:color="auto" w:fill="EDF0F5"/>
          </w:tcPr>
          <w:p w14:paraId="5202E59B"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542F3FAD"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novembre</w:t>
            </w:r>
            <w:proofErr w:type="spellEnd"/>
            <w:r w:rsidRPr="00106719">
              <w:rPr>
                <w:i/>
                <w:sz w:val="17"/>
              </w:rPr>
              <w:t xml:space="preserve"> – fine </w:t>
            </w:r>
            <w:proofErr w:type="spellStart"/>
            <w:r w:rsidRPr="00106719">
              <w:rPr>
                <w:i/>
                <w:sz w:val="17"/>
              </w:rPr>
              <w:t>gennaio</w:t>
            </w:r>
            <w:proofErr w:type="spellEnd"/>
          </w:p>
        </w:tc>
      </w:tr>
      <w:tr w:rsidR="000D3CD5" w:rsidRPr="00106719" w14:paraId="43A0A2C9" w14:textId="77777777" w:rsidTr="008B0F7A">
        <w:trPr>
          <w:cantSplit/>
        </w:trPr>
        <w:tc>
          <w:tcPr>
            <w:tcW w:w="2211" w:type="dxa"/>
            <w:shd w:val="clear" w:color="auto" w:fill="EDF0F5"/>
          </w:tcPr>
          <w:p w14:paraId="3844B3B1"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3EAE668A" w14:textId="77777777" w:rsidR="000D3CD5" w:rsidRPr="00106719" w:rsidRDefault="000D3CD5" w:rsidP="008B0F7A">
            <w:pPr>
              <w:spacing w:after="20"/>
              <w:rPr>
                <w:lang w:val="it-IT"/>
              </w:rPr>
            </w:pPr>
            <w:r w:rsidRPr="00106719">
              <w:rPr>
                <w:sz w:val="17"/>
                <w:lang w:val="it-IT"/>
              </w:rPr>
              <w:t>Analizzare quantitativamente le trasformazioni chimiche · Competenza chiave: competenza matematica e competenza in scienze</w:t>
            </w:r>
          </w:p>
        </w:tc>
      </w:tr>
      <w:tr w:rsidR="000D3CD5" w:rsidRPr="00106719" w14:paraId="4D95580C" w14:textId="77777777" w:rsidTr="008B0F7A">
        <w:trPr>
          <w:cantSplit/>
        </w:trPr>
        <w:tc>
          <w:tcPr>
            <w:tcW w:w="2211" w:type="dxa"/>
            <w:shd w:val="clear" w:color="auto" w:fill="EDF0F5"/>
          </w:tcPr>
          <w:p w14:paraId="0491CD05"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6872DDAE" w14:textId="77777777" w:rsidR="000D3CD5" w:rsidRPr="00106719" w:rsidRDefault="000D3CD5" w:rsidP="008B0F7A">
            <w:pPr>
              <w:spacing w:after="0"/>
              <w:rPr>
                <w:lang w:val="it-IT"/>
              </w:rPr>
            </w:pPr>
            <w:r w:rsidRPr="00106719">
              <w:rPr>
                <w:sz w:val="17"/>
                <w:lang w:val="it-IT"/>
              </w:rPr>
              <w:t>· Prevedere il comportamento di una sostanza a partire dalla struttura</w:t>
            </w:r>
          </w:p>
          <w:p w14:paraId="19AF4424" w14:textId="77777777" w:rsidR="000D3CD5" w:rsidRPr="00106719" w:rsidRDefault="000D3CD5" w:rsidP="008B0F7A">
            <w:pPr>
              <w:spacing w:after="0"/>
              <w:rPr>
                <w:lang w:val="it-IT"/>
              </w:rPr>
            </w:pPr>
            <w:r w:rsidRPr="00106719">
              <w:rPr>
                <w:sz w:val="17"/>
                <w:lang w:val="it-IT"/>
              </w:rPr>
              <w:t>· Eseguire calcoli stechiometrici e determinazioni quantitative</w:t>
            </w:r>
          </w:p>
          <w:p w14:paraId="73D5CA14" w14:textId="77777777" w:rsidR="000D3CD5" w:rsidRPr="00106719" w:rsidRDefault="000D3CD5" w:rsidP="008B0F7A">
            <w:pPr>
              <w:spacing w:after="0"/>
              <w:rPr>
                <w:lang w:val="it-IT"/>
              </w:rPr>
            </w:pPr>
            <w:r w:rsidRPr="00106719">
              <w:rPr>
                <w:sz w:val="17"/>
                <w:lang w:val="it-IT"/>
              </w:rPr>
              <w:t>· Condurre un'analisi di laboratorio con strumentazione</w:t>
            </w:r>
          </w:p>
          <w:p w14:paraId="6BB65986" w14:textId="77777777" w:rsidR="000D3CD5" w:rsidRPr="00106719" w:rsidRDefault="000D3CD5" w:rsidP="008B0F7A">
            <w:pPr>
              <w:spacing w:after="0"/>
              <w:rPr>
                <w:lang w:val="it-IT"/>
              </w:rPr>
            </w:pPr>
            <w:r w:rsidRPr="00106719">
              <w:rPr>
                <w:sz w:val="17"/>
                <w:lang w:val="it-IT"/>
              </w:rPr>
              <w:t>· Interpretare criticamente un dato analitico</w:t>
            </w:r>
          </w:p>
        </w:tc>
      </w:tr>
      <w:tr w:rsidR="000D3CD5" w:rsidRPr="00106719" w14:paraId="7B9E76BC" w14:textId="77777777" w:rsidTr="008B0F7A">
        <w:trPr>
          <w:cantSplit/>
        </w:trPr>
        <w:tc>
          <w:tcPr>
            <w:tcW w:w="2211" w:type="dxa"/>
            <w:shd w:val="clear" w:color="auto" w:fill="EDF0F5"/>
          </w:tcPr>
          <w:p w14:paraId="755FB3A0"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737AF736"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Leggi ponderali; mole; soluzioni e concentrazioni; reazioni ed energia; introduzione all'equilibrio.</w:t>
            </w:r>
          </w:p>
          <w:p w14:paraId="4F6AB6A5"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Termochimica; cinetica; equilibrio chimico; acidi e basi, pH e titolazioni; elettrochimica.</w:t>
            </w:r>
          </w:p>
          <w:p w14:paraId="4BEDC4A9"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Chimica organica sistematica: idrocarburi, gruppi funzionali, isomeria, meccanismi di reazione fondamentali.</w:t>
            </w:r>
          </w:p>
        </w:tc>
      </w:tr>
      <w:tr w:rsidR="000D3CD5" w:rsidRPr="00106719" w14:paraId="2340CBD7" w14:textId="77777777" w:rsidTr="008B0F7A">
        <w:trPr>
          <w:cantSplit/>
        </w:trPr>
        <w:tc>
          <w:tcPr>
            <w:tcW w:w="2211" w:type="dxa"/>
            <w:shd w:val="clear" w:color="auto" w:fill="EDF0F5"/>
          </w:tcPr>
          <w:p w14:paraId="093E075B"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2BACE7AE" w14:textId="77777777" w:rsidR="000D3CD5" w:rsidRPr="00106719" w:rsidRDefault="000D3CD5" w:rsidP="008B0F7A">
            <w:pPr>
              <w:spacing w:after="20"/>
              <w:rPr>
                <w:lang w:val="it-IT"/>
              </w:rPr>
            </w:pPr>
            <w:r w:rsidRPr="00106719">
              <w:rPr>
                <w:sz w:val="17"/>
                <w:lang w:val="it-IT"/>
              </w:rPr>
              <w:t xml:space="preserve">Laboratorio chimico con titolazioni e analisi strumentale; </w:t>
            </w:r>
            <w:proofErr w:type="spellStart"/>
            <w:r w:rsidRPr="00106719">
              <w:rPr>
                <w:sz w:val="17"/>
                <w:lang w:val="it-IT"/>
              </w:rPr>
              <w:t>problem</w:t>
            </w:r>
            <w:proofErr w:type="spellEnd"/>
            <w:r w:rsidRPr="00106719">
              <w:rPr>
                <w:sz w:val="17"/>
                <w:lang w:val="it-IT"/>
              </w:rPr>
              <w:t xml:space="preserve"> solving quantitativo; raccordo con Matematica e con Informatica per l'elaborazione dei dati.</w:t>
            </w:r>
          </w:p>
        </w:tc>
      </w:tr>
      <w:tr w:rsidR="000D3CD5" w:rsidRPr="00106719" w14:paraId="445B8ACE" w14:textId="77777777" w:rsidTr="008B0F7A">
        <w:trPr>
          <w:cantSplit/>
        </w:trPr>
        <w:tc>
          <w:tcPr>
            <w:tcW w:w="2211" w:type="dxa"/>
            <w:shd w:val="clear" w:color="auto" w:fill="EDF0F5"/>
          </w:tcPr>
          <w:p w14:paraId="07D8B17A"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1F1D5BE8" w14:textId="77777777" w:rsidR="000D3CD5" w:rsidRPr="00106719" w:rsidRDefault="000D3CD5" w:rsidP="008B0F7A">
            <w:pPr>
              <w:spacing w:after="20"/>
              <w:rPr>
                <w:lang w:val="it-IT"/>
              </w:rPr>
            </w:pPr>
            <w:r w:rsidRPr="00106719">
              <w:rPr>
                <w:sz w:val="17"/>
                <w:lang w:val="it-IT"/>
              </w:rPr>
              <w:t>Relazione di analisi quantitativa con trattamento statistico dei dati.</w:t>
            </w:r>
          </w:p>
        </w:tc>
      </w:tr>
      <w:tr w:rsidR="000D3CD5" w:rsidRPr="00106719" w14:paraId="093D5858" w14:textId="77777777" w:rsidTr="008B0F7A">
        <w:trPr>
          <w:cantSplit/>
        </w:trPr>
        <w:tc>
          <w:tcPr>
            <w:tcW w:w="2211" w:type="dxa"/>
            <w:shd w:val="clear" w:color="auto" w:fill="EDF0F5"/>
          </w:tcPr>
          <w:p w14:paraId="06E8CB2B"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2BC6EB4B" w14:textId="77777777" w:rsidR="000D3CD5" w:rsidRPr="00106719" w:rsidRDefault="000D3CD5" w:rsidP="008B0F7A">
            <w:pPr>
              <w:spacing w:after="20"/>
              <w:rPr>
                <w:lang w:val="it-IT"/>
              </w:rPr>
            </w:pPr>
            <w:r w:rsidRPr="00106719">
              <w:rPr>
                <w:sz w:val="17"/>
                <w:lang w:val="it-IT"/>
              </w:rPr>
              <w:t>Valutazione delle relazioni su rubrica; verifiche scritte con problemi; prova pratica di laboratorio.</w:t>
            </w:r>
          </w:p>
        </w:tc>
      </w:tr>
      <w:tr w:rsidR="000D3CD5" w:rsidRPr="00106719" w14:paraId="476B5988" w14:textId="77777777" w:rsidTr="008B0F7A">
        <w:trPr>
          <w:cantSplit/>
        </w:trPr>
        <w:tc>
          <w:tcPr>
            <w:tcW w:w="2211" w:type="dxa"/>
            <w:shd w:val="clear" w:color="auto" w:fill="EDF0F5"/>
          </w:tcPr>
          <w:p w14:paraId="1172CF02"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7C7C4B8D" w14:textId="77777777" w:rsidR="000D3CD5" w:rsidRPr="00106719" w:rsidRDefault="000D3CD5" w:rsidP="008B0F7A">
            <w:pPr>
              <w:spacing w:after="20"/>
              <w:rPr>
                <w:lang w:val="it-IT"/>
              </w:rPr>
            </w:pPr>
            <w:r w:rsidRPr="00106719">
              <w:rPr>
                <w:sz w:val="17"/>
                <w:lang w:val="it-IT"/>
              </w:rPr>
              <w:t>Sviluppo sostenibile · 2 ore: chimica verde, riciclo e tracciabilità dei materiali.</w:t>
            </w:r>
          </w:p>
        </w:tc>
      </w:tr>
      <w:tr w:rsidR="000D3CD5" w:rsidRPr="00106719" w14:paraId="734BDD1D" w14:textId="77777777" w:rsidTr="008B0F7A">
        <w:trPr>
          <w:cantSplit/>
        </w:trPr>
        <w:tc>
          <w:tcPr>
            <w:tcW w:w="2211" w:type="dxa"/>
            <w:shd w:val="clear" w:color="auto" w:fill="EDF0F5"/>
          </w:tcPr>
          <w:p w14:paraId="7C56933D"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205B8D63" w14:textId="77777777" w:rsidR="000D3CD5" w:rsidRPr="00106719" w:rsidRDefault="000D3CD5" w:rsidP="008B0F7A">
            <w:pPr>
              <w:spacing w:after="20"/>
              <w:rPr>
                <w:lang w:val="it-IT"/>
              </w:rPr>
            </w:pPr>
            <w:r w:rsidRPr="00106719">
              <w:rPr>
                <w:sz w:val="17"/>
                <w:lang w:val="it-IT"/>
              </w:rPr>
              <w:t>Esegue le analisi sui materiali costitutivi e sui fenomeni di degrado dei beni.</w:t>
            </w:r>
          </w:p>
        </w:tc>
      </w:tr>
    </w:tbl>
    <w:p w14:paraId="406E8CAF"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6BD897BB" w14:textId="77777777" w:rsidTr="008B0F7A">
        <w:trPr>
          <w:cantSplit/>
        </w:trPr>
        <w:tc>
          <w:tcPr>
            <w:tcW w:w="9752" w:type="dxa"/>
            <w:gridSpan w:val="2"/>
            <w:shd w:val="clear" w:color="auto" w:fill="D6DFEE"/>
          </w:tcPr>
          <w:p w14:paraId="6C17E5D2" w14:textId="77777777" w:rsidR="000D3CD5" w:rsidRPr="00106719" w:rsidRDefault="000D3CD5" w:rsidP="008B0F7A">
            <w:pPr>
              <w:spacing w:after="20"/>
              <w:rPr>
                <w:lang w:val="it-IT"/>
              </w:rPr>
            </w:pPr>
            <w:proofErr w:type="spellStart"/>
            <w:r w:rsidRPr="00106719">
              <w:rPr>
                <w:b/>
                <w:lang w:val="it-IT"/>
              </w:rPr>
              <w:lastRenderedPageBreak/>
              <w:t>U.d.A</w:t>
            </w:r>
            <w:proofErr w:type="spellEnd"/>
            <w:r w:rsidRPr="00106719">
              <w:rPr>
                <w:b/>
                <w:lang w:val="it-IT"/>
              </w:rPr>
              <w:t>. n. 3 — Biologia molecolare e fisiologia dei sistemi</w:t>
            </w:r>
          </w:p>
        </w:tc>
      </w:tr>
      <w:tr w:rsidR="000D3CD5" w:rsidRPr="00106719" w14:paraId="1F966EBC" w14:textId="77777777" w:rsidTr="008B0F7A">
        <w:trPr>
          <w:cantSplit/>
        </w:trPr>
        <w:tc>
          <w:tcPr>
            <w:tcW w:w="2211" w:type="dxa"/>
            <w:shd w:val="clear" w:color="auto" w:fill="EDF0F5"/>
          </w:tcPr>
          <w:p w14:paraId="6F41D73E"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4BEB5E88" w14:textId="77777777" w:rsidR="000D3CD5" w:rsidRPr="00106719" w:rsidRDefault="000D3CD5" w:rsidP="008B0F7A">
            <w:pPr>
              <w:spacing w:after="20"/>
            </w:pPr>
            <w:r w:rsidRPr="00106719">
              <w:rPr>
                <w:i/>
                <w:sz w:val="17"/>
              </w:rPr>
              <w:t xml:space="preserve">2° </w:t>
            </w:r>
            <w:proofErr w:type="spellStart"/>
            <w:r w:rsidRPr="00106719">
              <w:rPr>
                <w:i/>
                <w:sz w:val="17"/>
              </w:rPr>
              <w:t>quadrimestre</w:t>
            </w:r>
            <w:proofErr w:type="spellEnd"/>
            <w:r w:rsidRPr="00106719">
              <w:rPr>
                <w:i/>
                <w:sz w:val="17"/>
              </w:rPr>
              <w:t xml:space="preserve"> · </w:t>
            </w:r>
            <w:proofErr w:type="spellStart"/>
            <w:r w:rsidRPr="00106719">
              <w:rPr>
                <w:i/>
                <w:sz w:val="17"/>
              </w:rPr>
              <w:t>febbraio</w:t>
            </w:r>
            <w:proofErr w:type="spellEnd"/>
            <w:r w:rsidRPr="00106719">
              <w:rPr>
                <w:i/>
                <w:sz w:val="17"/>
              </w:rPr>
              <w:t xml:space="preserve"> – pausa </w:t>
            </w:r>
            <w:proofErr w:type="spellStart"/>
            <w:r w:rsidRPr="00106719">
              <w:rPr>
                <w:i/>
                <w:sz w:val="17"/>
              </w:rPr>
              <w:t>pasquale</w:t>
            </w:r>
            <w:proofErr w:type="spellEnd"/>
          </w:p>
        </w:tc>
      </w:tr>
      <w:tr w:rsidR="000D3CD5" w:rsidRPr="00106719" w14:paraId="5CABBE54" w14:textId="77777777" w:rsidTr="008B0F7A">
        <w:trPr>
          <w:cantSplit/>
        </w:trPr>
        <w:tc>
          <w:tcPr>
            <w:tcW w:w="2211" w:type="dxa"/>
            <w:shd w:val="clear" w:color="auto" w:fill="EDF0F5"/>
          </w:tcPr>
          <w:p w14:paraId="6922E847"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7B35DEA8" w14:textId="77777777" w:rsidR="000D3CD5" w:rsidRPr="00106719" w:rsidRDefault="000D3CD5" w:rsidP="008B0F7A">
            <w:pPr>
              <w:spacing w:after="20"/>
              <w:rPr>
                <w:lang w:val="it-IT"/>
              </w:rPr>
            </w:pPr>
            <w:r w:rsidRPr="00106719">
              <w:rPr>
                <w:sz w:val="17"/>
                <w:lang w:val="it-IT"/>
              </w:rPr>
              <w:t>Comprendere i meccanismi molecolari alla base dei processi vitali · Competenza chiave: competenza in scienze e tecnologie</w:t>
            </w:r>
          </w:p>
        </w:tc>
      </w:tr>
      <w:tr w:rsidR="000D3CD5" w:rsidRPr="00106719" w14:paraId="3EC9FE03" w14:textId="77777777" w:rsidTr="008B0F7A">
        <w:trPr>
          <w:cantSplit/>
        </w:trPr>
        <w:tc>
          <w:tcPr>
            <w:tcW w:w="2211" w:type="dxa"/>
            <w:shd w:val="clear" w:color="auto" w:fill="EDF0F5"/>
          </w:tcPr>
          <w:p w14:paraId="43B17A8D"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0AB74B7E" w14:textId="77777777" w:rsidR="000D3CD5" w:rsidRPr="00106719" w:rsidRDefault="000D3CD5" w:rsidP="008B0F7A">
            <w:pPr>
              <w:spacing w:after="0"/>
              <w:rPr>
                <w:lang w:val="it-IT"/>
              </w:rPr>
            </w:pPr>
            <w:r w:rsidRPr="00106719">
              <w:rPr>
                <w:sz w:val="17"/>
                <w:lang w:val="it-IT"/>
              </w:rPr>
              <w:t>· Descrivere i processi molecolari dell'espressione genica</w:t>
            </w:r>
          </w:p>
          <w:p w14:paraId="34D7D334" w14:textId="77777777" w:rsidR="000D3CD5" w:rsidRPr="00106719" w:rsidRDefault="000D3CD5" w:rsidP="008B0F7A">
            <w:pPr>
              <w:spacing w:after="0"/>
              <w:rPr>
                <w:lang w:val="it-IT"/>
              </w:rPr>
            </w:pPr>
            <w:r w:rsidRPr="00106719">
              <w:rPr>
                <w:sz w:val="17"/>
                <w:lang w:val="it-IT"/>
              </w:rPr>
              <w:t>· Collegare struttura e funzione a tutti i livelli di organizzazione</w:t>
            </w:r>
          </w:p>
          <w:p w14:paraId="56CE2EBB" w14:textId="77777777" w:rsidR="000D3CD5" w:rsidRPr="00106719" w:rsidRDefault="000D3CD5" w:rsidP="008B0F7A">
            <w:pPr>
              <w:spacing w:after="0"/>
              <w:rPr>
                <w:lang w:val="it-IT"/>
              </w:rPr>
            </w:pPr>
            <w:r w:rsidRPr="00106719">
              <w:rPr>
                <w:sz w:val="17"/>
                <w:lang w:val="it-IT"/>
              </w:rPr>
              <w:t>· Utilizzare tecniche di laboratorio biologico</w:t>
            </w:r>
          </w:p>
          <w:p w14:paraId="3EE3A8A8" w14:textId="77777777" w:rsidR="000D3CD5" w:rsidRPr="00106719" w:rsidRDefault="000D3CD5" w:rsidP="008B0F7A">
            <w:pPr>
              <w:spacing w:after="0"/>
              <w:rPr>
                <w:lang w:val="it-IT"/>
              </w:rPr>
            </w:pPr>
            <w:r w:rsidRPr="00106719">
              <w:rPr>
                <w:sz w:val="17"/>
                <w:lang w:val="it-IT"/>
              </w:rPr>
              <w:t>· Interpretare dati sperimentali biologici</w:t>
            </w:r>
          </w:p>
        </w:tc>
      </w:tr>
      <w:tr w:rsidR="000D3CD5" w:rsidRPr="00106719" w14:paraId="7A08AF80" w14:textId="77777777" w:rsidTr="008B0F7A">
        <w:trPr>
          <w:cantSplit/>
        </w:trPr>
        <w:tc>
          <w:tcPr>
            <w:tcW w:w="2211" w:type="dxa"/>
            <w:shd w:val="clear" w:color="auto" w:fill="EDF0F5"/>
          </w:tcPr>
          <w:p w14:paraId="66228FC8"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56F2CB90"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Cellula, biomolecole, divisione cellulare; classificazione ed evoluzione; introduzione alla genetica.</w:t>
            </w:r>
          </w:p>
          <w:p w14:paraId="3B784055"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Anatomia e fisiologia umana; genetica mendeliana e molecolare; DNA, RNA, sintesi proteica; regolazione genica.</w:t>
            </w:r>
          </w:p>
          <w:p w14:paraId="0F48E1BC"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Biochimica del metabolismo; biotecnologie: PCR, DNA ricombinante, editing genomico e loro applicazioni.</w:t>
            </w:r>
          </w:p>
        </w:tc>
      </w:tr>
      <w:tr w:rsidR="000D3CD5" w:rsidRPr="00106719" w14:paraId="2A8B4E29" w14:textId="77777777" w:rsidTr="008B0F7A">
        <w:trPr>
          <w:cantSplit/>
        </w:trPr>
        <w:tc>
          <w:tcPr>
            <w:tcW w:w="2211" w:type="dxa"/>
            <w:shd w:val="clear" w:color="auto" w:fill="EDF0F5"/>
          </w:tcPr>
          <w:p w14:paraId="3A41C945"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08D33B01" w14:textId="77777777" w:rsidR="000D3CD5" w:rsidRPr="00106719" w:rsidRDefault="000D3CD5" w:rsidP="008B0F7A">
            <w:pPr>
              <w:spacing w:after="20"/>
              <w:rPr>
                <w:lang w:val="it-IT"/>
              </w:rPr>
            </w:pPr>
            <w:r w:rsidRPr="00106719">
              <w:rPr>
                <w:sz w:val="17"/>
                <w:lang w:val="it-IT"/>
              </w:rPr>
              <w:t>Laboratorio di biologia molecolare, anche presso i laboratori universitari nell'ambito del Piano Lauree Scientifiche con l'Università del Sannio e l'Università di Salerno.</w:t>
            </w:r>
          </w:p>
        </w:tc>
      </w:tr>
      <w:tr w:rsidR="000D3CD5" w:rsidRPr="00106719" w14:paraId="032CDE33" w14:textId="77777777" w:rsidTr="008B0F7A">
        <w:trPr>
          <w:cantSplit/>
        </w:trPr>
        <w:tc>
          <w:tcPr>
            <w:tcW w:w="2211" w:type="dxa"/>
            <w:shd w:val="clear" w:color="auto" w:fill="EDF0F5"/>
          </w:tcPr>
          <w:p w14:paraId="3D424898"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2E7D6EC" w14:textId="77777777" w:rsidR="000D3CD5" w:rsidRPr="00106719" w:rsidRDefault="000D3CD5" w:rsidP="008B0F7A">
            <w:pPr>
              <w:spacing w:after="20"/>
              <w:rPr>
                <w:lang w:val="it-IT"/>
              </w:rPr>
            </w:pPr>
            <w:r w:rsidRPr="00106719">
              <w:rPr>
                <w:sz w:val="17"/>
                <w:lang w:val="it-IT"/>
              </w:rPr>
              <w:t>Relazione sperimentale su un'esperienza di biologia molecolare.</w:t>
            </w:r>
          </w:p>
        </w:tc>
      </w:tr>
      <w:tr w:rsidR="000D3CD5" w:rsidRPr="00106719" w14:paraId="4D103736" w14:textId="77777777" w:rsidTr="008B0F7A">
        <w:trPr>
          <w:cantSplit/>
        </w:trPr>
        <w:tc>
          <w:tcPr>
            <w:tcW w:w="2211" w:type="dxa"/>
            <w:shd w:val="clear" w:color="auto" w:fill="EDF0F5"/>
          </w:tcPr>
          <w:p w14:paraId="6B55026C"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374AD668" w14:textId="77777777" w:rsidR="000D3CD5" w:rsidRPr="00106719" w:rsidRDefault="000D3CD5" w:rsidP="008B0F7A">
            <w:pPr>
              <w:spacing w:after="20"/>
              <w:rPr>
                <w:lang w:val="it-IT"/>
              </w:rPr>
            </w:pPr>
            <w:r w:rsidRPr="00106719">
              <w:rPr>
                <w:sz w:val="17"/>
                <w:lang w:val="it-IT"/>
              </w:rPr>
              <w:t>Valutazione della relazione su rubrica; prova strutturata; prova pratica.</w:t>
            </w:r>
          </w:p>
        </w:tc>
      </w:tr>
      <w:tr w:rsidR="000D3CD5" w:rsidRPr="00106719" w14:paraId="2F5771AA" w14:textId="77777777" w:rsidTr="008B0F7A">
        <w:trPr>
          <w:cantSplit/>
        </w:trPr>
        <w:tc>
          <w:tcPr>
            <w:tcW w:w="2211" w:type="dxa"/>
            <w:shd w:val="clear" w:color="auto" w:fill="EDF0F5"/>
          </w:tcPr>
          <w:p w14:paraId="0222EDE2"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110CB3B9" w14:textId="77777777" w:rsidR="000D3CD5" w:rsidRPr="00106719" w:rsidRDefault="000D3CD5" w:rsidP="008B0F7A">
            <w:pPr>
              <w:spacing w:after="20"/>
              <w:rPr>
                <w:lang w:val="it-IT"/>
              </w:rPr>
            </w:pPr>
            <w:r w:rsidRPr="00106719">
              <w:rPr>
                <w:sz w:val="17"/>
                <w:lang w:val="it-IT"/>
              </w:rPr>
              <w:t>Sviluppo sostenibile · 3 ore: salute pubblica, vaccini e comunicazione scientifica.</w:t>
            </w:r>
          </w:p>
        </w:tc>
      </w:tr>
      <w:tr w:rsidR="000D3CD5" w:rsidRPr="00106719" w14:paraId="07E4BCFB" w14:textId="77777777" w:rsidTr="008B0F7A">
        <w:trPr>
          <w:cantSplit/>
        </w:trPr>
        <w:tc>
          <w:tcPr>
            <w:tcW w:w="2211" w:type="dxa"/>
            <w:shd w:val="clear" w:color="auto" w:fill="EDF0F5"/>
          </w:tcPr>
          <w:p w14:paraId="48B04CBE"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2E7CE187" w14:textId="77777777" w:rsidR="000D3CD5" w:rsidRPr="00106719" w:rsidRDefault="000D3CD5" w:rsidP="008B0F7A">
            <w:pPr>
              <w:spacing w:after="20"/>
              <w:rPr>
                <w:lang w:val="it-IT"/>
              </w:rPr>
            </w:pPr>
            <w:r w:rsidRPr="00106719">
              <w:rPr>
                <w:sz w:val="17"/>
                <w:lang w:val="it-IT"/>
              </w:rPr>
              <w:t>Documenta la componente biologica e naturalistica del patrimonio territoriale.</w:t>
            </w:r>
          </w:p>
        </w:tc>
      </w:tr>
    </w:tbl>
    <w:p w14:paraId="6D32A0DA"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3EB87C98" w14:textId="77777777" w:rsidTr="008B0F7A">
        <w:trPr>
          <w:cantSplit/>
        </w:trPr>
        <w:tc>
          <w:tcPr>
            <w:tcW w:w="9752" w:type="dxa"/>
            <w:gridSpan w:val="2"/>
            <w:shd w:val="clear" w:color="auto" w:fill="D6DFEE"/>
          </w:tcPr>
          <w:p w14:paraId="4A51C9D3"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4 — Scienze, tecnologie e scelte collettive</w:t>
            </w:r>
          </w:p>
        </w:tc>
      </w:tr>
      <w:tr w:rsidR="000D3CD5" w:rsidRPr="00106719" w14:paraId="61185CA0" w14:textId="77777777" w:rsidTr="008B0F7A">
        <w:trPr>
          <w:cantSplit/>
        </w:trPr>
        <w:tc>
          <w:tcPr>
            <w:tcW w:w="2211" w:type="dxa"/>
            <w:shd w:val="clear" w:color="auto" w:fill="EDF0F5"/>
          </w:tcPr>
          <w:p w14:paraId="46909DFF"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350A241E" w14:textId="77777777" w:rsidR="000D3CD5" w:rsidRPr="00106719" w:rsidRDefault="000D3CD5" w:rsidP="008B0F7A">
            <w:pPr>
              <w:spacing w:after="20"/>
              <w:rPr>
                <w:lang w:val="it-IT"/>
              </w:rPr>
            </w:pPr>
            <w:r w:rsidRPr="00106719">
              <w:rPr>
                <w:i/>
                <w:sz w:val="17"/>
                <w:lang w:val="it-IT"/>
              </w:rPr>
              <w:t>2° quadrimestre · dopo Pasqua – termine delle lezioni</w:t>
            </w:r>
          </w:p>
        </w:tc>
      </w:tr>
      <w:tr w:rsidR="000D3CD5" w:rsidRPr="00106719" w14:paraId="074AA7DA" w14:textId="77777777" w:rsidTr="008B0F7A">
        <w:trPr>
          <w:cantSplit/>
        </w:trPr>
        <w:tc>
          <w:tcPr>
            <w:tcW w:w="2211" w:type="dxa"/>
            <w:shd w:val="clear" w:color="auto" w:fill="EDF0F5"/>
          </w:tcPr>
          <w:p w14:paraId="7EA65C22"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4F2987C6" w14:textId="77777777" w:rsidR="000D3CD5" w:rsidRPr="00106719" w:rsidRDefault="000D3CD5" w:rsidP="008B0F7A">
            <w:pPr>
              <w:spacing w:after="20"/>
              <w:rPr>
                <w:lang w:val="it-IT"/>
              </w:rPr>
            </w:pPr>
            <w:r w:rsidRPr="00106719">
              <w:rPr>
                <w:sz w:val="17"/>
                <w:lang w:val="it-IT"/>
              </w:rPr>
              <w:t>Valutare criticamente le implicazioni sociali della ricerca scientifica · Competenza chiave: competenza in materia di cittadinanza e competenza imprenditoriale</w:t>
            </w:r>
          </w:p>
        </w:tc>
      </w:tr>
      <w:tr w:rsidR="000D3CD5" w:rsidRPr="00106719" w14:paraId="3F0B6B0F" w14:textId="77777777" w:rsidTr="008B0F7A">
        <w:trPr>
          <w:cantSplit/>
        </w:trPr>
        <w:tc>
          <w:tcPr>
            <w:tcW w:w="2211" w:type="dxa"/>
            <w:shd w:val="clear" w:color="auto" w:fill="EDF0F5"/>
          </w:tcPr>
          <w:p w14:paraId="5615FF68"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24F40EE0" w14:textId="77777777" w:rsidR="000D3CD5" w:rsidRPr="00106719" w:rsidRDefault="000D3CD5" w:rsidP="008B0F7A">
            <w:pPr>
              <w:spacing w:after="0"/>
              <w:rPr>
                <w:lang w:val="it-IT"/>
              </w:rPr>
            </w:pPr>
            <w:r w:rsidRPr="00106719">
              <w:rPr>
                <w:sz w:val="17"/>
                <w:lang w:val="it-IT"/>
              </w:rPr>
              <w:t>· Analizzare una controversia socio-scientifica con dati</w:t>
            </w:r>
          </w:p>
          <w:p w14:paraId="41EB75E6" w14:textId="77777777" w:rsidR="000D3CD5" w:rsidRPr="00106719" w:rsidRDefault="000D3CD5" w:rsidP="008B0F7A">
            <w:pPr>
              <w:spacing w:after="0"/>
              <w:rPr>
                <w:lang w:val="it-IT"/>
              </w:rPr>
            </w:pPr>
            <w:r w:rsidRPr="00106719">
              <w:rPr>
                <w:sz w:val="17"/>
                <w:lang w:val="it-IT"/>
              </w:rPr>
              <w:t>· Distinguere evidenza, incertezza e opinione</w:t>
            </w:r>
          </w:p>
          <w:p w14:paraId="0116E02F" w14:textId="77777777" w:rsidR="000D3CD5" w:rsidRPr="00106719" w:rsidRDefault="000D3CD5" w:rsidP="008B0F7A">
            <w:pPr>
              <w:spacing w:after="0"/>
              <w:rPr>
                <w:lang w:val="it-IT"/>
              </w:rPr>
            </w:pPr>
            <w:r w:rsidRPr="00106719">
              <w:rPr>
                <w:sz w:val="17"/>
                <w:lang w:val="it-IT"/>
              </w:rPr>
              <w:t>· Progettare e realizzare un'indagine scientifica su scala locale</w:t>
            </w:r>
          </w:p>
          <w:p w14:paraId="65A32691" w14:textId="77777777" w:rsidR="000D3CD5" w:rsidRPr="00106719" w:rsidRDefault="000D3CD5" w:rsidP="008B0F7A">
            <w:pPr>
              <w:spacing w:after="0"/>
              <w:rPr>
                <w:lang w:val="it-IT"/>
              </w:rPr>
            </w:pPr>
            <w:r w:rsidRPr="00106719">
              <w:rPr>
                <w:sz w:val="17"/>
                <w:lang w:val="it-IT"/>
              </w:rPr>
              <w:t>· Comunicare risultati scientifici a un pubblico non specialista</w:t>
            </w:r>
          </w:p>
        </w:tc>
      </w:tr>
      <w:tr w:rsidR="000D3CD5" w:rsidRPr="00106719" w14:paraId="44A47BDE" w14:textId="77777777" w:rsidTr="008B0F7A">
        <w:trPr>
          <w:cantSplit/>
        </w:trPr>
        <w:tc>
          <w:tcPr>
            <w:tcW w:w="2211" w:type="dxa"/>
            <w:shd w:val="clear" w:color="auto" w:fill="EDF0F5"/>
          </w:tcPr>
          <w:p w14:paraId="3416F059"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6F0F4E43"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Ecologia, cicli biogeochimici, impatto antropico; economia circolare.</w:t>
            </w:r>
          </w:p>
          <w:p w14:paraId="393A4891"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Cambiamento climatico e transizione energetica; risorse del territorio; biotecnologie e bioetica.</w:t>
            </w:r>
          </w:p>
          <w:p w14:paraId="0BFEAFA1"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Progetto di ricerca scientifica applicata; nodi concettuali per il colloquio d'esame e per la seconda prova.</w:t>
            </w:r>
          </w:p>
        </w:tc>
      </w:tr>
      <w:tr w:rsidR="000D3CD5" w:rsidRPr="00106719" w14:paraId="27949EFF" w14:textId="77777777" w:rsidTr="008B0F7A">
        <w:trPr>
          <w:cantSplit/>
        </w:trPr>
        <w:tc>
          <w:tcPr>
            <w:tcW w:w="2211" w:type="dxa"/>
            <w:shd w:val="clear" w:color="auto" w:fill="EDF0F5"/>
          </w:tcPr>
          <w:p w14:paraId="7530DF51"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6EF4274D" w14:textId="77777777" w:rsidR="000D3CD5" w:rsidRPr="00106719" w:rsidRDefault="000D3CD5" w:rsidP="008B0F7A">
            <w:pPr>
              <w:spacing w:after="20"/>
              <w:rPr>
                <w:lang w:val="it-IT"/>
              </w:rPr>
            </w:pPr>
            <w:r w:rsidRPr="00106719">
              <w:rPr>
                <w:sz w:val="17"/>
                <w:lang w:val="it-IT"/>
              </w:rPr>
              <w:t>Ricerca sul campo con raccolta dati; collaborazione con enti e laboratori del territorio; formazione scuola-lavoro in ambito scientifico.</w:t>
            </w:r>
          </w:p>
        </w:tc>
      </w:tr>
      <w:tr w:rsidR="000D3CD5" w:rsidRPr="00106719" w14:paraId="57C09B5A" w14:textId="77777777" w:rsidTr="008B0F7A">
        <w:trPr>
          <w:cantSplit/>
        </w:trPr>
        <w:tc>
          <w:tcPr>
            <w:tcW w:w="2211" w:type="dxa"/>
            <w:shd w:val="clear" w:color="auto" w:fill="EDF0F5"/>
          </w:tcPr>
          <w:p w14:paraId="0BA47761"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3F847671" w14:textId="77777777" w:rsidR="000D3CD5" w:rsidRPr="00106719" w:rsidRDefault="000D3CD5" w:rsidP="008B0F7A">
            <w:pPr>
              <w:spacing w:after="20"/>
              <w:rPr>
                <w:lang w:val="it-IT"/>
              </w:rPr>
            </w:pPr>
            <w:r w:rsidRPr="00106719">
              <w:rPr>
                <w:sz w:val="17"/>
                <w:lang w:val="it-IT"/>
              </w:rPr>
              <w:t>Ricerca scientifica applicata documentata, candidabile all'E-Portfolio e alla scelta del capolavoro.</w:t>
            </w:r>
          </w:p>
        </w:tc>
      </w:tr>
      <w:tr w:rsidR="000D3CD5" w:rsidRPr="00106719" w14:paraId="51565ED4" w14:textId="77777777" w:rsidTr="008B0F7A">
        <w:trPr>
          <w:cantSplit/>
        </w:trPr>
        <w:tc>
          <w:tcPr>
            <w:tcW w:w="2211" w:type="dxa"/>
            <w:shd w:val="clear" w:color="auto" w:fill="EDF0F5"/>
          </w:tcPr>
          <w:p w14:paraId="13149E6B"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190E36BB" w14:textId="77777777" w:rsidR="000D3CD5" w:rsidRPr="00106719" w:rsidRDefault="000D3CD5" w:rsidP="008B0F7A">
            <w:pPr>
              <w:spacing w:after="20"/>
              <w:rPr>
                <w:lang w:val="it-IT"/>
              </w:rPr>
            </w:pPr>
            <w:r w:rsidRPr="00106719">
              <w:rPr>
                <w:sz w:val="17"/>
                <w:lang w:val="it-IT"/>
              </w:rPr>
              <w:t>Valutazione della ricerca su rubrica di competenza; presentazione pubblica; prova finale.</w:t>
            </w:r>
          </w:p>
        </w:tc>
      </w:tr>
      <w:tr w:rsidR="000D3CD5" w:rsidRPr="00106719" w14:paraId="1F34FCBA" w14:textId="77777777" w:rsidTr="008B0F7A">
        <w:trPr>
          <w:cantSplit/>
        </w:trPr>
        <w:tc>
          <w:tcPr>
            <w:tcW w:w="2211" w:type="dxa"/>
            <w:shd w:val="clear" w:color="auto" w:fill="EDF0F5"/>
          </w:tcPr>
          <w:p w14:paraId="7980BC03"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5AB9A67D" w14:textId="77777777" w:rsidR="000D3CD5" w:rsidRPr="00106719" w:rsidRDefault="000D3CD5" w:rsidP="008B0F7A">
            <w:pPr>
              <w:spacing w:after="20"/>
              <w:rPr>
                <w:lang w:val="it-IT"/>
              </w:rPr>
            </w:pPr>
            <w:r w:rsidRPr="00106719">
              <w:rPr>
                <w:sz w:val="17"/>
                <w:lang w:val="it-IT"/>
              </w:rPr>
              <w:t>Sviluppo sostenibile · 3 ore: Agenda 2030 e indicatori di sostenibilità applicati al territorio arianese.</w:t>
            </w:r>
          </w:p>
        </w:tc>
      </w:tr>
      <w:tr w:rsidR="000D3CD5" w:rsidRPr="00106719" w14:paraId="72DA30CA" w14:textId="77777777" w:rsidTr="008B0F7A">
        <w:trPr>
          <w:cantSplit/>
        </w:trPr>
        <w:tc>
          <w:tcPr>
            <w:tcW w:w="2211" w:type="dxa"/>
            <w:shd w:val="clear" w:color="auto" w:fill="EDF0F5"/>
          </w:tcPr>
          <w:p w14:paraId="4ED033F3"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2465DCF4" w14:textId="77777777" w:rsidR="000D3CD5" w:rsidRPr="00106719" w:rsidRDefault="000D3CD5" w:rsidP="008B0F7A">
            <w:pPr>
              <w:spacing w:after="20"/>
              <w:rPr>
                <w:lang w:val="it-IT"/>
              </w:rPr>
            </w:pPr>
            <w:r w:rsidRPr="00106719">
              <w:rPr>
                <w:sz w:val="17"/>
                <w:lang w:val="it-IT"/>
              </w:rPr>
              <w:t>Fornisce l'impianto metodologico della raccolta dati e la validazione scientifica del prodotto.</w:t>
            </w:r>
          </w:p>
        </w:tc>
      </w:tr>
    </w:tbl>
    <w:p w14:paraId="378E9F68" w14:textId="77777777" w:rsidR="000D3CD5" w:rsidRPr="00106719" w:rsidRDefault="000D3CD5" w:rsidP="000D3CD5">
      <w:pPr>
        <w:spacing w:after="60"/>
        <w:rPr>
          <w:lang w:val="it-IT"/>
        </w:rPr>
      </w:pPr>
    </w:p>
    <w:p w14:paraId="75863384" w14:textId="77777777" w:rsidR="000D3CD5" w:rsidRPr="00106719" w:rsidRDefault="000D3CD5" w:rsidP="000D3CD5">
      <w:pPr>
        <w:rPr>
          <w:lang w:val="it-IT"/>
        </w:rPr>
      </w:pPr>
      <w:r w:rsidRPr="00106719">
        <w:rPr>
          <w:lang w:val="it-IT"/>
        </w:rPr>
        <w:br w:type="page"/>
      </w:r>
    </w:p>
    <w:p w14:paraId="38734DE2" w14:textId="77777777" w:rsidR="000D3CD5" w:rsidRPr="00106719" w:rsidRDefault="000D3CD5" w:rsidP="000D3CD5">
      <w:pPr>
        <w:pStyle w:val="Titolo2"/>
        <w:spacing w:before="320"/>
        <w:rPr>
          <w:color w:val="auto"/>
          <w:lang w:val="it-IT"/>
        </w:rPr>
      </w:pPr>
      <w:proofErr w:type="gramStart"/>
      <w:r w:rsidRPr="00106719">
        <w:rPr>
          <w:rFonts w:ascii="Book Antiqua" w:hAnsi="Book Antiqua"/>
          <w:color w:val="auto"/>
          <w:sz w:val="23"/>
          <w:lang w:val="it-IT"/>
        </w:rPr>
        <w:lastRenderedPageBreak/>
        <w:t>C.10  DISEGNO</w:t>
      </w:r>
      <w:proofErr w:type="gramEnd"/>
      <w:r w:rsidRPr="00106719">
        <w:rPr>
          <w:rFonts w:ascii="Book Antiqua" w:hAnsi="Book Antiqua"/>
          <w:color w:val="auto"/>
          <w:sz w:val="23"/>
          <w:lang w:val="it-IT"/>
        </w:rPr>
        <w:t xml:space="preserve"> E STORIA DELL'ARTE</w:t>
      </w:r>
    </w:p>
    <w:p w14:paraId="3A7FA58D" w14:textId="77777777" w:rsidR="000D3CD5" w:rsidRPr="00106719" w:rsidRDefault="000D3CD5" w:rsidP="000D3CD5">
      <w:pPr>
        <w:spacing w:after="60"/>
        <w:rPr>
          <w:lang w:val="it-IT"/>
        </w:rPr>
      </w:pPr>
      <w:r w:rsidRPr="00106719">
        <w:rPr>
          <w:i/>
          <w:sz w:val="17"/>
          <w:lang w:val="it-IT"/>
        </w:rPr>
        <w:t>Classe di concorso: A-</w:t>
      </w:r>
      <w:proofErr w:type="gramStart"/>
      <w:r w:rsidRPr="00106719">
        <w:rPr>
          <w:i/>
          <w:sz w:val="17"/>
          <w:lang w:val="it-IT"/>
        </w:rPr>
        <w:t>017  ·</w:t>
      </w:r>
      <w:proofErr w:type="gramEnd"/>
      <w:r w:rsidRPr="00106719">
        <w:rPr>
          <w:i/>
          <w:sz w:val="17"/>
          <w:lang w:val="it-IT"/>
        </w:rPr>
        <w:t xml:space="preserve">  Monte ore nell'indirizzo: 2 ore settimanali per l'intero quinquennio</w:t>
      </w:r>
    </w:p>
    <w:p w14:paraId="4DFEF2E1" w14:textId="77777777" w:rsidR="000D3CD5" w:rsidRPr="00106719" w:rsidRDefault="000D3CD5" w:rsidP="000D3CD5">
      <w:pPr>
        <w:spacing w:after="60"/>
        <w:jc w:val="both"/>
        <w:rPr>
          <w:lang w:val="it-IT"/>
        </w:rPr>
      </w:pPr>
      <w:r w:rsidRPr="00106719">
        <w:rPr>
          <w:sz w:val="17"/>
          <w:lang w:val="it-IT"/>
        </w:rPr>
        <w:t xml:space="preserve">Nota generale sulla disciplina. Due ore settimanali per l'intero quinquennio nel Liceo Scientifico e nell'opzione Scienze applicate. La disciplina è doppia per statuto: ogni </w:t>
      </w:r>
      <w:proofErr w:type="spellStart"/>
      <w:r w:rsidRPr="00106719">
        <w:rPr>
          <w:sz w:val="17"/>
          <w:lang w:val="it-IT"/>
        </w:rPr>
        <w:t>U.d.A</w:t>
      </w:r>
      <w:proofErr w:type="spellEnd"/>
      <w:r w:rsidRPr="00106719">
        <w:rPr>
          <w:sz w:val="17"/>
          <w:lang w:val="it-IT"/>
        </w:rPr>
        <w:t>. tiene insieme un nucleo di rappresentazione grafica e un nucleo storico-artistico, evitando la giustapposizione di due programmi paralleli.</w:t>
      </w:r>
    </w:p>
    <w:p w14:paraId="48B887B7" w14:textId="77777777" w:rsidR="000D3CD5" w:rsidRPr="00106719" w:rsidRDefault="000D3CD5" w:rsidP="000D3CD5">
      <w:pPr>
        <w:spacing w:after="120"/>
        <w:jc w:val="both"/>
        <w:rPr>
          <w:lang w:val="it-IT"/>
        </w:rPr>
      </w:pPr>
      <w:r w:rsidRPr="00106719">
        <w:rPr>
          <w:sz w:val="17"/>
          <w:lang w:val="it-IT"/>
        </w:rPr>
        <w:t>Declinazione per l'indirizzo. La rappresentazione si avvale in misura prevalente degli strumenti digitali, in raccordo con Informatica per la modellazione tridimensionale.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01E4DA5E" w14:textId="77777777" w:rsidTr="008B0F7A">
        <w:trPr>
          <w:cantSplit/>
        </w:trPr>
        <w:tc>
          <w:tcPr>
            <w:tcW w:w="9752" w:type="dxa"/>
            <w:gridSpan w:val="2"/>
            <w:shd w:val="clear" w:color="auto" w:fill="D6DFEE"/>
          </w:tcPr>
          <w:p w14:paraId="6A3B597C"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1 — Rappresentare lo spazio: dal segno alla proiezione</w:t>
            </w:r>
          </w:p>
        </w:tc>
      </w:tr>
      <w:tr w:rsidR="000D3CD5" w:rsidRPr="00106719" w14:paraId="0E357ADF" w14:textId="77777777" w:rsidTr="008B0F7A">
        <w:trPr>
          <w:cantSplit/>
        </w:trPr>
        <w:tc>
          <w:tcPr>
            <w:tcW w:w="2211" w:type="dxa"/>
            <w:shd w:val="clear" w:color="auto" w:fill="EDF0F5"/>
          </w:tcPr>
          <w:p w14:paraId="439A0657"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06F2084F"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settembre</w:t>
            </w:r>
            <w:proofErr w:type="spellEnd"/>
            <w:r w:rsidRPr="00106719">
              <w:rPr>
                <w:i/>
                <w:sz w:val="17"/>
              </w:rPr>
              <w:t xml:space="preserve"> – </w:t>
            </w:r>
            <w:proofErr w:type="spellStart"/>
            <w:r w:rsidRPr="00106719">
              <w:rPr>
                <w:i/>
                <w:sz w:val="17"/>
              </w:rPr>
              <w:t>inizio</w:t>
            </w:r>
            <w:proofErr w:type="spellEnd"/>
            <w:r w:rsidRPr="00106719">
              <w:rPr>
                <w:i/>
                <w:sz w:val="17"/>
              </w:rPr>
              <w:t xml:space="preserve"> </w:t>
            </w:r>
            <w:proofErr w:type="spellStart"/>
            <w:r w:rsidRPr="00106719">
              <w:rPr>
                <w:i/>
                <w:sz w:val="17"/>
              </w:rPr>
              <w:t>novembre</w:t>
            </w:r>
            <w:proofErr w:type="spellEnd"/>
          </w:p>
        </w:tc>
      </w:tr>
      <w:tr w:rsidR="000D3CD5" w:rsidRPr="00106719" w14:paraId="1416F601" w14:textId="77777777" w:rsidTr="008B0F7A">
        <w:trPr>
          <w:cantSplit/>
        </w:trPr>
        <w:tc>
          <w:tcPr>
            <w:tcW w:w="2211" w:type="dxa"/>
            <w:shd w:val="clear" w:color="auto" w:fill="EDF0F5"/>
          </w:tcPr>
          <w:p w14:paraId="34B76B05"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7B916685" w14:textId="77777777" w:rsidR="000D3CD5" w:rsidRPr="00106719" w:rsidRDefault="000D3CD5" w:rsidP="008B0F7A">
            <w:pPr>
              <w:spacing w:after="20"/>
              <w:rPr>
                <w:lang w:val="it-IT"/>
              </w:rPr>
            </w:pPr>
            <w:r w:rsidRPr="00106719">
              <w:rPr>
                <w:sz w:val="17"/>
                <w:lang w:val="it-IT"/>
              </w:rPr>
              <w:t>Utilizzare i metodi della rappresentazione grafica per descrivere lo spazio · Competenza chiave: competenza matematica e consapevolezza culturale</w:t>
            </w:r>
          </w:p>
        </w:tc>
      </w:tr>
      <w:tr w:rsidR="000D3CD5" w:rsidRPr="00106719" w14:paraId="284973CC" w14:textId="77777777" w:rsidTr="008B0F7A">
        <w:trPr>
          <w:cantSplit/>
        </w:trPr>
        <w:tc>
          <w:tcPr>
            <w:tcW w:w="2211" w:type="dxa"/>
            <w:shd w:val="clear" w:color="auto" w:fill="EDF0F5"/>
          </w:tcPr>
          <w:p w14:paraId="4FE8373D"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1A9C05D1" w14:textId="77777777" w:rsidR="000D3CD5" w:rsidRPr="00106719" w:rsidRDefault="000D3CD5" w:rsidP="008B0F7A">
            <w:pPr>
              <w:spacing w:after="0"/>
              <w:rPr>
                <w:lang w:val="it-IT"/>
              </w:rPr>
            </w:pPr>
            <w:r w:rsidRPr="00106719">
              <w:rPr>
                <w:sz w:val="17"/>
                <w:lang w:val="it-IT"/>
              </w:rPr>
              <w:t>· Utilizzare correttamente gli strumenti del disegno tecnico</w:t>
            </w:r>
          </w:p>
          <w:p w14:paraId="6E97D08E" w14:textId="77777777" w:rsidR="000D3CD5" w:rsidRPr="00106719" w:rsidRDefault="000D3CD5" w:rsidP="008B0F7A">
            <w:pPr>
              <w:spacing w:after="0"/>
              <w:rPr>
                <w:lang w:val="it-IT"/>
              </w:rPr>
            </w:pPr>
            <w:r w:rsidRPr="00106719">
              <w:rPr>
                <w:sz w:val="17"/>
                <w:lang w:val="it-IT"/>
              </w:rPr>
              <w:t>· Applicare il metodo delle proiezioni ortogonali</w:t>
            </w:r>
          </w:p>
          <w:p w14:paraId="5128C92D" w14:textId="77777777" w:rsidR="000D3CD5" w:rsidRPr="00106719" w:rsidRDefault="000D3CD5" w:rsidP="008B0F7A">
            <w:pPr>
              <w:spacing w:after="0"/>
              <w:rPr>
                <w:lang w:val="it-IT"/>
              </w:rPr>
            </w:pPr>
            <w:r w:rsidRPr="00106719">
              <w:rPr>
                <w:sz w:val="17"/>
                <w:lang w:val="it-IT"/>
              </w:rPr>
              <w:t>· Leggere un disegno tecnico e ricavarne informazioni spaziali</w:t>
            </w:r>
          </w:p>
          <w:p w14:paraId="24BAAB46" w14:textId="77777777" w:rsidR="000D3CD5" w:rsidRPr="00106719" w:rsidRDefault="000D3CD5" w:rsidP="008B0F7A">
            <w:pPr>
              <w:spacing w:after="0"/>
              <w:rPr>
                <w:lang w:val="it-IT"/>
              </w:rPr>
            </w:pPr>
            <w:r w:rsidRPr="00106719">
              <w:rPr>
                <w:sz w:val="17"/>
                <w:lang w:val="it-IT"/>
              </w:rPr>
              <w:t>· Descrivere un'opera con il lessico specifico</w:t>
            </w:r>
          </w:p>
        </w:tc>
      </w:tr>
      <w:tr w:rsidR="000D3CD5" w:rsidRPr="00106719" w14:paraId="2EF07EF9" w14:textId="77777777" w:rsidTr="008B0F7A">
        <w:trPr>
          <w:cantSplit/>
        </w:trPr>
        <w:tc>
          <w:tcPr>
            <w:tcW w:w="2211" w:type="dxa"/>
            <w:shd w:val="clear" w:color="auto" w:fill="EDF0F5"/>
          </w:tcPr>
          <w:p w14:paraId="24EC2B02"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133AB3A9"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Costruzioni geometriche fondamentali; proiezioni ortogonali di figure piane e solide. Storia dell'arte: arte preistorica, delle civiltà del Mediterraneo, greca arcaica e classica.</w:t>
            </w:r>
          </w:p>
          <w:p w14:paraId="4E0B1C42"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Proiezioni assonometriche e prospettiche; il disegno architettonico. Storia dell'arte: dal Gotico al primo Rinascimento.</w:t>
            </w:r>
          </w:p>
          <w:p w14:paraId="1B47DCDB"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Rilievo e restituzione grafica; disegno digitale. Storia dell'arte: dal Postimpressionismo alle avanguardie storiche.</w:t>
            </w:r>
          </w:p>
        </w:tc>
      </w:tr>
      <w:tr w:rsidR="000D3CD5" w:rsidRPr="00106719" w14:paraId="150BBE7E" w14:textId="77777777" w:rsidTr="008B0F7A">
        <w:trPr>
          <w:cantSplit/>
        </w:trPr>
        <w:tc>
          <w:tcPr>
            <w:tcW w:w="2211" w:type="dxa"/>
            <w:shd w:val="clear" w:color="auto" w:fill="EDF0F5"/>
          </w:tcPr>
          <w:p w14:paraId="5B43DFE3"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5F0E19A" w14:textId="77777777" w:rsidR="000D3CD5" w:rsidRPr="00106719" w:rsidRDefault="000D3CD5" w:rsidP="008B0F7A">
            <w:pPr>
              <w:spacing w:after="20"/>
              <w:rPr>
                <w:lang w:val="it-IT"/>
              </w:rPr>
            </w:pPr>
            <w:r w:rsidRPr="00106719">
              <w:rPr>
                <w:sz w:val="17"/>
                <w:lang w:val="it-IT"/>
              </w:rPr>
              <w:t>Esercitazioni grafiche progressive; analisi d'opera guidata; uso di software di disegno; raccordo con Matematica sulla geometria.</w:t>
            </w:r>
          </w:p>
        </w:tc>
      </w:tr>
      <w:tr w:rsidR="000D3CD5" w:rsidRPr="00106719" w14:paraId="6FE5FEDA" w14:textId="77777777" w:rsidTr="008B0F7A">
        <w:trPr>
          <w:cantSplit/>
        </w:trPr>
        <w:tc>
          <w:tcPr>
            <w:tcW w:w="2211" w:type="dxa"/>
            <w:shd w:val="clear" w:color="auto" w:fill="EDF0F5"/>
          </w:tcPr>
          <w:p w14:paraId="7E97B0AD"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1C61D2F0" w14:textId="77777777" w:rsidR="000D3CD5" w:rsidRPr="00106719" w:rsidRDefault="000D3CD5" w:rsidP="008B0F7A">
            <w:pPr>
              <w:spacing w:after="20"/>
              <w:rPr>
                <w:lang w:val="it-IT"/>
              </w:rPr>
            </w:pPr>
            <w:r w:rsidRPr="00106719">
              <w:rPr>
                <w:sz w:val="17"/>
                <w:lang w:val="it-IT"/>
              </w:rPr>
              <w:t>Tavola grafica di proiezione con relativa analisi geometrica.</w:t>
            </w:r>
          </w:p>
        </w:tc>
      </w:tr>
      <w:tr w:rsidR="000D3CD5" w:rsidRPr="00106719" w14:paraId="0D7E2E3E" w14:textId="77777777" w:rsidTr="008B0F7A">
        <w:trPr>
          <w:cantSplit/>
        </w:trPr>
        <w:tc>
          <w:tcPr>
            <w:tcW w:w="2211" w:type="dxa"/>
            <w:shd w:val="clear" w:color="auto" w:fill="EDF0F5"/>
          </w:tcPr>
          <w:p w14:paraId="656EDDD7"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94169A1" w14:textId="77777777" w:rsidR="000D3CD5" w:rsidRPr="00106719" w:rsidRDefault="000D3CD5" w:rsidP="008B0F7A">
            <w:pPr>
              <w:spacing w:after="20"/>
              <w:rPr>
                <w:lang w:val="it-IT"/>
              </w:rPr>
            </w:pPr>
            <w:r w:rsidRPr="00106719">
              <w:rPr>
                <w:sz w:val="17"/>
                <w:lang w:val="it-IT"/>
              </w:rPr>
              <w:t>Prova d'ingresso grafica; valutazione delle tavole su griglia; prova strutturata di storia dell'arte.</w:t>
            </w:r>
          </w:p>
        </w:tc>
      </w:tr>
      <w:tr w:rsidR="000D3CD5" w:rsidRPr="00106719" w14:paraId="74ABD097" w14:textId="77777777" w:rsidTr="008B0F7A">
        <w:trPr>
          <w:cantSplit/>
        </w:trPr>
        <w:tc>
          <w:tcPr>
            <w:tcW w:w="2211" w:type="dxa"/>
            <w:shd w:val="clear" w:color="auto" w:fill="EDF0F5"/>
          </w:tcPr>
          <w:p w14:paraId="3CC0B174"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47647A12" w14:textId="77777777" w:rsidR="000D3CD5" w:rsidRPr="00106719" w:rsidRDefault="000D3CD5" w:rsidP="008B0F7A">
            <w:pPr>
              <w:spacing w:after="20"/>
              <w:rPr>
                <w:lang w:val="it-IT"/>
              </w:rPr>
            </w:pPr>
            <w:r w:rsidRPr="00106719">
              <w:rPr>
                <w:sz w:val="17"/>
                <w:lang w:val="it-IT"/>
              </w:rPr>
              <w:t>Sviluppo sostenibile · 1 ora: leggere e rappresentare il paesaggio costruito.</w:t>
            </w:r>
          </w:p>
        </w:tc>
      </w:tr>
      <w:tr w:rsidR="000D3CD5" w:rsidRPr="00106719" w14:paraId="5A637600" w14:textId="77777777" w:rsidTr="008B0F7A">
        <w:trPr>
          <w:cantSplit/>
        </w:trPr>
        <w:tc>
          <w:tcPr>
            <w:tcW w:w="2211" w:type="dxa"/>
            <w:shd w:val="clear" w:color="auto" w:fill="EDF0F5"/>
          </w:tcPr>
          <w:p w14:paraId="7E6E18B4"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60B6A84D" w14:textId="77777777" w:rsidR="000D3CD5" w:rsidRPr="00106719" w:rsidRDefault="000D3CD5" w:rsidP="008B0F7A">
            <w:pPr>
              <w:spacing w:after="20"/>
              <w:rPr>
                <w:lang w:val="it-IT"/>
              </w:rPr>
            </w:pPr>
            <w:r w:rsidRPr="00106719">
              <w:rPr>
                <w:sz w:val="17"/>
                <w:lang w:val="it-IT"/>
              </w:rPr>
              <w:t>Esegue i rilievi grafici e le restituzioni in scala dei beni architettonici censiti.</w:t>
            </w:r>
          </w:p>
        </w:tc>
      </w:tr>
    </w:tbl>
    <w:p w14:paraId="34B2CAA6"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2353723E" w14:textId="77777777" w:rsidTr="008B0F7A">
        <w:trPr>
          <w:cantSplit/>
        </w:trPr>
        <w:tc>
          <w:tcPr>
            <w:tcW w:w="9752" w:type="dxa"/>
            <w:gridSpan w:val="2"/>
            <w:shd w:val="clear" w:color="auto" w:fill="D6DFEE"/>
          </w:tcPr>
          <w:p w14:paraId="4A150451"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2 — La costruzione dell'immagine: proporzione, ordine, canone</w:t>
            </w:r>
          </w:p>
        </w:tc>
      </w:tr>
      <w:tr w:rsidR="000D3CD5" w:rsidRPr="00106719" w14:paraId="6D37A490" w14:textId="77777777" w:rsidTr="008B0F7A">
        <w:trPr>
          <w:cantSplit/>
        </w:trPr>
        <w:tc>
          <w:tcPr>
            <w:tcW w:w="2211" w:type="dxa"/>
            <w:shd w:val="clear" w:color="auto" w:fill="EDF0F5"/>
          </w:tcPr>
          <w:p w14:paraId="53526DB1"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1C470FD8"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novembre</w:t>
            </w:r>
            <w:proofErr w:type="spellEnd"/>
            <w:r w:rsidRPr="00106719">
              <w:rPr>
                <w:i/>
                <w:sz w:val="17"/>
              </w:rPr>
              <w:t xml:space="preserve"> – fine </w:t>
            </w:r>
            <w:proofErr w:type="spellStart"/>
            <w:r w:rsidRPr="00106719">
              <w:rPr>
                <w:i/>
                <w:sz w:val="17"/>
              </w:rPr>
              <w:t>gennaio</w:t>
            </w:r>
            <w:proofErr w:type="spellEnd"/>
          </w:p>
        </w:tc>
      </w:tr>
      <w:tr w:rsidR="000D3CD5" w:rsidRPr="00106719" w14:paraId="336219E5" w14:textId="77777777" w:rsidTr="008B0F7A">
        <w:trPr>
          <w:cantSplit/>
        </w:trPr>
        <w:tc>
          <w:tcPr>
            <w:tcW w:w="2211" w:type="dxa"/>
            <w:shd w:val="clear" w:color="auto" w:fill="EDF0F5"/>
          </w:tcPr>
          <w:p w14:paraId="0AB11304"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463326BE" w14:textId="77777777" w:rsidR="000D3CD5" w:rsidRPr="00106719" w:rsidRDefault="000D3CD5" w:rsidP="008B0F7A">
            <w:pPr>
              <w:spacing w:after="20"/>
              <w:rPr>
                <w:lang w:val="it-IT"/>
              </w:rPr>
            </w:pPr>
            <w:r w:rsidRPr="00106719">
              <w:rPr>
                <w:sz w:val="17"/>
                <w:lang w:val="it-IT"/>
              </w:rPr>
              <w:t>Analizzare un'opera d'arte individuandone i principi costruttivi · Competenza chiave: consapevolezza ed espressione culturale</w:t>
            </w:r>
          </w:p>
        </w:tc>
      </w:tr>
      <w:tr w:rsidR="000D3CD5" w:rsidRPr="00106719" w14:paraId="6362FF76" w14:textId="77777777" w:rsidTr="008B0F7A">
        <w:trPr>
          <w:cantSplit/>
        </w:trPr>
        <w:tc>
          <w:tcPr>
            <w:tcW w:w="2211" w:type="dxa"/>
            <w:shd w:val="clear" w:color="auto" w:fill="EDF0F5"/>
          </w:tcPr>
          <w:p w14:paraId="55883BFC"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66720B8F" w14:textId="77777777" w:rsidR="000D3CD5" w:rsidRPr="00106719" w:rsidRDefault="000D3CD5" w:rsidP="008B0F7A">
            <w:pPr>
              <w:spacing w:after="0"/>
              <w:rPr>
                <w:lang w:val="it-IT"/>
              </w:rPr>
            </w:pPr>
            <w:r w:rsidRPr="00106719">
              <w:rPr>
                <w:sz w:val="17"/>
                <w:lang w:val="it-IT"/>
              </w:rPr>
              <w:t>· Riconoscere gli ordini architettonici e i sistemi proporzionali</w:t>
            </w:r>
          </w:p>
          <w:p w14:paraId="4032650F" w14:textId="77777777" w:rsidR="000D3CD5" w:rsidRPr="00106719" w:rsidRDefault="000D3CD5" w:rsidP="008B0F7A">
            <w:pPr>
              <w:spacing w:after="0"/>
              <w:rPr>
                <w:lang w:val="it-IT"/>
              </w:rPr>
            </w:pPr>
            <w:r w:rsidRPr="00106719">
              <w:rPr>
                <w:sz w:val="17"/>
                <w:lang w:val="it-IT"/>
              </w:rPr>
              <w:t>· Analizzare un'opera su piano iconografico, formale e contestuale</w:t>
            </w:r>
          </w:p>
          <w:p w14:paraId="685BD0CE" w14:textId="77777777" w:rsidR="000D3CD5" w:rsidRPr="00106719" w:rsidRDefault="000D3CD5" w:rsidP="008B0F7A">
            <w:pPr>
              <w:spacing w:after="0"/>
              <w:rPr>
                <w:lang w:val="it-IT"/>
              </w:rPr>
            </w:pPr>
            <w:r w:rsidRPr="00106719">
              <w:rPr>
                <w:sz w:val="17"/>
                <w:lang w:val="it-IT"/>
              </w:rPr>
              <w:t>· Rappresentare un elemento architettonico in scala</w:t>
            </w:r>
          </w:p>
          <w:p w14:paraId="25665F4E" w14:textId="77777777" w:rsidR="000D3CD5" w:rsidRPr="00106719" w:rsidRDefault="000D3CD5" w:rsidP="008B0F7A">
            <w:pPr>
              <w:spacing w:after="0"/>
              <w:rPr>
                <w:lang w:val="it-IT"/>
              </w:rPr>
            </w:pPr>
            <w:r w:rsidRPr="00106719">
              <w:rPr>
                <w:sz w:val="17"/>
                <w:lang w:val="it-IT"/>
              </w:rPr>
              <w:t>· Collegare la forma artistica al contesto storico</w:t>
            </w:r>
          </w:p>
        </w:tc>
      </w:tr>
      <w:tr w:rsidR="000D3CD5" w:rsidRPr="00106719" w14:paraId="3E385FC9" w14:textId="77777777" w:rsidTr="008B0F7A">
        <w:trPr>
          <w:cantSplit/>
        </w:trPr>
        <w:tc>
          <w:tcPr>
            <w:tcW w:w="2211" w:type="dxa"/>
            <w:shd w:val="clear" w:color="auto" w:fill="EDF0F5"/>
          </w:tcPr>
          <w:p w14:paraId="67EF40AF"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60916C36"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Assonometria; il modulo e la proporzione. Storia dell'arte: arte greca classica ed ellenistica, arte etrusca e romana.</w:t>
            </w:r>
          </w:p>
          <w:p w14:paraId="45F1505F"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Prospettiva centrale e accidentale. Storia dell'arte: Rinascimento maturo, Manierismo, Barocco.</w:t>
            </w:r>
          </w:p>
          <w:p w14:paraId="55A536E9"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Rappresentazione di progetto. Storia dell'arte: Razionalismo, Movimento Moderno, architettura contemporanea.</w:t>
            </w:r>
          </w:p>
        </w:tc>
      </w:tr>
      <w:tr w:rsidR="000D3CD5" w:rsidRPr="00106719" w14:paraId="1FB0C0BA" w14:textId="77777777" w:rsidTr="008B0F7A">
        <w:trPr>
          <w:cantSplit/>
        </w:trPr>
        <w:tc>
          <w:tcPr>
            <w:tcW w:w="2211" w:type="dxa"/>
            <w:shd w:val="clear" w:color="auto" w:fill="EDF0F5"/>
          </w:tcPr>
          <w:p w14:paraId="13BF8561"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356C882C" w14:textId="77777777" w:rsidR="000D3CD5" w:rsidRPr="00106719" w:rsidRDefault="000D3CD5" w:rsidP="008B0F7A">
            <w:pPr>
              <w:spacing w:after="20"/>
              <w:rPr>
                <w:lang w:val="it-IT"/>
              </w:rPr>
            </w:pPr>
            <w:r w:rsidRPr="00106719">
              <w:rPr>
                <w:sz w:val="17"/>
                <w:lang w:val="it-IT"/>
              </w:rPr>
              <w:t>Analisi d'opera comparata; disegno dal vero di elementi architettonici; visita a un bene del territorio; laboratorio di modellazione.</w:t>
            </w:r>
          </w:p>
        </w:tc>
      </w:tr>
      <w:tr w:rsidR="000D3CD5" w:rsidRPr="00106719" w14:paraId="3ADA60CC" w14:textId="77777777" w:rsidTr="008B0F7A">
        <w:trPr>
          <w:cantSplit/>
        </w:trPr>
        <w:tc>
          <w:tcPr>
            <w:tcW w:w="2211" w:type="dxa"/>
            <w:shd w:val="clear" w:color="auto" w:fill="EDF0F5"/>
          </w:tcPr>
          <w:p w14:paraId="5ADE50A6"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1DC8C92C" w14:textId="77777777" w:rsidR="000D3CD5" w:rsidRPr="00106719" w:rsidRDefault="000D3CD5" w:rsidP="008B0F7A">
            <w:pPr>
              <w:spacing w:after="20"/>
              <w:rPr>
                <w:lang w:val="it-IT"/>
              </w:rPr>
            </w:pPr>
            <w:r w:rsidRPr="00106719">
              <w:rPr>
                <w:sz w:val="17"/>
                <w:lang w:val="it-IT"/>
              </w:rPr>
              <w:t>Scheda d'analisi d'opera con elaborato grafico di supporto.</w:t>
            </w:r>
          </w:p>
        </w:tc>
      </w:tr>
      <w:tr w:rsidR="000D3CD5" w:rsidRPr="00106719" w14:paraId="338B4A1C" w14:textId="77777777" w:rsidTr="008B0F7A">
        <w:trPr>
          <w:cantSplit/>
        </w:trPr>
        <w:tc>
          <w:tcPr>
            <w:tcW w:w="2211" w:type="dxa"/>
            <w:shd w:val="clear" w:color="auto" w:fill="EDF0F5"/>
          </w:tcPr>
          <w:p w14:paraId="66C03458"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76A503AF" w14:textId="77777777" w:rsidR="000D3CD5" w:rsidRPr="00106719" w:rsidRDefault="000D3CD5" w:rsidP="008B0F7A">
            <w:pPr>
              <w:spacing w:after="20"/>
              <w:rPr>
                <w:lang w:val="it-IT"/>
              </w:rPr>
            </w:pPr>
            <w:r w:rsidRPr="00106719">
              <w:rPr>
                <w:sz w:val="17"/>
                <w:lang w:val="it-IT"/>
              </w:rPr>
              <w:t>Valutazione della scheda e della tavola; interrogazione su percorso; prova strutturata.</w:t>
            </w:r>
          </w:p>
        </w:tc>
      </w:tr>
      <w:tr w:rsidR="000D3CD5" w:rsidRPr="00106719" w14:paraId="4E0B3939" w14:textId="77777777" w:rsidTr="008B0F7A">
        <w:trPr>
          <w:cantSplit/>
        </w:trPr>
        <w:tc>
          <w:tcPr>
            <w:tcW w:w="2211" w:type="dxa"/>
            <w:shd w:val="clear" w:color="auto" w:fill="EDF0F5"/>
          </w:tcPr>
          <w:p w14:paraId="01A6DFA1"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79DDD397" w14:textId="77777777" w:rsidR="000D3CD5" w:rsidRPr="00106719" w:rsidRDefault="000D3CD5" w:rsidP="008B0F7A">
            <w:pPr>
              <w:spacing w:after="20"/>
              <w:rPr>
                <w:lang w:val="it-IT"/>
              </w:rPr>
            </w:pPr>
            <w:r w:rsidRPr="00106719">
              <w:rPr>
                <w:sz w:val="17"/>
                <w:lang w:val="it-IT"/>
              </w:rPr>
              <w:t>Costituzione · 3 ore: tutela del patrimonio storico-artistico; art. 9 Cost. e Codice dei beni culturali.</w:t>
            </w:r>
          </w:p>
        </w:tc>
      </w:tr>
      <w:tr w:rsidR="000D3CD5" w:rsidRPr="00106719" w14:paraId="7CAA70CB" w14:textId="77777777" w:rsidTr="008B0F7A">
        <w:trPr>
          <w:cantSplit/>
        </w:trPr>
        <w:tc>
          <w:tcPr>
            <w:tcW w:w="2211" w:type="dxa"/>
            <w:shd w:val="clear" w:color="auto" w:fill="EDF0F5"/>
          </w:tcPr>
          <w:p w14:paraId="1F9F1E58"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365BD941" w14:textId="77777777" w:rsidR="000D3CD5" w:rsidRPr="00106719" w:rsidRDefault="000D3CD5" w:rsidP="008B0F7A">
            <w:pPr>
              <w:spacing w:after="20"/>
              <w:rPr>
                <w:lang w:val="it-IT"/>
              </w:rPr>
            </w:pPr>
            <w:r w:rsidRPr="00106719">
              <w:rPr>
                <w:sz w:val="17"/>
                <w:lang w:val="it-IT"/>
              </w:rPr>
              <w:t>Redige le schede storico-artistiche e gli apparati grafici dell'archivio digitale.</w:t>
            </w:r>
          </w:p>
        </w:tc>
      </w:tr>
    </w:tbl>
    <w:p w14:paraId="31B62850"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7D22259F" w14:textId="77777777" w:rsidTr="008B0F7A">
        <w:trPr>
          <w:cantSplit/>
        </w:trPr>
        <w:tc>
          <w:tcPr>
            <w:tcW w:w="9752" w:type="dxa"/>
            <w:gridSpan w:val="2"/>
            <w:shd w:val="clear" w:color="auto" w:fill="D6DFEE"/>
          </w:tcPr>
          <w:p w14:paraId="3435559D" w14:textId="77777777" w:rsidR="000D3CD5" w:rsidRPr="00106719" w:rsidRDefault="000D3CD5" w:rsidP="008B0F7A">
            <w:pPr>
              <w:spacing w:after="20"/>
              <w:rPr>
                <w:lang w:val="it-IT"/>
              </w:rPr>
            </w:pPr>
            <w:proofErr w:type="spellStart"/>
            <w:r w:rsidRPr="00106719">
              <w:rPr>
                <w:b/>
                <w:lang w:val="it-IT"/>
              </w:rPr>
              <w:lastRenderedPageBreak/>
              <w:t>U.d.A</w:t>
            </w:r>
            <w:proofErr w:type="spellEnd"/>
            <w:r w:rsidRPr="00106719">
              <w:rPr>
                <w:b/>
                <w:lang w:val="it-IT"/>
              </w:rPr>
              <w:t>. n. 3 — Luce, colore, spazio: linguaggi della modernità</w:t>
            </w:r>
          </w:p>
        </w:tc>
      </w:tr>
      <w:tr w:rsidR="000D3CD5" w:rsidRPr="00106719" w14:paraId="7B904866" w14:textId="77777777" w:rsidTr="008B0F7A">
        <w:trPr>
          <w:cantSplit/>
        </w:trPr>
        <w:tc>
          <w:tcPr>
            <w:tcW w:w="2211" w:type="dxa"/>
            <w:shd w:val="clear" w:color="auto" w:fill="EDF0F5"/>
          </w:tcPr>
          <w:p w14:paraId="220A50CE"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00CAB50C" w14:textId="77777777" w:rsidR="000D3CD5" w:rsidRPr="00106719" w:rsidRDefault="000D3CD5" w:rsidP="008B0F7A">
            <w:pPr>
              <w:spacing w:after="20"/>
            </w:pPr>
            <w:r w:rsidRPr="00106719">
              <w:rPr>
                <w:i/>
                <w:sz w:val="17"/>
              </w:rPr>
              <w:t xml:space="preserve">2° </w:t>
            </w:r>
            <w:proofErr w:type="spellStart"/>
            <w:r w:rsidRPr="00106719">
              <w:rPr>
                <w:i/>
                <w:sz w:val="17"/>
              </w:rPr>
              <w:t>quadrimestre</w:t>
            </w:r>
            <w:proofErr w:type="spellEnd"/>
            <w:r w:rsidRPr="00106719">
              <w:rPr>
                <w:i/>
                <w:sz w:val="17"/>
              </w:rPr>
              <w:t xml:space="preserve"> · </w:t>
            </w:r>
            <w:proofErr w:type="spellStart"/>
            <w:r w:rsidRPr="00106719">
              <w:rPr>
                <w:i/>
                <w:sz w:val="17"/>
              </w:rPr>
              <w:t>febbraio</w:t>
            </w:r>
            <w:proofErr w:type="spellEnd"/>
            <w:r w:rsidRPr="00106719">
              <w:rPr>
                <w:i/>
                <w:sz w:val="17"/>
              </w:rPr>
              <w:t xml:space="preserve"> – pausa </w:t>
            </w:r>
            <w:proofErr w:type="spellStart"/>
            <w:r w:rsidRPr="00106719">
              <w:rPr>
                <w:i/>
                <w:sz w:val="17"/>
              </w:rPr>
              <w:t>pasquale</w:t>
            </w:r>
            <w:proofErr w:type="spellEnd"/>
          </w:p>
        </w:tc>
      </w:tr>
      <w:tr w:rsidR="000D3CD5" w:rsidRPr="00106719" w14:paraId="39E0E037" w14:textId="77777777" w:rsidTr="008B0F7A">
        <w:trPr>
          <w:cantSplit/>
        </w:trPr>
        <w:tc>
          <w:tcPr>
            <w:tcW w:w="2211" w:type="dxa"/>
            <w:shd w:val="clear" w:color="auto" w:fill="EDF0F5"/>
          </w:tcPr>
          <w:p w14:paraId="6936765A"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69674577" w14:textId="77777777" w:rsidR="000D3CD5" w:rsidRPr="00106719" w:rsidRDefault="000D3CD5" w:rsidP="008B0F7A">
            <w:pPr>
              <w:spacing w:after="20"/>
              <w:rPr>
                <w:lang w:val="it-IT"/>
              </w:rPr>
            </w:pPr>
            <w:r w:rsidRPr="00106719">
              <w:rPr>
                <w:sz w:val="17"/>
                <w:lang w:val="it-IT"/>
              </w:rPr>
              <w:t>Riconoscere i linguaggi visivi e la loro evoluzione storica · Competenza chiave: competenza digitale e consapevolezza culturale</w:t>
            </w:r>
          </w:p>
        </w:tc>
      </w:tr>
      <w:tr w:rsidR="000D3CD5" w:rsidRPr="00106719" w14:paraId="106568B4" w14:textId="77777777" w:rsidTr="008B0F7A">
        <w:trPr>
          <w:cantSplit/>
        </w:trPr>
        <w:tc>
          <w:tcPr>
            <w:tcW w:w="2211" w:type="dxa"/>
            <w:shd w:val="clear" w:color="auto" w:fill="EDF0F5"/>
          </w:tcPr>
          <w:p w14:paraId="03066CBC"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2886181A" w14:textId="77777777" w:rsidR="000D3CD5" w:rsidRPr="00106719" w:rsidRDefault="000D3CD5" w:rsidP="008B0F7A">
            <w:pPr>
              <w:spacing w:after="0"/>
              <w:rPr>
                <w:lang w:val="it-IT"/>
              </w:rPr>
            </w:pPr>
            <w:r w:rsidRPr="00106719">
              <w:rPr>
                <w:sz w:val="17"/>
                <w:lang w:val="it-IT"/>
              </w:rPr>
              <w:t>· Analizzare l'uso della luce e del colore in un'opera</w:t>
            </w:r>
          </w:p>
          <w:p w14:paraId="3B5772F1" w14:textId="77777777" w:rsidR="000D3CD5" w:rsidRPr="00106719" w:rsidRDefault="000D3CD5" w:rsidP="008B0F7A">
            <w:pPr>
              <w:spacing w:after="0"/>
              <w:rPr>
                <w:lang w:val="it-IT"/>
              </w:rPr>
            </w:pPr>
            <w:r w:rsidRPr="00106719">
              <w:rPr>
                <w:sz w:val="17"/>
                <w:lang w:val="it-IT"/>
              </w:rPr>
              <w:t>· Riconoscere le poetiche e i movimenti artistici</w:t>
            </w:r>
          </w:p>
          <w:p w14:paraId="24E15BB2" w14:textId="77777777" w:rsidR="000D3CD5" w:rsidRPr="00106719" w:rsidRDefault="000D3CD5" w:rsidP="008B0F7A">
            <w:pPr>
              <w:spacing w:after="0"/>
              <w:rPr>
                <w:lang w:val="it-IT"/>
              </w:rPr>
            </w:pPr>
            <w:r w:rsidRPr="00106719">
              <w:rPr>
                <w:sz w:val="17"/>
                <w:lang w:val="it-IT"/>
              </w:rPr>
              <w:t>· Realizzare un elaborato grafico o digitale con intento espressivo</w:t>
            </w:r>
          </w:p>
          <w:p w14:paraId="748794D3" w14:textId="77777777" w:rsidR="000D3CD5" w:rsidRPr="00106719" w:rsidRDefault="000D3CD5" w:rsidP="008B0F7A">
            <w:pPr>
              <w:spacing w:after="0"/>
              <w:rPr>
                <w:lang w:val="it-IT"/>
              </w:rPr>
            </w:pPr>
            <w:r w:rsidRPr="00106719">
              <w:rPr>
                <w:sz w:val="17"/>
                <w:lang w:val="it-IT"/>
              </w:rPr>
              <w:t>· Documentare un'opera con immagini e didascalie corrette</w:t>
            </w:r>
          </w:p>
        </w:tc>
      </w:tr>
      <w:tr w:rsidR="000D3CD5" w:rsidRPr="00106719" w14:paraId="617487D2" w14:textId="77777777" w:rsidTr="008B0F7A">
        <w:trPr>
          <w:cantSplit/>
        </w:trPr>
        <w:tc>
          <w:tcPr>
            <w:tcW w:w="2211" w:type="dxa"/>
            <w:shd w:val="clear" w:color="auto" w:fill="EDF0F5"/>
          </w:tcPr>
          <w:p w14:paraId="1D6E7338"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3146FD2B"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Teoria del colore; il disegno a mano libera. Storia dell'arte: arte paleocristiana, bizantina, romanica.</w:t>
            </w:r>
          </w:p>
          <w:p w14:paraId="0B6B1B96"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Il disegno di rilievo; il colore nell'architettura. Storia dell'arte: Settecento, Neoclassicismo, Romanticismo, Realismo, Impressionismo.</w:t>
            </w:r>
          </w:p>
          <w:p w14:paraId="270E0F7A"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Restituzione digitale e fotografia d'architettura. Storia dell'arte: le avanguardie e il secondo Novecento.</w:t>
            </w:r>
          </w:p>
        </w:tc>
      </w:tr>
      <w:tr w:rsidR="000D3CD5" w:rsidRPr="00106719" w14:paraId="63B7694F" w14:textId="77777777" w:rsidTr="008B0F7A">
        <w:trPr>
          <w:cantSplit/>
        </w:trPr>
        <w:tc>
          <w:tcPr>
            <w:tcW w:w="2211" w:type="dxa"/>
            <w:shd w:val="clear" w:color="auto" w:fill="EDF0F5"/>
          </w:tcPr>
          <w:p w14:paraId="4E8B6E96"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61E4E87" w14:textId="77777777" w:rsidR="000D3CD5" w:rsidRPr="00106719" w:rsidRDefault="000D3CD5" w:rsidP="008B0F7A">
            <w:pPr>
              <w:spacing w:after="20"/>
              <w:rPr>
                <w:lang w:val="it-IT"/>
              </w:rPr>
            </w:pPr>
            <w:r w:rsidRPr="00106719">
              <w:rPr>
                <w:sz w:val="17"/>
                <w:lang w:val="it-IT"/>
              </w:rPr>
              <w:t>Laboratorio grafico e fotografico; analisi comparata; uso di banche dati iconografiche; raccordo con Fisica sull'ottica.</w:t>
            </w:r>
          </w:p>
        </w:tc>
      </w:tr>
      <w:tr w:rsidR="000D3CD5" w:rsidRPr="00106719" w14:paraId="7F464DC1" w14:textId="77777777" w:rsidTr="008B0F7A">
        <w:trPr>
          <w:cantSplit/>
        </w:trPr>
        <w:tc>
          <w:tcPr>
            <w:tcW w:w="2211" w:type="dxa"/>
            <w:shd w:val="clear" w:color="auto" w:fill="EDF0F5"/>
          </w:tcPr>
          <w:p w14:paraId="0E4FD47E"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2797A29E" w14:textId="77777777" w:rsidR="000D3CD5" w:rsidRPr="00106719" w:rsidRDefault="000D3CD5" w:rsidP="008B0F7A">
            <w:pPr>
              <w:spacing w:after="20"/>
              <w:rPr>
                <w:lang w:val="it-IT"/>
              </w:rPr>
            </w:pPr>
            <w:r w:rsidRPr="00106719">
              <w:rPr>
                <w:sz w:val="17"/>
                <w:lang w:val="it-IT"/>
              </w:rPr>
              <w:t>Elaborato grafico-fotografico documentato su un tema visivo.</w:t>
            </w:r>
          </w:p>
        </w:tc>
      </w:tr>
      <w:tr w:rsidR="000D3CD5" w:rsidRPr="00106719" w14:paraId="765014D0" w14:textId="77777777" w:rsidTr="008B0F7A">
        <w:trPr>
          <w:cantSplit/>
        </w:trPr>
        <w:tc>
          <w:tcPr>
            <w:tcW w:w="2211" w:type="dxa"/>
            <w:shd w:val="clear" w:color="auto" w:fill="EDF0F5"/>
          </w:tcPr>
          <w:p w14:paraId="4721D475"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77E06358" w14:textId="77777777" w:rsidR="000D3CD5" w:rsidRPr="00106719" w:rsidRDefault="000D3CD5" w:rsidP="008B0F7A">
            <w:pPr>
              <w:spacing w:after="20"/>
              <w:rPr>
                <w:lang w:val="it-IT"/>
              </w:rPr>
            </w:pPr>
            <w:r w:rsidRPr="00106719">
              <w:rPr>
                <w:sz w:val="17"/>
                <w:lang w:val="it-IT"/>
              </w:rPr>
              <w:t>Valutazione dell'elaborato su rubrica; prova strutturata; colloquio su percorso.</w:t>
            </w:r>
          </w:p>
        </w:tc>
      </w:tr>
      <w:tr w:rsidR="000D3CD5" w:rsidRPr="00106719" w14:paraId="52235182" w14:textId="77777777" w:rsidTr="008B0F7A">
        <w:trPr>
          <w:cantSplit/>
        </w:trPr>
        <w:tc>
          <w:tcPr>
            <w:tcW w:w="2211" w:type="dxa"/>
            <w:shd w:val="clear" w:color="auto" w:fill="EDF0F5"/>
          </w:tcPr>
          <w:p w14:paraId="793B547D"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74253306" w14:textId="77777777" w:rsidR="000D3CD5" w:rsidRPr="00106719" w:rsidRDefault="000D3CD5" w:rsidP="008B0F7A">
            <w:pPr>
              <w:spacing w:after="20"/>
              <w:rPr>
                <w:lang w:val="it-IT"/>
              </w:rPr>
            </w:pPr>
            <w:r w:rsidRPr="00106719">
              <w:rPr>
                <w:sz w:val="17"/>
                <w:lang w:val="it-IT"/>
              </w:rPr>
              <w:t>Cittadinanza digitale · 2 ore: diritti d'immagine, licenze aperte e riuso delle riproduzioni di beni culturali.</w:t>
            </w:r>
          </w:p>
        </w:tc>
      </w:tr>
      <w:tr w:rsidR="000D3CD5" w:rsidRPr="00106719" w14:paraId="017ACCFB" w14:textId="77777777" w:rsidTr="008B0F7A">
        <w:trPr>
          <w:cantSplit/>
        </w:trPr>
        <w:tc>
          <w:tcPr>
            <w:tcW w:w="2211" w:type="dxa"/>
            <w:shd w:val="clear" w:color="auto" w:fill="EDF0F5"/>
          </w:tcPr>
          <w:p w14:paraId="2FFACA75"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4335C95D" w14:textId="77777777" w:rsidR="000D3CD5" w:rsidRPr="00106719" w:rsidRDefault="000D3CD5" w:rsidP="008B0F7A">
            <w:pPr>
              <w:spacing w:after="20"/>
              <w:rPr>
                <w:lang w:val="it-IT"/>
              </w:rPr>
            </w:pPr>
            <w:r w:rsidRPr="00106719">
              <w:rPr>
                <w:sz w:val="17"/>
                <w:lang w:val="it-IT"/>
              </w:rPr>
              <w:t>Realizza la documentazione fotografica e l'apparato iconografico del prodotto.</w:t>
            </w:r>
          </w:p>
        </w:tc>
      </w:tr>
    </w:tbl>
    <w:p w14:paraId="5F1664A4"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54516BBA" w14:textId="77777777" w:rsidTr="008B0F7A">
        <w:trPr>
          <w:cantSplit/>
        </w:trPr>
        <w:tc>
          <w:tcPr>
            <w:tcW w:w="9752" w:type="dxa"/>
            <w:gridSpan w:val="2"/>
            <w:shd w:val="clear" w:color="auto" w:fill="D6DFEE"/>
          </w:tcPr>
          <w:p w14:paraId="791FCEE7"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4 — Il patrimonio come progetto: leggere, tutelare, valorizzare</w:t>
            </w:r>
          </w:p>
        </w:tc>
      </w:tr>
      <w:tr w:rsidR="000D3CD5" w:rsidRPr="00106719" w14:paraId="44ED0B63" w14:textId="77777777" w:rsidTr="008B0F7A">
        <w:trPr>
          <w:cantSplit/>
        </w:trPr>
        <w:tc>
          <w:tcPr>
            <w:tcW w:w="2211" w:type="dxa"/>
            <w:shd w:val="clear" w:color="auto" w:fill="EDF0F5"/>
          </w:tcPr>
          <w:p w14:paraId="529EA97E"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2BD92855" w14:textId="77777777" w:rsidR="000D3CD5" w:rsidRPr="00106719" w:rsidRDefault="000D3CD5" w:rsidP="008B0F7A">
            <w:pPr>
              <w:spacing w:after="20"/>
              <w:rPr>
                <w:lang w:val="it-IT"/>
              </w:rPr>
            </w:pPr>
            <w:r w:rsidRPr="00106719">
              <w:rPr>
                <w:i/>
                <w:sz w:val="17"/>
                <w:lang w:val="it-IT"/>
              </w:rPr>
              <w:t>2° quadrimestre · dopo Pasqua – termine delle lezioni</w:t>
            </w:r>
          </w:p>
        </w:tc>
      </w:tr>
      <w:tr w:rsidR="000D3CD5" w:rsidRPr="00106719" w14:paraId="0D8DC0E2" w14:textId="77777777" w:rsidTr="008B0F7A">
        <w:trPr>
          <w:cantSplit/>
        </w:trPr>
        <w:tc>
          <w:tcPr>
            <w:tcW w:w="2211" w:type="dxa"/>
            <w:shd w:val="clear" w:color="auto" w:fill="EDF0F5"/>
          </w:tcPr>
          <w:p w14:paraId="54DAABE1"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6400CB8D" w14:textId="77777777" w:rsidR="000D3CD5" w:rsidRPr="00106719" w:rsidRDefault="000D3CD5" w:rsidP="008B0F7A">
            <w:pPr>
              <w:spacing w:after="20"/>
              <w:rPr>
                <w:lang w:val="it-IT"/>
              </w:rPr>
            </w:pPr>
            <w:r w:rsidRPr="00106719">
              <w:rPr>
                <w:sz w:val="17"/>
                <w:lang w:val="it-IT"/>
              </w:rPr>
              <w:t>Comprendere il valore del patrimonio artistico e progettarne la valorizzazione · Competenza chiave: competenza imprenditoriale e competenza in materia di cittadinanza</w:t>
            </w:r>
          </w:p>
        </w:tc>
      </w:tr>
      <w:tr w:rsidR="000D3CD5" w:rsidRPr="00106719" w14:paraId="3ECDEBC1" w14:textId="77777777" w:rsidTr="008B0F7A">
        <w:trPr>
          <w:cantSplit/>
        </w:trPr>
        <w:tc>
          <w:tcPr>
            <w:tcW w:w="2211" w:type="dxa"/>
            <w:shd w:val="clear" w:color="auto" w:fill="EDF0F5"/>
          </w:tcPr>
          <w:p w14:paraId="122D5DB8"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7171177C" w14:textId="77777777" w:rsidR="000D3CD5" w:rsidRPr="00106719" w:rsidRDefault="000D3CD5" w:rsidP="008B0F7A">
            <w:pPr>
              <w:spacing w:after="0"/>
              <w:rPr>
                <w:lang w:val="it-IT"/>
              </w:rPr>
            </w:pPr>
            <w:r w:rsidRPr="00106719">
              <w:rPr>
                <w:sz w:val="17"/>
                <w:lang w:val="it-IT"/>
              </w:rPr>
              <w:t>· Analizzare un bene culturale nel suo contesto</w:t>
            </w:r>
          </w:p>
          <w:p w14:paraId="1A9EE05E" w14:textId="77777777" w:rsidR="000D3CD5" w:rsidRPr="00106719" w:rsidRDefault="000D3CD5" w:rsidP="008B0F7A">
            <w:pPr>
              <w:spacing w:after="0"/>
              <w:rPr>
                <w:lang w:val="it-IT"/>
              </w:rPr>
            </w:pPr>
            <w:r w:rsidRPr="00106719">
              <w:rPr>
                <w:sz w:val="17"/>
                <w:lang w:val="it-IT"/>
              </w:rPr>
              <w:t>· Progettare un intervento di valorizzazione</w:t>
            </w:r>
          </w:p>
          <w:p w14:paraId="5C12346A" w14:textId="77777777" w:rsidR="000D3CD5" w:rsidRPr="00106719" w:rsidRDefault="000D3CD5" w:rsidP="008B0F7A">
            <w:pPr>
              <w:spacing w:after="0"/>
              <w:rPr>
                <w:lang w:val="it-IT"/>
              </w:rPr>
            </w:pPr>
            <w:r w:rsidRPr="00106719">
              <w:rPr>
                <w:sz w:val="17"/>
                <w:lang w:val="it-IT"/>
              </w:rPr>
              <w:t>· Comunicare il patrimonio a un pubblico definito</w:t>
            </w:r>
          </w:p>
          <w:p w14:paraId="41719E2D" w14:textId="77777777" w:rsidR="000D3CD5" w:rsidRPr="00106719" w:rsidRDefault="000D3CD5" w:rsidP="008B0F7A">
            <w:pPr>
              <w:spacing w:after="0"/>
              <w:rPr>
                <w:lang w:val="it-IT"/>
              </w:rPr>
            </w:pPr>
            <w:r w:rsidRPr="00106719">
              <w:rPr>
                <w:sz w:val="17"/>
                <w:lang w:val="it-IT"/>
              </w:rPr>
              <w:t>· Riconoscere il quadro normativo della tutela</w:t>
            </w:r>
          </w:p>
        </w:tc>
      </w:tr>
      <w:tr w:rsidR="000D3CD5" w:rsidRPr="00106719" w14:paraId="195DA65A" w14:textId="77777777" w:rsidTr="008B0F7A">
        <w:trPr>
          <w:cantSplit/>
        </w:trPr>
        <w:tc>
          <w:tcPr>
            <w:tcW w:w="2211" w:type="dxa"/>
            <w:shd w:val="clear" w:color="auto" w:fill="EDF0F5"/>
          </w:tcPr>
          <w:p w14:paraId="7CDA28EC"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5860CF75"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Il patrimonio del territorio: lettura e documentazione. Bilancio delle competenze grafiche del biennio.</w:t>
            </w:r>
          </w:p>
          <w:p w14:paraId="1503A0BC"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Progetto di allestimento o di percorso di visita; storia dell'arte del territorio irpino e campano.</w:t>
            </w:r>
          </w:p>
          <w:p w14:paraId="473A0EFC"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Progetto di valorizzazione con elaborati grafici; nodi concettuali per il colloquio d'esame.</w:t>
            </w:r>
          </w:p>
        </w:tc>
      </w:tr>
      <w:tr w:rsidR="000D3CD5" w:rsidRPr="00106719" w14:paraId="49E19141" w14:textId="77777777" w:rsidTr="008B0F7A">
        <w:trPr>
          <w:cantSplit/>
        </w:trPr>
        <w:tc>
          <w:tcPr>
            <w:tcW w:w="2211" w:type="dxa"/>
            <w:shd w:val="clear" w:color="auto" w:fill="EDF0F5"/>
          </w:tcPr>
          <w:p w14:paraId="38C38524"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3FD783A1" w14:textId="77777777" w:rsidR="000D3CD5" w:rsidRPr="00106719" w:rsidRDefault="000D3CD5" w:rsidP="008B0F7A">
            <w:pPr>
              <w:spacing w:after="20"/>
              <w:rPr>
                <w:lang w:val="it-IT"/>
              </w:rPr>
            </w:pPr>
            <w:r w:rsidRPr="00106719">
              <w:rPr>
                <w:sz w:val="17"/>
                <w:lang w:val="it-IT"/>
              </w:rPr>
              <w:t>Project work con committente reale; collaborazione con enti locali e associazioni; formazione scuola-lavoro in ambito culturale.</w:t>
            </w:r>
          </w:p>
        </w:tc>
      </w:tr>
      <w:tr w:rsidR="000D3CD5" w:rsidRPr="00106719" w14:paraId="360E620A" w14:textId="77777777" w:rsidTr="008B0F7A">
        <w:trPr>
          <w:cantSplit/>
        </w:trPr>
        <w:tc>
          <w:tcPr>
            <w:tcW w:w="2211" w:type="dxa"/>
            <w:shd w:val="clear" w:color="auto" w:fill="EDF0F5"/>
          </w:tcPr>
          <w:p w14:paraId="6D8E3550"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03A041F1" w14:textId="77777777" w:rsidR="000D3CD5" w:rsidRPr="00106719" w:rsidRDefault="000D3CD5" w:rsidP="008B0F7A">
            <w:pPr>
              <w:spacing w:after="20"/>
              <w:rPr>
                <w:lang w:val="it-IT"/>
              </w:rPr>
            </w:pPr>
            <w:r w:rsidRPr="00106719">
              <w:rPr>
                <w:sz w:val="17"/>
                <w:lang w:val="it-IT"/>
              </w:rPr>
              <w:t>Progetto di valorizzazione documentato, candidabile all'E-Portfolio e alla scelta del capolavoro.</w:t>
            </w:r>
          </w:p>
        </w:tc>
      </w:tr>
      <w:tr w:rsidR="000D3CD5" w:rsidRPr="00106719" w14:paraId="1E7DB94C" w14:textId="77777777" w:rsidTr="008B0F7A">
        <w:trPr>
          <w:cantSplit/>
        </w:trPr>
        <w:tc>
          <w:tcPr>
            <w:tcW w:w="2211" w:type="dxa"/>
            <w:shd w:val="clear" w:color="auto" w:fill="EDF0F5"/>
          </w:tcPr>
          <w:p w14:paraId="60D3E8E8"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3C9AECDD" w14:textId="77777777" w:rsidR="000D3CD5" w:rsidRPr="00106719" w:rsidRDefault="000D3CD5" w:rsidP="008B0F7A">
            <w:pPr>
              <w:spacing w:after="20"/>
              <w:rPr>
                <w:lang w:val="it-IT"/>
              </w:rPr>
            </w:pPr>
            <w:r w:rsidRPr="00106719">
              <w:rPr>
                <w:sz w:val="17"/>
                <w:lang w:val="it-IT"/>
              </w:rPr>
              <w:t>Valutazione del progetto su rubrica di competenza; presentazione pubblica.</w:t>
            </w:r>
          </w:p>
        </w:tc>
      </w:tr>
      <w:tr w:rsidR="000D3CD5" w:rsidRPr="00106719" w14:paraId="7D4C5E36" w14:textId="77777777" w:rsidTr="008B0F7A">
        <w:trPr>
          <w:cantSplit/>
        </w:trPr>
        <w:tc>
          <w:tcPr>
            <w:tcW w:w="2211" w:type="dxa"/>
            <w:shd w:val="clear" w:color="auto" w:fill="EDF0F5"/>
          </w:tcPr>
          <w:p w14:paraId="583A585F"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515D2474" w14:textId="77777777" w:rsidR="000D3CD5" w:rsidRPr="00106719" w:rsidRDefault="000D3CD5" w:rsidP="008B0F7A">
            <w:pPr>
              <w:spacing w:after="20"/>
              <w:rPr>
                <w:lang w:val="it-IT"/>
              </w:rPr>
            </w:pPr>
            <w:r w:rsidRPr="00106719">
              <w:rPr>
                <w:sz w:val="17"/>
                <w:lang w:val="it-IT"/>
              </w:rPr>
              <w:t>Costituzione · 2 ore: il paesaggio come bene comune; competenze di Stato, Regioni ed enti locali nella tutela.</w:t>
            </w:r>
          </w:p>
        </w:tc>
      </w:tr>
      <w:tr w:rsidR="000D3CD5" w:rsidRPr="00106719" w14:paraId="09AB6A1B" w14:textId="77777777" w:rsidTr="008B0F7A">
        <w:trPr>
          <w:cantSplit/>
        </w:trPr>
        <w:tc>
          <w:tcPr>
            <w:tcW w:w="2211" w:type="dxa"/>
            <w:shd w:val="clear" w:color="auto" w:fill="EDF0F5"/>
          </w:tcPr>
          <w:p w14:paraId="75C74948"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79533F2C" w14:textId="77777777" w:rsidR="000D3CD5" w:rsidRPr="00106719" w:rsidRDefault="000D3CD5" w:rsidP="008B0F7A">
            <w:pPr>
              <w:spacing w:after="20"/>
              <w:rPr>
                <w:lang w:val="it-IT"/>
              </w:rPr>
            </w:pPr>
            <w:r w:rsidRPr="00106719">
              <w:rPr>
                <w:sz w:val="17"/>
                <w:lang w:val="it-IT"/>
              </w:rPr>
              <w:t>È la disciplina cardine del compito di realtà per gli indirizzi scientifici: coordina l'impianto scientifico-culturale dell'archivio.</w:t>
            </w:r>
          </w:p>
        </w:tc>
      </w:tr>
    </w:tbl>
    <w:p w14:paraId="10124FAC" w14:textId="77777777" w:rsidR="000D3CD5" w:rsidRPr="00106719" w:rsidRDefault="000D3CD5" w:rsidP="000D3CD5">
      <w:pPr>
        <w:spacing w:after="60"/>
        <w:rPr>
          <w:lang w:val="it-IT"/>
        </w:rPr>
      </w:pPr>
    </w:p>
    <w:p w14:paraId="2987465D" w14:textId="77777777" w:rsidR="000D3CD5" w:rsidRPr="00106719" w:rsidRDefault="000D3CD5" w:rsidP="000D3CD5">
      <w:pPr>
        <w:rPr>
          <w:lang w:val="it-IT"/>
        </w:rPr>
      </w:pPr>
      <w:r w:rsidRPr="00106719">
        <w:rPr>
          <w:lang w:val="it-IT"/>
        </w:rPr>
        <w:br w:type="page"/>
      </w:r>
    </w:p>
    <w:p w14:paraId="45A31F33" w14:textId="77777777" w:rsidR="000D3CD5" w:rsidRPr="00106719" w:rsidRDefault="000D3CD5" w:rsidP="000D3CD5">
      <w:pPr>
        <w:pStyle w:val="Titolo2"/>
        <w:spacing w:before="320"/>
        <w:rPr>
          <w:color w:val="auto"/>
          <w:lang w:val="it-IT"/>
        </w:rPr>
      </w:pPr>
      <w:proofErr w:type="gramStart"/>
      <w:r w:rsidRPr="00106719">
        <w:rPr>
          <w:rFonts w:ascii="Book Antiqua" w:hAnsi="Book Antiqua"/>
          <w:color w:val="auto"/>
          <w:sz w:val="23"/>
          <w:lang w:val="it-IT"/>
        </w:rPr>
        <w:lastRenderedPageBreak/>
        <w:t>C.11  SCIENZE</w:t>
      </w:r>
      <w:proofErr w:type="gramEnd"/>
      <w:r w:rsidRPr="00106719">
        <w:rPr>
          <w:rFonts w:ascii="Book Antiqua" w:hAnsi="Book Antiqua"/>
          <w:color w:val="auto"/>
          <w:sz w:val="23"/>
          <w:lang w:val="it-IT"/>
        </w:rPr>
        <w:t xml:space="preserve"> MOTORIE E SPORTIVE</w:t>
      </w:r>
    </w:p>
    <w:p w14:paraId="1DF0B0F6" w14:textId="77777777" w:rsidR="000D3CD5" w:rsidRPr="00106719" w:rsidRDefault="000D3CD5" w:rsidP="000D3CD5">
      <w:pPr>
        <w:spacing w:after="60"/>
        <w:rPr>
          <w:lang w:val="it-IT"/>
        </w:rPr>
      </w:pPr>
      <w:r w:rsidRPr="00106719">
        <w:rPr>
          <w:i/>
          <w:sz w:val="17"/>
          <w:lang w:val="it-IT"/>
        </w:rPr>
        <w:t>Classe di concorso: A-</w:t>
      </w:r>
      <w:proofErr w:type="gramStart"/>
      <w:r w:rsidRPr="00106719">
        <w:rPr>
          <w:i/>
          <w:sz w:val="17"/>
          <w:lang w:val="it-IT"/>
        </w:rPr>
        <w:t>048  ·</w:t>
      </w:r>
      <w:proofErr w:type="gramEnd"/>
      <w:r w:rsidRPr="00106719">
        <w:rPr>
          <w:i/>
          <w:sz w:val="17"/>
          <w:lang w:val="it-IT"/>
        </w:rPr>
        <w:t xml:space="preserve">  Monte ore nell'indirizzo: 2 ore settimanali per l'intero quinquennio</w:t>
      </w:r>
    </w:p>
    <w:p w14:paraId="35C18125" w14:textId="77777777" w:rsidR="000D3CD5" w:rsidRPr="00106719" w:rsidRDefault="000D3CD5" w:rsidP="000D3CD5">
      <w:pPr>
        <w:spacing w:after="60"/>
        <w:jc w:val="both"/>
        <w:rPr>
          <w:lang w:val="it-IT"/>
        </w:rPr>
      </w:pPr>
      <w:r w:rsidRPr="00106719">
        <w:rPr>
          <w:sz w:val="17"/>
          <w:lang w:val="it-IT"/>
        </w:rPr>
        <w:t xml:space="preserve">Nota generale sulla disciplina. Due ore settimanali per l'intero quinquennio in tutti gli indirizzi. Le </w:t>
      </w:r>
      <w:proofErr w:type="spellStart"/>
      <w:r w:rsidRPr="00106719">
        <w:rPr>
          <w:sz w:val="17"/>
          <w:lang w:val="it-IT"/>
        </w:rPr>
        <w:t>U.d.A</w:t>
      </w:r>
      <w:proofErr w:type="spellEnd"/>
      <w:r w:rsidRPr="00106719">
        <w:rPr>
          <w:sz w:val="17"/>
          <w:lang w:val="it-IT"/>
        </w:rPr>
        <w:t>. vanno adattate alle strutture effettivamente disponibili nelle tre sedi del Polo e integrate, ove la palestra non sia disponibile, con attività all'aperto e con moduli teorici.</w:t>
      </w:r>
    </w:p>
    <w:p w14:paraId="5B842F9F" w14:textId="77777777" w:rsidR="000D3CD5" w:rsidRPr="00106719" w:rsidRDefault="000D3CD5" w:rsidP="000D3CD5">
      <w:pPr>
        <w:spacing w:after="120"/>
        <w:jc w:val="both"/>
        <w:rPr>
          <w:lang w:val="it-IT"/>
        </w:rPr>
      </w:pPr>
      <w:r w:rsidRPr="00106719">
        <w:rPr>
          <w:sz w:val="17"/>
          <w:lang w:val="it-IT"/>
        </w:rPr>
        <w:t>Declinazione per l'indirizzo. Si valorizzi il monitoraggio strumentale dei parametri funzionali, con elaborazione dei dati in raccordo con Informatica.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6ED6C0A1" w14:textId="77777777" w:rsidTr="008B0F7A">
        <w:trPr>
          <w:cantSplit/>
        </w:trPr>
        <w:tc>
          <w:tcPr>
            <w:tcW w:w="9752" w:type="dxa"/>
            <w:gridSpan w:val="2"/>
            <w:shd w:val="clear" w:color="auto" w:fill="D6DFEE"/>
          </w:tcPr>
          <w:p w14:paraId="7923D607"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1 — Conoscere il proprio corpo: capacità condizionali e coordinative</w:t>
            </w:r>
          </w:p>
        </w:tc>
      </w:tr>
      <w:tr w:rsidR="000D3CD5" w:rsidRPr="00106719" w14:paraId="20F5FDD4" w14:textId="77777777" w:rsidTr="008B0F7A">
        <w:trPr>
          <w:cantSplit/>
        </w:trPr>
        <w:tc>
          <w:tcPr>
            <w:tcW w:w="2211" w:type="dxa"/>
            <w:shd w:val="clear" w:color="auto" w:fill="EDF0F5"/>
          </w:tcPr>
          <w:p w14:paraId="3FA8C485"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4887E8AD"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settembre</w:t>
            </w:r>
            <w:proofErr w:type="spellEnd"/>
            <w:r w:rsidRPr="00106719">
              <w:rPr>
                <w:i/>
                <w:sz w:val="17"/>
              </w:rPr>
              <w:t xml:space="preserve"> – </w:t>
            </w:r>
            <w:proofErr w:type="spellStart"/>
            <w:r w:rsidRPr="00106719">
              <w:rPr>
                <w:i/>
                <w:sz w:val="17"/>
              </w:rPr>
              <w:t>inizio</w:t>
            </w:r>
            <w:proofErr w:type="spellEnd"/>
            <w:r w:rsidRPr="00106719">
              <w:rPr>
                <w:i/>
                <w:sz w:val="17"/>
              </w:rPr>
              <w:t xml:space="preserve"> </w:t>
            </w:r>
            <w:proofErr w:type="spellStart"/>
            <w:r w:rsidRPr="00106719">
              <w:rPr>
                <w:i/>
                <w:sz w:val="17"/>
              </w:rPr>
              <w:t>novembre</w:t>
            </w:r>
            <w:proofErr w:type="spellEnd"/>
          </w:p>
        </w:tc>
      </w:tr>
      <w:tr w:rsidR="000D3CD5" w:rsidRPr="00106719" w14:paraId="2B72876B" w14:textId="77777777" w:rsidTr="008B0F7A">
        <w:trPr>
          <w:cantSplit/>
        </w:trPr>
        <w:tc>
          <w:tcPr>
            <w:tcW w:w="2211" w:type="dxa"/>
            <w:shd w:val="clear" w:color="auto" w:fill="EDF0F5"/>
          </w:tcPr>
          <w:p w14:paraId="181784B6"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594AF3A9" w14:textId="77777777" w:rsidR="000D3CD5" w:rsidRPr="00106719" w:rsidRDefault="000D3CD5" w:rsidP="008B0F7A">
            <w:pPr>
              <w:spacing w:after="20"/>
              <w:rPr>
                <w:lang w:val="it-IT"/>
              </w:rPr>
            </w:pPr>
            <w:r w:rsidRPr="00106719">
              <w:rPr>
                <w:sz w:val="17"/>
                <w:lang w:val="it-IT"/>
              </w:rPr>
              <w:t>Percepire, riconoscere ed elaborare sensazioni propriocettive ed esterocettive · Competenza chiave: competenza personale, sociale e capacità di imparare a imparare</w:t>
            </w:r>
          </w:p>
        </w:tc>
      </w:tr>
      <w:tr w:rsidR="000D3CD5" w:rsidRPr="00106719" w14:paraId="305D49A6" w14:textId="77777777" w:rsidTr="008B0F7A">
        <w:trPr>
          <w:cantSplit/>
        </w:trPr>
        <w:tc>
          <w:tcPr>
            <w:tcW w:w="2211" w:type="dxa"/>
            <w:shd w:val="clear" w:color="auto" w:fill="EDF0F5"/>
          </w:tcPr>
          <w:p w14:paraId="63C1D25C"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1DAFFFFF" w14:textId="77777777" w:rsidR="000D3CD5" w:rsidRPr="00106719" w:rsidRDefault="000D3CD5" w:rsidP="008B0F7A">
            <w:pPr>
              <w:spacing w:after="0"/>
              <w:rPr>
                <w:lang w:val="it-IT"/>
              </w:rPr>
            </w:pPr>
            <w:r w:rsidRPr="00106719">
              <w:rPr>
                <w:sz w:val="17"/>
                <w:lang w:val="it-IT"/>
              </w:rPr>
              <w:t>· Eseguire test motori e leggerne i risultati</w:t>
            </w:r>
          </w:p>
          <w:p w14:paraId="03FC94AF" w14:textId="77777777" w:rsidR="000D3CD5" w:rsidRPr="00106719" w:rsidRDefault="000D3CD5" w:rsidP="008B0F7A">
            <w:pPr>
              <w:spacing w:after="0"/>
              <w:rPr>
                <w:lang w:val="it-IT"/>
              </w:rPr>
            </w:pPr>
            <w:r w:rsidRPr="00106719">
              <w:rPr>
                <w:sz w:val="17"/>
                <w:lang w:val="it-IT"/>
              </w:rPr>
              <w:t>· Riconoscere il proprio livello di partenza e definire un obiettivo di miglioramento</w:t>
            </w:r>
          </w:p>
          <w:p w14:paraId="0BE0B626" w14:textId="77777777" w:rsidR="000D3CD5" w:rsidRPr="00106719" w:rsidRDefault="000D3CD5" w:rsidP="008B0F7A">
            <w:pPr>
              <w:spacing w:after="0"/>
              <w:rPr>
                <w:lang w:val="it-IT"/>
              </w:rPr>
            </w:pPr>
            <w:r w:rsidRPr="00106719">
              <w:rPr>
                <w:sz w:val="17"/>
                <w:lang w:val="it-IT"/>
              </w:rPr>
              <w:t>· Applicare i principi dell'allenamento in sicurezza</w:t>
            </w:r>
          </w:p>
          <w:p w14:paraId="46B8889A" w14:textId="77777777" w:rsidR="000D3CD5" w:rsidRPr="00106719" w:rsidRDefault="000D3CD5" w:rsidP="008B0F7A">
            <w:pPr>
              <w:spacing w:after="0"/>
              <w:rPr>
                <w:lang w:val="it-IT"/>
              </w:rPr>
            </w:pPr>
            <w:r w:rsidRPr="00106719">
              <w:rPr>
                <w:sz w:val="17"/>
                <w:lang w:val="it-IT"/>
              </w:rPr>
              <w:t>· Utilizzare il lessico tecnico della disciplina</w:t>
            </w:r>
          </w:p>
        </w:tc>
      </w:tr>
      <w:tr w:rsidR="000D3CD5" w:rsidRPr="00106719" w14:paraId="35ABA53F" w14:textId="77777777" w:rsidTr="008B0F7A">
        <w:trPr>
          <w:cantSplit/>
        </w:trPr>
        <w:tc>
          <w:tcPr>
            <w:tcW w:w="2211" w:type="dxa"/>
            <w:shd w:val="clear" w:color="auto" w:fill="EDF0F5"/>
          </w:tcPr>
          <w:p w14:paraId="05DF26A5"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5CDA4A67"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Test d'ingresso motori; capacità condizionali (forza, resistenza, velocità, mobilità); schemi motori di base e loro affinamento; apparato locomotore.</w:t>
            </w:r>
          </w:p>
          <w:p w14:paraId="3D652FAE"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Metodi di allenamento e principi di carico; sistemi energetici; riscaldamento specifico e defaticamento.</w:t>
            </w:r>
          </w:p>
          <w:p w14:paraId="6DE2ED04"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Programmazione individualizzata dell'allenamento; valutazione funzionale; prevenzione degli infortuni.</w:t>
            </w:r>
          </w:p>
        </w:tc>
      </w:tr>
      <w:tr w:rsidR="000D3CD5" w:rsidRPr="00106719" w14:paraId="5836E496" w14:textId="77777777" w:rsidTr="008B0F7A">
        <w:trPr>
          <w:cantSplit/>
        </w:trPr>
        <w:tc>
          <w:tcPr>
            <w:tcW w:w="2211" w:type="dxa"/>
            <w:shd w:val="clear" w:color="auto" w:fill="EDF0F5"/>
          </w:tcPr>
          <w:p w14:paraId="14EF1FDB"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34A5D05A" w14:textId="77777777" w:rsidR="000D3CD5" w:rsidRPr="00106719" w:rsidRDefault="000D3CD5" w:rsidP="008B0F7A">
            <w:pPr>
              <w:spacing w:after="20"/>
              <w:rPr>
                <w:lang w:val="it-IT"/>
              </w:rPr>
            </w:pPr>
            <w:r w:rsidRPr="00106719">
              <w:rPr>
                <w:sz w:val="17"/>
                <w:lang w:val="it-IT"/>
              </w:rPr>
              <w:t>Circuito a stazioni; test standardizzati; scheda personale di rilevazione; uso di applicazioni per il monitoraggio dell'attività.</w:t>
            </w:r>
          </w:p>
        </w:tc>
      </w:tr>
      <w:tr w:rsidR="000D3CD5" w:rsidRPr="00106719" w14:paraId="0C859F02" w14:textId="77777777" w:rsidTr="008B0F7A">
        <w:trPr>
          <w:cantSplit/>
        </w:trPr>
        <w:tc>
          <w:tcPr>
            <w:tcW w:w="2211" w:type="dxa"/>
            <w:shd w:val="clear" w:color="auto" w:fill="EDF0F5"/>
          </w:tcPr>
          <w:p w14:paraId="4CEC2ACE"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1B32F249" w14:textId="77777777" w:rsidR="000D3CD5" w:rsidRPr="00106719" w:rsidRDefault="000D3CD5" w:rsidP="008B0F7A">
            <w:pPr>
              <w:spacing w:after="20"/>
              <w:rPr>
                <w:lang w:val="it-IT"/>
              </w:rPr>
            </w:pPr>
            <w:r w:rsidRPr="00106719">
              <w:rPr>
                <w:sz w:val="17"/>
                <w:lang w:val="it-IT"/>
              </w:rPr>
              <w:t>Scheda personale di autovalutazione motoria con obiettivo di miglioramento.</w:t>
            </w:r>
          </w:p>
        </w:tc>
      </w:tr>
      <w:tr w:rsidR="000D3CD5" w:rsidRPr="00106719" w14:paraId="5590579C" w14:textId="77777777" w:rsidTr="008B0F7A">
        <w:trPr>
          <w:cantSplit/>
        </w:trPr>
        <w:tc>
          <w:tcPr>
            <w:tcW w:w="2211" w:type="dxa"/>
            <w:shd w:val="clear" w:color="auto" w:fill="EDF0F5"/>
          </w:tcPr>
          <w:p w14:paraId="7D31C3F3"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79373244" w14:textId="77777777" w:rsidR="000D3CD5" w:rsidRPr="00106719" w:rsidRDefault="000D3CD5" w:rsidP="008B0F7A">
            <w:pPr>
              <w:spacing w:after="20"/>
              <w:rPr>
                <w:lang w:val="it-IT"/>
              </w:rPr>
            </w:pPr>
            <w:r w:rsidRPr="00106719">
              <w:rPr>
                <w:sz w:val="17"/>
                <w:lang w:val="it-IT"/>
              </w:rPr>
              <w:t>Test motori d'ingresso e di verifica; valutazione del miglioramento individuale; prova teorica breve.</w:t>
            </w:r>
          </w:p>
        </w:tc>
      </w:tr>
      <w:tr w:rsidR="000D3CD5" w:rsidRPr="00106719" w14:paraId="7364E319" w14:textId="77777777" w:rsidTr="008B0F7A">
        <w:trPr>
          <w:cantSplit/>
        </w:trPr>
        <w:tc>
          <w:tcPr>
            <w:tcW w:w="2211" w:type="dxa"/>
            <w:shd w:val="clear" w:color="auto" w:fill="EDF0F5"/>
          </w:tcPr>
          <w:p w14:paraId="1D7DCDB9"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7E49E1B5" w14:textId="77777777" w:rsidR="000D3CD5" w:rsidRPr="00106719" w:rsidRDefault="000D3CD5" w:rsidP="008B0F7A">
            <w:pPr>
              <w:spacing w:after="20"/>
              <w:rPr>
                <w:lang w:val="it-IT"/>
              </w:rPr>
            </w:pPr>
            <w:r w:rsidRPr="00106719">
              <w:rPr>
                <w:sz w:val="17"/>
                <w:lang w:val="it-IT"/>
              </w:rPr>
              <w:t>Sviluppo sostenibile · 2 ore: attività fisica, benessere e stili di vita attivi; mobilità sostenibile casa-scuola.</w:t>
            </w:r>
          </w:p>
        </w:tc>
      </w:tr>
      <w:tr w:rsidR="000D3CD5" w:rsidRPr="00106719" w14:paraId="7A6EEEC6" w14:textId="77777777" w:rsidTr="008B0F7A">
        <w:trPr>
          <w:cantSplit/>
        </w:trPr>
        <w:tc>
          <w:tcPr>
            <w:tcW w:w="2211" w:type="dxa"/>
            <w:shd w:val="clear" w:color="auto" w:fill="EDF0F5"/>
          </w:tcPr>
          <w:p w14:paraId="00692A26"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5D82B537" w14:textId="77777777" w:rsidR="000D3CD5" w:rsidRPr="00106719" w:rsidRDefault="000D3CD5" w:rsidP="008B0F7A">
            <w:pPr>
              <w:spacing w:after="20"/>
              <w:rPr>
                <w:lang w:val="it-IT"/>
              </w:rPr>
            </w:pPr>
            <w:r w:rsidRPr="00106719">
              <w:rPr>
                <w:sz w:val="17"/>
                <w:lang w:val="it-IT"/>
              </w:rPr>
              <w:t>Progetta i percorsi di visita a piedi e le condizioni di accessibilità degli itinerari dell'archivio.</w:t>
            </w:r>
          </w:p>
        </w:tc>
      </w:tr>
    </w:tbl>
    <w:p w14:paraId="0CCB0A75"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5BFB9DFD" w14:textId="77777777" w:rsidTr="008B0F7A">
        <w:trPr>
          <w:cantSplit/>
        </w:trPr>
        <w:tc>
          <w:tcPr>
            <w:tcW w:w="9752" w:type="dxa"/>
            <w:gridSpan w:val="2"/>
            <w:shd w:val="clear" w:color="auto" w:fill="D6DFEE"/>
          </w:tcPr>
          <w:p w14:paraId="645CECF7"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2 — Il gioco e lo sport di squadra: regole, ruoli, strategie</w:t>
            </w:r>
          </w:p>
        </w:tc>
      </w:tr>
      <w:tr w:rsidR="000D3CD5" w:rsidRPr="00106719" w14:paraId="5FFDC76A" w14:textId="77777777" w:rsidTr="008B0F7A">
        <w:trPr>
          <w:cantSplit/>
        </w:trPr>
        <w:tc>
          <w:tcPr>
            <w:tcW w:w="2211" w:type="dxa"/>
            <w:shd w:val="clear" w:color="auto" w:fill="EDF0F5"/>
          </w:tcPr>
          <w:p w14:paraId="5EE8E014"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26E9520F"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novembre</w:t>
            </w:r>
            <w:proofErr w:type="spellEnd"/>
            <w:r w:rsidRPr="00106719">
              <w:rPr>
                <w:i/>
                <w:sz w:val="17"/>
              </w:rPr>
              <w:t xml:space="preserve"> – fine </w:t>
            </w:r>
            <w:proofErr w:type="spellStart"/>
            <w:r w:rsidRPr="00106719">
              <w:rPr>
                <w:i/>
                <w:sz w:val="17"/>
              </w:rPr>
              <w:t>gennaio</w:t>
            </w:r>
            <w:proofErr w:type="spellEnd"/>
          </w:p>
        </w:tc>
      </w:tr>
      <w:tr w:rsidR="000D3CD5" w:rsidRPr="00106719" w14:paraId="12CDF09F" w14:textId="77777777" w:rsidTr="008B0F7A">
        <w:trPr>
          <w:cantSplit/>
        </w:trPr>
        <w:tc>
          <w:tcPr>
            <w:tcW w:w="2211" w:type="dxa"/>
            <w:shd w:val="clear" w:color="auto" w:fill="EDF0F5"/>
          </w:tcPr>
          <w:p w14:paraId="25D80FAA"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6CDDC4A5" w14:textId="77777777" w:rsidR="000D3CD5" w:rsidRPr="00106719" w:rsidRDefault="000D3CD5" w:rsidP="008B0F7A">
            <w:pPr>
              <w:spacing w:after="20"/>
              <w:rPr>
                <w:lang w:val="it-IT"/>
              </w:rPr>
            </w:pPr>
            <w:r w:rsidRPr="00106719">
              <w:rPr>
                <w:sz w:val="17"/>
                <w:lang w:val="it-IT"/>
              </w:rPr>
              <w:t>Praticare attività sportive applicando tattiche e strategie, con fair play · Competenza chiave: competenza in materia di cittadinanza</w:t>
            </w:r>
          </w:p>
        </w:tc>
      </w:tr>
      <w:tr w:rsidR="000D3CD5" w:rsidRPr="00106719" w14:paraId="4E68683A" w14:textId="77777777" w:rsidTr="008B0F7A">
        <w:trPr>
          <w:cantSplit/>
        </w:trPr>
        <w:tc>
          <w:tcPr>
            <w:tcW w:w="2211" w:type="dxa"/>
            <w:shd w:val="clear" w:color="auto" w:fill="EDF0F5"/>
          </w:tcPr>
          <w:p w14:paraId="0194AEDA"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40047F51" w14:textId="77777777" w:rsidR="000D3CD5" w:rsidRPr="00106719" w:rsidRDefault="000D3CD5" w:rsidP="008B0F7A">
            <w:pPr>
              <w:spacing w:after="0"/>
              <w:rPr>
                <w:lang w:val="it-IT"/>
              </w:rPr>
            </w:pPr>
            <w:r w:rsidRPr="00106719">
              <w:rPr>
                <w:sz w:val="17"/>
                <w:lang w:val="it-IT"/>
              </w:rPr>
              <w:t>· Applicare i fondamentali tecnici di almeno due discipline di squadra</w:t>
            </w:r>
          </w:p>
          <w:p w14:paraId="07952105" w14:textId="77777777" w:rsidR="000D3CD5" w:rsidRPr="00106719" w:rsidRDefault="000D3CD5" w:rsidP="008B0F7A">
            <w:pPr>
              <w:spacing w:after="0"/>
              <w:rPr>
                <w:lang w:val="it-IT"/>
              </w:rPr>
            </w:pPr>
            <w:r w:rsidRPr="00106719">
              <w:rPr>
                <w:sz w:val="17"/>
                <w:lang w:val="it-IT"/>
              </w:rPr>
              <w:t>· Rispettare e far rispettare il regolamento</w:t>
            </w:r>
          </w:p>
          <w:p w14:paraId="7F206C8B" w14:textId="77777777" w:rsidR="000D3CD5" w:rsidRPr="00106719" w:rsidRDefault="000D3CD5" w:rsidP="008B0F7A">
            <w:pPr>
              <w:spacing w:after="0"/>
              <w:rPr>
                <w:lang w:val="it-IT"/>
              </w:rPr>
            </w:pPr>
            <w:r w:rsidRPr="00106719">
              <w:rPr>
                <w:sz w:val="17"/>
                <w:lang w:val="it-IT"/>
              </w:rPr>
              <w:t>· Assumere ruoli diversi, compreso quello di arbitro e di giudice</w:t>
            </w:r>
          </w:p>
          <w:p w14:paraId="19F10563" w14:textId="77777777" w:rsidR="000D3CD5" w:rsidRPr="00106719" w:rsidRDefault="000D3CD5" w:rsidP="008B0F7A">
            <w:pPr>
              <w:spacing w:after="0"/>
              <w:rPr>
                <w:lang w:val="it-IT"/>
              </w:rPr>
            </w:pPr>
            <w:r w:rsidRPr="00106719">
              <w:rPr>
                <w:sz w:val="17"/>
                <w:lang w:val="it-IT"/>
              </w:rPr>
              <w:t>· Collaborare per un obiettivo comune</w:t>
            </w:r>
          </w:p>
        </w:tc>
      </w:tr>
      <w:tr w:rsidR="000D3CD5" w:rsidRPr="00106719" w14:paraId="49B0C267" w14:textId="77777777" w:rsidTr="008B0F7A">
        <w:trPr>
          <w:cantSplit/>
        </w:trPr>
        <w:tc>
          <w:tcPr>
            <w:tcW w:w="2211" w:type="dxa"/>
            <w:shd w:val="clear" w:color="auto" w:fill="EDF0F5"/>
          </w:tcPr>
          <w:p w14:paraId="16735AEE"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6274187A"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Pallavolo e pallacanestro: fondamentali individuali e di squadra; regolamenti; arbitraggio elementare.</w:t>
            </w:r>
          </w:p>
          <w:p w14:paraId="1ADBED1E"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Tattiche di squadra; sistemi di gioco; organizzazione di un torneo interno.</w:t>
            </w:r>
          </w:p>
          <w:p w14:paraId="022467DA"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Ruoli organizzativi e di giuria; progettazione e conduzione di un evento sportivo scolastico.</w:t>
            </w:r>
          </w:p>
        </w:tc>
      </w:tr>
      <w:tr w:rsidR="000D3CD5" w:rsidRPr="00106719" w14:paraId="707BA096" w14:textId="77777777" w:rsidTr="008B0F7A">
        <w:trPr>
          <w:cantSplit/>
        </w:trPr>
        <w:tc>
          <w:tcPr>
            <w:tcW w:w="2211" w:type="dxa"/>
            <w:shd w:val="clear" w:color="auto" w:fill="EDF0F5"/>
          </w:tcPr>
          <w:p w14:paraId="1D1EC9B5"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412CD888" w14:textId="77777777" w:rsidR="000D3CD5" w:rsidRPr="00106719" w:rsidRDefault="000D3CD5" w:rsidP="008B0F7A">
            <w:pPr>
              <w:spacing w:after="20"/>
              <w:rPr>
                <w:lang w:val="it-IT"/>
              </w:rPr>
            </w:pPr>
            <w:r w:rsidRPr="00106719">
              <w:rPr>
                <w:sz w:val="17"/>
                <w:lang w:val="it-IT"/>
              </w:rPr>
              <w:t>Gioco-sport; tornei di classe e d'istituto; rotazione dei ruoli; peer tutoring; raccordo con il Centro sportivo scolastico.</w:t>
            </w:r>
          </w:p>
        </w:tc>
      </w:tr>
      <w:tr w:rsidR="000D3CD5" w:rsidRPr="00106719" w14:paraId="2856D137" w14:textId="77777777" w:rsidTr="008B0F7A">
        <w:trPr>
          <w:cantSplit/>
        </w:trPr>
        <w:tc>
          <w:tcPr>
            <w:tcW w:w="2211" w:type="dxa"/>
            <w:shd w:val="clear" w:color="auto" w:fill="EDF0F5"/>
          </w:tcPr>
          <w:p w14:paraId="51CC89C3"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2ECDCDA4" w14:textId="77777777" w:rsidR="000D3CD5" w:rsidRPr="00106719" w:rsidRDefault="000D3CD5" w:rsidP="008B0F7A">
            <w:pPr>
              <w:spacing w:after="20"/>
              <w:rPr>
                <w:lang w:val="it-IT"/>
              </w:rPr>
            </w:pPr>
            <w:r w:rsidRPr="00106719">
              <w:rPr>
                <w:sz w:val="17"/>
                <w:lang w:val="it-IT"/>
              </w:rPr>
              <w:t>Organizzazione e conduzione documentata di un torneo o di una fase di gioco.</w:t>
            </w:r>
          </w:p>
        </w:tc>
      </w:tr>
      <w:tr w:rsidR="000D3CD5" w:rsidRPr="00106719" w14:paraId="4CB7AA4E" w14:textId="77777777" w:rsidTr="008B0F7A">
        <w:trPr>
          <w:cantSplit/>
        </w:trPr>
        <w:tc>
          <w:tcPr>
            <w:tcW w:w="2211" w:type="dxa"/>
            <w:shd w:val="clear" w:color="auto" w:fill="EDF0F5"/>
          </w:tcPr>
          <w:p w14:paraId="25A4ED25"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432A66D4" w14:textId="77777777" w:rsidR="000D3CD5" w:rsidRPr="00106719" w:rsidRDefault="000D3CD5" w:rsidP="008B0F7A">
            <w:pPr>
              <w:spacing w:after="20"/>
              <w:rPr>
                <w:lang w:val="it-IT"/>
              </w:rPr>
            </w:pPr>
            <w:r w:rsidRPr="00106719">
              <w:rPr>
                <w:sz w:val="17"/>
                <w:lang w:val="it-IT"/>
              </w:rPr>
              <w:t>Valutazione delle competenze tecniche e tattiche su griglia; osservazione sistematica dei comportamenti; prova teorica sui regolamenti.</w:t>
            </w:r>
          </w:p>
        </w:tc>
      </w:tr>
      <w:tr w:rsidR="000D3CD5" w:rsidRPr="00106719" w14:paraId="212D0CFC" w14:textId="77777777" w:rsidTr="008B0F7A">
        <w:trPr>
          <w:cantSplit/>
        </w:trPr>
        <w:tc>
          <w:tcPr>
            <w:tcW w:w="2211" w:type="dxa"/>
            <w:shd w:val="clear" w:color="auto" w:fill="EDF0F5"/>
          </w:tcPr>
          <w:p w14:paraId="3D0D63A1"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45B3E38A" w14:textId="77777777" w:rsidR="000D3CD5" w:rsidRPr="00106719" w:rsidRDefault="000D3CD5" w:rsidP="008B0F7A">
            <w:pPr>
              <w:spacing w:after="20"/>
              <w:rPr>
                <w:lang w:val="it-IT"/>
              </w:rPr>
            </w:pPr>
            <w:r w:rsidRPr="00106719">
              <w:rPr>
                <w:sz w:val="17"/>
                <w:lang w:val="it-IT"/>
              </w:rPr>
              <w:t>Costituzione · 2 ore: fair play, rispetto delle regole e contrasto a ogni forma di discriminazione e violenza nello sport.</w:t>
            </w:r>
          </w:p>
        </w:tc>
      </w:tr>
      <w:tr w:rsidR="000D3CD5" w:rsidRPr="00106719" w14:paraId="5F3A5461" w14:textId="77777777" w:rsidTr="008B0F7A">
        <w:trPr>
          <w:cantSplit/>
        </w:trPr>
        <w:tc>
          <w:tcPr>
            <w:tcW w:w="2211" w:type="dxa"/>
            <w:shd w:val="clear" w:color="auto" w:fill="EDF0F5"/>
          </w:tcPr>
          <w:p w14:paraId="5857EFF2"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409CECEF" w14:textId="77777777" w:rsidR="000D3CD5" w:rsidRPr="00106719" w:rsidRDefault="000D3CD5" w:rsidP="008B0F7A">
            <w:pPr>
              <w:spacing w:after="20"/>
              <w:rPr>
                <w:lang w:val="it-IT"/>
              </w:rPr>
            </w:pPr>
            <w:r w:rsidRPr="00106719">
              <w:rPr>
                <w:sz w:val="17"/>
                <w:lang w:val="it-IT"/>
              </w:rPr>
              <w:t>Cura l'organizzazione logistica e la sicurezza delle uscite sul territorio.</w:t>
            </w:r>
          </w:p>
        </w:tc>
      </w:tr>
    </w:tbl>
    <w:p w14:paraId="5BC3F8FC"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43E79B72" w14:textId="77777777" w:rsidTr="008B0F7A">
        <w:trPr>
          <w:cantSplit/>
        </w:trPr>
        <w:tc>
          <w:tcPr>
            <w:tcW w:w="9752" w:type="dxa"/>
            <w:gridSpan w:val="2"/>
            <w:shd w:val="clear" w:color="auto" w:fill="D6DFEE"/>
          </w:tcPr>
          <w:p w14:paraId="0833BD08"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3 — Salute, sicurezza e primo soccorso</w:t>
            </w:r>
          </w:p>
        </w:tc>
      </w:tr>
      <w:tr w:rsidR="000D3CD5" w:rsidRPr="00106719" w14:paraId="6A7C0928" w14:textId="77777777" w:rsidTr="008B0F7A">
        <w:trPr>
          <w:cantSplit/>
        </w:trPr>
        <w:tc>
          <w:tcPr>
            <w:tcW w:w="2211" w:type="dxa"/>
            <w:shd w:val="clear" w:color="auto" w:fill="EDF0F5"/>
          </w:tcPr>
          <w:p w14:paraId="27433F74" w14:textId="77777777" w:rsidR="000D3CD5" w:rsidRPr="00106719" w:rsidRDefault="000D3CD5" w:rsidP="008B0F7A">
            <w:pPr>
              <w:spacing w:after="20"/>
            </w:pPr>
            <w:proofErr w:type="spellStart"/>
            <w:r w:rsidRPr="00106719">
              <w:rPr>
                <w:b/>
                <w:sz w:val="17"/>
              </w:rPr>
              <w:lastRenderedPageBreak/>
              <w:t>Periodo</w:t>
            </w:r>
            <w:proofErr w:type="spellEnd"/>
          </w:p>
        </w:tc>
        <w:tc>
          <w:tcPr>
            <w:tcW w:w="7540" w:type="dxa"/>
          </w:tcPr>
          <w:p w14:paraId="59E61337" w14:textId="77777777" w:rsidR="000D3CD5" w:rsidRPr="00106719" w:rsidRDefault="000D3CD5" w:rsidP="008B0F7A">
            <w:pPr>
              <w:spacing w:after="20"/>
            </w:pPr>
            <w:r w:rsidRPr="00106719">
              <w:rPr>
                <w:i/>
                <w:sz w:val="17"/>
              </w:rPr>
              <w:t xml:space="preserve">2° </w:t>
            </w:r>
            <w:proofErr w:type="spellStart"/>
            <w:r w:rsidRPr="00106719">
              <w:rPr>
                <w:i/>
                <w:sz w:val="17"/>
              </w:rPr>
              <w:t>quadrimestre</w:t>
            </w:r>
            <w:proofErr w:type="spellEnd"/>
            <w:r w:rsidRPr="00106719">
              <w:rPr>
                <w:i/>
                <w:sz w:val="17"/>
              </w:rPr>
              <w:t xml:space="preserve"> · </w:t>
            </w:r>
            <w:proofErr w:type="spellStart"/>
            <w:r w:rsidRPr="00106719">
              <w:rPr>
                <w:i/>
                <w:sz w:val="17"/>
              </w:rPr>
              <w:t>febbraio</w:t>
            </w:r>
            <w:proofErr w:type="spellEnd"/>
            <w:r w:rsidRPr="00106719">
              <w:rPr>
                <w:i/>
                <w:sz w:val="17"/>
              </w:rPr>
              <w:t xml:space="preserve"> – pausa </w:t>
            </w:r>
            <w:proofErr w:type="spellStart"/>
            <w:r w:rsidRPr="00106719">
              <w:rPr>
                <w:i/>
                <w:sz w:val="17"/>
              </w:rPr>
              <w:t>pasquale</w:t>
            </w:r>
            <w:proofErr w:type="spellEnd"/>
          </w:p>
        </w:tc>
      </w:tr>
      <w:tr w:rsidR="000D3CD5" w:rsidRPr="00106719" w14:paraId="6FE681AE" w14:textId="77777777" w:rsidTr="008B0F7A">
        <w:trPr>
          <w:cantSplit/>
        </w:trPr>
        <w:tc>
          <w:tcPr>
            <w:tcW w:w="2211" w:type="dxa"/>
            <w:shd w:val="clear" w:color="auto" w:fill="EDF0F5"/>
          </w:tcPr>
          <w:p w14:paraId="33783E1D"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26F3BEAC" w14:textId="77777777" w:rsidR="000D3CD5" w:rsidRPr="00106719" w:rsidRDefault="000D3CD5" w:rsidP="008B0F7A">
            <w:pPr>
              <w:spacing w:after="20"/>
              <w:rPr>
                <w:lang w:val="it-IT"/>
              </w:rPr>
            </w:pPr>
            <w:r w:rsidRPr="00106719">
              <w:rPr>
                <w:sz w:val="17"/>
                <w:lang w:val="it-IT"/>
              </w:rPr>
              <w:t>Assumere stili di vita e comportamenti attivi nei confronti della salute · Competenza chiave: competenza in scienze e tecnologie</w:t>
            </w:r>
          </w:p>
        </w:tc>
      </w:tr>
      <w:tr w:rsidR="000D3CD5" w:rsidRPr="00106719" w14:paraId="7CE5D264" w14:textId="77777777" w:rsidTr="008B0F7A">
        <w:trPr>
          <w:cantSplit/>
        </w:trPr>
        <w:tc>
          <w:tcPr>
            <w:tcW w:w="2211" w:type="dxa"/>
            <w:shd w:val="clear" w:color="auto" w:fill="EDF0F5"/>
          </w:tcPr>
          <w:p w14:paraId="7909EF10"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0D252696" w14:textId="77777777" w:rsidR="000D3CD5" w:rsidRPr="00106719" w:rsidRDefault="000D3CD5" w:rsidP="008B0F7A">
            <w:pPr>
              <w:spacing w:after="0"/>
              <w:rPr>
                <w:lang w:val="it-IT"/>
              </w:rPr>
            </w:pPr>
            <w:r w:rsidRPr="00106719">
              <w:rPr>
                <w:sz w:val="17"/>
                <w:lang w:val="it-IT"/>
              </w:rPr>
              <w:t>· Riconoscere una situazione di emergenza e attivare la catena del soccorso</w:t>
            </w:r>
          </w:p>
          <w:p w14:paraId="65460003" w14:textId="77777777" w:rsidR="000D3CD5" w:rsidRPr="00106719" w:rsidRDefault="000D3CD5" w:rsidP="008B0F7A">
            <w:pPr>
              <w:spacing w:after="0"/>
              <w:rPr>
                <w:lang w:val="it-IT"/>
              </w:rPr>
            </w:pPr>
            <w:r w:rsidRPr="00106719">
              <w:rPr>
                <w:sz w:val="17"/>
                <w:lang w:val="it-IT"/>
              </w:rPr>
              <w:t>· Eseguire le manovre di primo soccorso di base</w:t>
            </w:r>
          </w:p>
          <w:p w14:paraId="497B63C8" w14:textId="77777777" w:rsidR="000D3CD5" w:rsidRPr="00106719" w:rsidRDefault="000D3CD5" w:rsidP="008B0F7A">
            <w:pPr>
              <w:spacing w:after="0"/>
              <w:rPr>
                <w:lang w:val="it-IT"/>
              </w:rPr>
            </w:pPr>
            <w:r w:rsidRPr="00106719">
              <w:rPr>
                <w:sz w:val="17"/>
                <w:lang w:val="it-IT"/>
              </w:rPr>
              <w:t>· Riconoscere i comportamenti a rischio</w:t>
            </w:r>
          </w:p>
          <w:p w14:paraId="1DAFD0B1" w14:textId="77777777" w:rsidR="000D3CD5" w:rsidRPr="00106719" w:rsidRDefault="000D3CD5" w:rsidP="008B0F7A">
            <w:pPr>
              <w:spacing w:after="0"/>
              <w:rPr>
                <w:lang w:val="it-IT"/>
              </w:rPr>
            </w:pPr>
            <w:r w:rsidRPr="00106719">
              <w:rPr>
                <w:sz w:val="17"/>
                <w:lang w:val="it-IT"/>
              </w:rPr>
              <w:t>· Applicare le norme di sicurezza negli spazi sportivi</w:t>
            </w:r>
          </w:p>
        </w:tc>
      </w:tr>
      <w:tr w:rsidR="000D3CD5" w:rsidRPr="00106719" w14:paraId="73C444AD" w14:textId="77777777" w:rsidTr="008B0F7A">
        <w:trPr>
          <w:cantSplit/>
        </w:trPr>
        <w:tc>
          <w:tcPr>
            <w:tcW w:w="2211" w:type="dxa"/>
            <w:shd w:val="clear" w:color="auto" w:fill="EDF0F5"/>
          </w:tcPr>
          <w:p w14:paraId="17C53A18"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045276A0"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Nozioni di primo soccorso; traumi più frequenti nell'attività sportiva; norme di sicurezza in palestra e all'aperto.</w:t>
            </w:r>
          </w:p>
          <w:p w14:paraId="6A9D8BAC"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BLS e disostruzione delle vie aeree; alimentazione e attività fisica; le dipendenze e il doping.</w:t>
            </w:r>
          </w:p>
          <w:p w14:paraId="3904447D"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Approfondimento su sicurezza nei luoghi di lavoro in raccordo con la formazione generale prevista dalla formazione scuola-lavoro.</w:t>
            </w:r>
          </w:p>
        </w:tc>
      </w:tr>
      <w:tr w:rsidR="000D3CD5" w:rsidRPr="00106719" w14:paraId="08D06D5B" w14:textId="77777777" w:rsidTr="008B0F7A">
        <w:trPr>
          <w:cantSplit/>
        </w:trPr>
        <w:tc>
          <w:tcPr>
            <w:tcW w:w="2211" w:type="dxa"/>
            <w:shd w:val="clear" w:color="auto" w:fill="EDF0F5"/>
          </w:tcPr>
          <w:p w14:paraId="4B8B95CF"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44FF14DE" w14:textId="77777777" w:rsidR="000D3CD5" w:rsidRPr="00106719" w:rsidRDefault="000D3CD5" w:rsidP="008B0F7A">
            <w:pPr>
              <w:spacing w:after="20"/>
              <w:rPr>
                <w:lang w:val="it-IT"/>
              </w:rPr>
            </w:pPr>
            <w:r w:rsidRPr="00106719">
              <w:rPr>
                <w:sz w:val="17"/>
                <w:lang w:val="it-IT"/>
              </w:rPr>
              <w:t>Esercitazioni pratiche con manichino; intervento di operatori esterni; raccordo con il Servizio di prevenzione e protezione d'istituto.</w:t>
            </w:r>
          </w:p>
        </w:tc>
      </w:tr>
      <w:tr w:rsidR="000D3CD5" w:rsidRPr="00106719" w14:paraId="36713D72" w14:textId="77777777" w:rsidTr="008B0F7A">
        <w:trPr>
          <w:cantSplit/>
        </w:trPr>
        <w:tc>
          <w:tcPr>
            <w:tcW w:w="2211" w:type="dxa"/>
            <w:shd w:val="clear" w:color="auto" w:fill="EDF0F5"/>
          </w:tcPr>
          <w:p w14:paraId="3EFFF455"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7C4D2429" w14:textId="77777777" w:rsidR="000D3CD5" w:rsidRPr="00106719" w:rsidRDefault="000D3CD5" w:rsidP="008B0F7A">
            <w:pPr>
              <w:spacing w:after="20"/>
              <w:rPr>
                <w:lang w:val="it-IT"/>
              </w:rPr>
            </w:pPr>
            <w:r w:rsidRPr="00106719">
              <w:rPr>
                <w:sz w:val="17"/>
                <w:lang w:val="it-IT"/>
              </w:rPr>
              <w:t>Simulazione documentata di un intervento di primo soccorso.</w:t>
            </w:r>
          </w:p>
        </w:tc>
      </w:tr>
      <w:tr w:rsidR="000D3CD5" w:rsidRPr="00106719" w14:paraId="442A76BD" w14:textId="77777777" w:rsidTr="008B0F7A">
        <w:trPr>
          <w:cantSplit/>
        </w:trPr>
        <w:tc>
          <w:tcPr>
            <w:tcW w:w="2211" w:type="dxa"/>
            <w:shd w:val="clear" w:color="auto" w:fill="EDF0F5"/>
          </w:tcPr>
          <w:p w14:paraId="314EFE54"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3E7FB408" w14:textId="77777777" w:rsidR="000D3CD5" w:rsidRPr="00106719" w:rsidRDefault="000D3CD5" w:rsidP="008B0F7A">
            <w:pPr>
              <w:spacing w:after="20"/>
              <w:rPr>
                <w:lang w:val="it-IT"/>
              </w:rPr>
            </w:pPr>
            <w:r w:rsidRPr="00106719">
              <w:rPr>
                <w:sz w:val="17"/>
                <w:lang w:val="it-IT"/>
              </w:rPr>
              <w:t>Valutazione della simulazione su griglia; prova strutturata; osservazione delle procedure.</w:t>
            </w:r>
          </w:p>
        </w:tc>
      </w:tr>
      <w:tr w:rsidR="000D3CD5" w:rsidRPr="00106719" w14:paraId="3C5CB78D" w14:textId="77777777" w:rsidTr="008B0F7A">
        <w:trPr>
          <w:cantSplit/>
        </w:trPr>
        <w:tc>
          <w:tcPr>
            <w:tcW w:w="2211" w:type="dxa"/>
            <w:shd w:val="clear" w:color="auto" w:fill="EDF0F5"/>
          </w:tcPr>
          <w:p w14:paraId="2C1A16B7"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7FE62D17" w14:textId="77777777" w:rsidR="000D3CD5" w:rsidRPr="00106719" w:rsidRDefault="000D3CD5" w:rsidP="008B0F7A">
            <w:pPr>
              <w:spacing w:after="20"/>
              <w:rPr>
                <w:lang w:val="it-IT"/>
              </w:rPr>
            </w:pPr>
            <w:r w:rsidRPr="00106719">
              <w:rPr>
                <w:sz w:val="17"/>
                <w:lang w:val="it-IT"/>
              </w:rPr>
              <w:t>Sviluppo sostenibile · 3 ore: salute come bene individuale e collettivo; art. 32 Cost.</w:t>
            </w:r>
          </w:p>
        </w:tc>
      </w:tr>
      <w:tr w:rsidR="000D3CD5" w:rsidRPr="00106719" w14:paraId="0D4A4742" w14:textId="77777777" w:rsidTr="008B0F7A">
        <w:trPr>
          <w:cantSplit/>
        </w:trPr>
        <w:tc>
          <w:tcPr>
            <w:tcW w:w="2211" w:type="dxa"/>
            <w:shd w:val="clear" w:color="auto" w:fill="EDF0F5"/>
          </w:tcPr>
          <w:p w14:paraId="4BFA8127"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64398258" w14:textId="77777777" w:rsidR="000D3CD5" w:rsidRPr="00106719" w:rsidRDefault="000D3CD5" w:rsidP="008B0F7A">
            <w:pPr>
              <w:spacing w:after="20"/>
              <w:rPr>
                <w:lang w:val="it-IT"/>
              </w:rPr>
            </w:pPr>
            <w:r w:rsidRPr="00106719">
              <w:rPr>
                <w:sz w:val="17"/>
                <w:lang w:val="it-IT"/>
              </w:rPr>
              <w:t>Assicura le condizioni di sicurezza delle attività esterne e la formazione di base dei gruppi di lavoro.</w:t>
            </w:r>
          </w:p>
        </w:tc>
      </w:tr>
    </w:tbl>
    <w:p w14:paraId="759C67EB"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4CEDB00B" w14:textId="77777777" w:rsidTr="008B0F7A">
        <w:trPr>
          <w:cantSplit/>
        </w:trPr>
        <w:tc>
          <w:tcPr>
            <w:tcW w:w="9752" w:type="dxa"/>
            <w:gridSpan w:val="2"/>
            <w:shd w:val="clear" w:color="auto" w:fill="D6DFEE"/>
          </w:tcPr>
          <w:p w14:paraId="0C4BA460"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4 — Espressività, ambiente naturale e cittadinanza attiva</w:t>
            </w:r>
          </w:p>
        </w:tc>
      </w:tr>
      <w:tr w:rsidR="000D3CD5" w:rsidRPr="00106719" w14:paraId="1EBDAEC5" w14:textId="77777777" w:rsidTr="008B0F7A">
        <w:trPr>
          <w:cantSplit/>
        </w:trPr>
        <w:tc>
          <w:tcPr>
            <w:tcW w:w="2211" w:type="dxa"/>
            <w:shd w:val="clear" w:color="auto" w:fill="EDF0F5"/>
          </w:tcPr>
          <w:p w14:paraId="5587868A"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4B412F3A" w14:textId="77777777" w:rsidR="000D3CD5" w:rsidRPr="00106719" w:rsidRDefault="000D3CD5" w:rsidP="008B0F7A">
            <w:pPr>
              <w:spacing w:after="20"/>
              <w:rPr>
                <w:lang w:val="it-IT"/>
              </w:rPr>
            </w:pPr>
            <w:r w:rsidRPr="00106719">
              <w:rPr>
                <w:i/>
                <w:sz w:val="17"/>
                <w:lang w:val="it-IT"/>
              </w:rPr>
              <w:t>2° quadrimestre · dopo Pasqua – termine delle lezioni</w:t>
            </w:r>
          </w:p>
        </w:tc>
      </w:tr>
      <w:tr w:rsidR="000D3CD5" w:rsidRPr="00106719" w14:paraId="0C5CD6ED" w14:textId="77777777" w:rsidTr="008B0F7A">
        <w:trPr>
          <w:cantSplit/>
        </w:trPr>
        <w:tc>
          <w:tcPr>
            <w:tcW w:w="2211" w:type="dxa"/>
            <w:shd w:val="clear" w:color="auto" w:fill="EDF0F5"/>
          </w:tcPr>
          <w:p w14:paraId="6DE68837"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40049F37" w14:textId="77777777" w:rsidR="000D3CD5" w:rsidRPr="00106719" w:rsidRDefault="000D3CD5" w:rsidP="008B0F7A">
            <w:pPr>
              <w:spacing w:after="20"/>
              <w:rPr>
                <w:lang w:val="it-IT"/>
              </w:rPr>
            </w:pPr>
            <w:r w:rsidRPr="00106719">
              <w:rPr>
                <w:sz w:val="17"/>
                <w:lang w:val="it-IT"/>
              </w:rPr>
              <w:t>Muoversi in ambiente naturale e utilizzare il linguaggio del corpo · Competenza chiave: consapevolezza ed espressione culturale</w:t>
            </w:r>
          </w:p>
        </w:tc>
      </w:tr>
      <w:tr w:rsidR="000D3CD5" w:rsidRPr="00106719" w14:paraId="5991FEB8" w14:textId="77777777" w:rsidTr="008B0F7A">
        <w:trPr>
          <w:cantSplit/>
        </w:trPr>
        <w:tc>
          <w:tcPr>
            <w:tcW w:w="2211" w:type="dxa"/>
            <w:shd w:val="clear" w:color="auto" w:fill="EDF0F5"/>
          </w:tcPr>
          <w:p w14:paraId="60AE02AF"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0EA9E372" w14:textId="77777777" w:rsidR="000D3CD5" w:rsidRPr="00106719" w:rsidRDefault="000D3CD5" w:rsidP="008B0F7A">
            <w:pPr>
              <w:spacing w:after="0"/>
              <w:rPr>
                <w:lang w:val="it-IT"/>
              </w:rPr>
            </w:pPr>
            <w:r w:rsidRPr="00106719">
              <w:rPr>
                <w:sz w:val="17"/>
                <w:lang w:val="it-IT"/>
              </w:rPr>
              <w:t>· Orientarsi e muoversi in sicurezza in ambiente naturale</w:t>
            </w:r>
          </w:p>
          <w:p w14:paraId="26874729" w14:textId="77777777" w:rsidR="000D3CD5" w:rsidRPr="00106719" w:rsidRDefault="000D3CD5" w:rsidP="008B0F7A">
            <w:pPr>
              <w:spacing w:after="0"/>
              <w:rPr>
                <w:lang w:val="it-IT"/>
              </w:rPr>
            </w:pPr>
            <w:r w:rsidRPr="00106719">
              <w:rPr>
                <w:sz w:val="17"/>
                <w:lang w:val="it-IT"/>
              </w:rPr>
              <w:t>· Utilizzare il corpo come strumento espressivo</w:t>
            </w:r>
          </w:p>
          <w:p w14:paraId="2EC1B2F5" w14:textId="77777777" w:rsidR="000D3CD5" w:rsidRPr="00106719" w:rsidRDefault="000D3CD5" w:rsidP="008B0F7A">
            <w:pPr>
              <w:spacing w:after="0"/>
              <w:rPr>
                <w:lang w:val="it-IT"/>
              </w:rPr>
            </w:pPr>
            <w:r w:rsidRPr="00106719">
              <w:rPr>
                <w:sz w:val="17"/>
                <w:lang w:val="it-IT"/>
              </w:rPr>
              <w:t>· Progettare un'attività motoria all'aperto</w:t>
            </w:r>
          </w:p>
          <w:p w14:paraId="57FB2A48" w14:textId="77777777" w:rsidR="000D3CD5" w:rsidRPr="00106719" w:rsidRDefault="000D3CD5" w:rsidP="008B0F7A">
            <w:pPr>
              <w:spacing w:after="0"/>
              <w:rPr>
                <w:lang w:val="it-IT"/>
              </w:rPr>
            </w:pPr>
            <w:r w:rsidRPr="00106719">
              <w:rPr>
                <w:sz w:val="17"/>
                <w:lang w:val="it-IT"/>
              </w:rPr>
              <w:t>· Riconoscere il valore culturale e sociale dell'attività sportiva</w:t>
            </w:r>
          </w:p>
        </w:tc>
      </w:tr>
      <w:tr w:rsidR="000D3CD5" w:rsidRPr="00106719" w14:paraId="54796534" w14:textId="77777777" w:rsidTr="008B0F7A">
        <w:trPr>
          <w:cantSplit/>
        </w:trPr>
        <w:tc>
          <w:tcPr>
            <w:tcW w:w="2211" w:type="dxa"/>
            <w:shd w:val="clear" w:color="auto" w:fill="EDF0F5"/>
          </w:tcPr>
          <w:p w14:paraId="50E5CEA1"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1B34E503"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Attività in ambiente naturale; orienteering; espressività corporea e ritmo.</w:t>
            </w:r>
          </w:p>
          <w:p w14:paraId="5742547E"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Sport individuali e attività outdoor; progettazione di un'escursione; il linguaggio del corpo e la comunicazione non verbale.</w:t>
            </w:r>
          </w:p>
          <w:p w14:paraId="26B04CA7"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Sport e società: inclusione, disabilità, genere; progettazione di un'iniziativa di promozione sportiva sul territorio.</w:t>
            </w:r>
          </w:p>
        </w:tc>
      </w:tr>
      <w:tr w:rsidR="000D3CD5" w:rsidRPr="00106719" w14:paraId="1B42CB15" w14:textId="77777777" w:rsidTr="008B0F7A">
        <w:trPr>
          <w:cantSplit/>
        </w:trPr>
        <w:tc>
          <w:tcPr>
            <w:tcW w:w="2211" w:type="dxa"/>
            <w:shd w:val="clear" w:color="auto" w:fill="EDF0F5"/>
          </w:tcPr>
          <w:p w14:paraId="502C611E"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196A4F2" w14:textId="77777777" w:rsidR="000D3CD5" w:rsidRPr="00106719" w:rsidRDefault="000D3CD5" w:rsidP="008B0F7A">
            <w:pPr>
              <w:spacing w:after="20"/>
              <w:rPr>
                <w:lang w:val="it-IT"/>
              </w:rPr>
            </w:pPr>
            <w:r w:rsidRPr="00106719">
              <w:rPr>
                <w:sz w:val="17"/>
                <w:lang w:val="it-IT"/>
              </w:rPr>
              <w:t>Uscita in ambiente naturale; laboratorio espressivo; progettazione partecipata; raccordo con il Regolamento delle uscite didattiche.</w:t>
            </w:r>
          </w:p>
        </w:tc>
      </w:tr>
      <w:tr w:rsidR="000D3CD5" w:rsidRPr="00106719" w14:paraId="622E60FA" w14:textId="77777777" w:rsidTr="008B0F7A">
        <w:trPr>
          <w:cantSplit/>
        </w:trPr>
        <w:tc>
          <w:tcPr>
            <w:tcW w:w="2211" w:type="dxa"/>
            <w:shd w:val="clear" w:color="auto" w:fill="EDF0F5"/>
          </w:tcPr>
          <w:p w14:paraId="6C759F12"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77646973" w14:textId="77777777" w:rsidR="000D3CD5" w:rsidRPr="00106719" w:rsidRDefault="000D3CD5" w:rsidP="008B0F7A">
            <w:pPr>
              <w:spacing w:after="20"/>
              <w:rPr>
                <w:lang w:val="it-IT"/>
              </w:rPr>
            </w:pPr>
            <w:r w:rsidRPr="00106719">
              <w:rPr>
                <w:sz w:val="17"/>
                <w:lang w:val="it-IT"/>
              </w:rPr>
              <w:t>Progetto documentato di un'attività motoria all'aperto sul territorio.</w:t>
            </w:r>
          </w:p>
        </w:tc>
      </w:tr>
      <w:tr w:rsidR="000D3CD5" w:rsidRPr="00106719" w14:paraId="1E00A265" w14:textId="77777777" w:rsidTr="008B0F7A">
        <w:trPr>
          <w:cantSplit/>
        </w:trPr>
        <w:tc>
          <w:tcPr>
            <w:tcW w:w="2211" w:type="dxa"/>
            <w:shd w:val="clear" w:color="auto" w:fill="EDF0F5"/>
          </w:tcPr>
          <w:p w14:paraId="284B4EEF"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C1FE0D1" w14:textId="77777777" w:rsidR="000D3CD5" w:rsidRPr="00106719" w:rsidRDefault="000D3CD5" w:rsidP="008B0F7A">
            <w:pPr>
              <w:spacing w:after="20"/>
              <w:rPr>
                <w:lang w:val="it-IT"/>
              </w:rPr>
            </w:pPr>
            <w:r w:rsidRPr="00106719">
              <w:rPr>
                <w:sz w:val="17"/>
                <w:lang w:val="it-IT"/>
              </w:rPr>
              <w:t>Valutazione del progetto su rubrica; prova pratica in ambiente; autovalutazione finale.</w:t>
            </w:r>
          </w:p>
        </w:tc>
      </w:tr>
      <w:tr w:rsidR="000D3CD5" w:rsidRPr="00106719" w14:paraId="0E3A1D8F" w14:textId="77777777" w:rsidTr="008B0F7A">
        <w:trPr>
          <w:cantSplit/>
        </w:trPr>
        <w:tc>
          <w:tcPr>
            <w:tcW w:w="2211" w:type="dxa"/>
            <w:shd w:val="clear" w:color="auto" w:fill="EDF0F5"/>
          </w:tcPr>
          <w:p w14:paraId="1962C8E5"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7DC1C89D" w14:textId="77777777" w:rsidR="000D3CD5" w:rsidRPr="00106719" w:rsidRDefault="000D3CD5" w:rsidP="008B0F7A">
            <w:pPr>
              <w:spacing w:after="20"/>
              <w:rPr>
                <w:lang w:val="it-IT"/>
              </w:rPr>
            </w:pPr>
            <w:r w:rsidRPr="00106719">
              <w:rPr>
                <w:sz w:val="17"/>
                <w:lang w:val="it-IT"/>
              </w:rPr>
              <w:t>Sviluppo sostenibile · 2 ore: fruizione responsabile dei sentieri e delle aree naturali; rispetto dell'ambiente.</w:t>
            </w:r>
          </w:p>
        </w:tc>
      </w:tr>
      <w:tr w:rsidR="000D3CD5" w:rsidRPr="00106719" w14:paraId="416B49D4" w14:textId="77777777" w:rsidTr="008B0F7A">
        <w:trPr>
          <w:cantSplit/>
        </w:trPr>
        <w:tc>
          <w:tcPr>
            <w:tcW w:w="2211" w:type="dxa"/>
            <w:shd w:val="clear" w:color="auto" w:fill="EDF0F5"/>
          </w:tcPr>
          <w:p w14:paraId="668CA76D"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3CFFEE71" w14:textId="77777777" w:rsidR="000D3CD5" w:rsidRPr="00106719" w:rsidRDefault="000D3CD5" w:rsidP="008B0F7A">
            <w:pPr>
              <w:spacing w:after="20"/>
              <w:rPr>
                <w:lang w:val="it-IT"/>
              </w:rPr>
            </w:pPr>
            <w:r w:rsidRPr="00106719">
              <w:rPr>
                <w:sz w:val="17"/>
                <w:lang w:val="it-IT"/>
              </w:rPr>
              <w:t>Progetta e conduce l'itinerario escursionistico collegato all'archivio digitale.</w:t>
            </w:r>
          </w:p>
        </w:tc>
      </w:tr>
    </w:tbl>
    <w:p w14:paraId="4BFC2F9E" w14:textId="77777777" w:rsidR="000D3CD5" w:rsidRPr="00106719" w:rsidRDefault="000D3CD5" w:rsidP="000D3CD5">
      <w:pPr>
        <w:spacing w:after="60"/>
        <w:rPr>
          <w:lang w:val="it-IT"/>
        </w:rPr>
      </w:pPr>
    </w:p>
    <w:p w14:paraId="24BBA5EE" w14:textId="77777777" w:rsidR="000D3CD5" w:rsidRPr="00106719" w:rsidRDefault="000D3CD5" w:rsidP="000D3CD5">
      <w:pPr>
        <w:rPr>
          <w:lang w:val="it-IT"/>
        </w:rPr>
      </w:pPr>
      <w:r w:rsidRPr="00106719">
        <w:rPr>
          <w:lang w:val="it-IT"/>
        </w:rPr>
        <w:br w:type="page"/>
      </w:r>
    </w:p>
    <w:p w14:paraId="4DD953A8" w14:textId="77777777" w:rsidR="000D3CD5" w:rsidRPr="00106719" w:rsidRDefault="000D3CD5" w:rsidP="000D3CD5">
      <w:pPr>
        <w:pStyle w:val="Titolo2"/>
        <w:spacing w:before="320"/>
        <w:rPr>
          <w:color w:val="auto"/>
          <w:lang w:val="it-IT"/>
        </w:rPr>
      </w:pPr>
      <w:proofErr w:type="gramStart"/>
      <w:r w:rsidRPr="00106719">
        <w:rPr>
          <w:rFonts w:ascii="Book Antiqua" w:hAnsi="Book Antiqua"/>
          <w:color w:val="auto"/>
          <w:sz w:val="23"/>
          <w:lang w:val="it-IT"/>
        </w:rPr>
        <w:lastRenderedPageBreak/>
        <w:t>C.12  RELIGIONE</w:t>
      </w:r>
      <w:proofErr w:type="gramEnd"/>
      <w:r w:rsidRPr="00106719">
        <w:rPr>
          <w:rFonts w:ascii="Book Antiqua" w:hAnsi="Book Antiqua"/>
          <w:color w:val="auto"/>
          <w:sz w:val="23"/>
          <w:lang w:val="it-IT"/>
        </w:rPr>
        <w:t xml:space="preserve"> CATTOLICA O ATTIVITÀ ALTERNATIVE</w:t>
      </w:r>
    </w:p>
    <w:p w14:paraId="256B36B7" w14:textId="77777777" w:rsidR="000D3CD5" w:rsidRPr="00106719" w:rsidRDefault="000D3CD5" w:rsidP="000D3CD5">
      <w:pPr>
        <w:spacing w:after="60"/>
        <w:rPr>
          <w:lang w:val="it-IT"/>
        </w:rPr>
      </w:pPr>
      <w:r w:rsidRPr="00106719">
        <w:rPr>
          <w:i/>
          <w:sz w:val="17"/>
          <w:lang w:val="it-IT"/>
        </w:rPr>
        <w:t>Classe di concorso: Insegnanti di religione cattolica (Intesa MIUR-CEI 28/06/2012</w:t>
      </w:r>
      <w:proofErr w:type="gramStart"/>
      <w:r w:rsidRPr="00106719">
        <w:rPr>
          <w:i/>
          <w:sz w:val="17"/>
          <w:lang w:val="it-IT"/>
        </w:rPr>
        <w:t>)  ·</w:t>
      </w:r>
      <w:proofErr w:type="gramEnd"/>
      <w:r w:rsidRPr="00106719">
        <w:rPr>
          <w:i/>
          <w:sz w:val="17"/>
          <w:lang w:val="it-IT"/>
        </w:rPr>
        <w:t xml:space="preserve">  Monte ore nell'indirizzo: 1 ora settimanale per l'intero quinquennio</w:t>
      </w:r>
    </w:p>
    <w:p w14:paraId="1D1EC66D" w14:textId="77777777" w:rsidR="000D3CD5" w:rsidRPr="00106719" w:rsidRDefault="000D3CD5" w:rsidP="000D3CD5">
      <w:pPr>
        <w:spacing w:after="60"/>
        <w:jc w:val="both"/>
        <w:rPr>
          <w:lang w:val="it-IT"/>
        </w:rPr>
      </w:pPr>
      <w:r w:rsidRPr="00106719">
        <w:rPr>
          <w:sz w:val="17"/>
          <w:lang w:val="it-IT"/>
        </w:rPr>
        <w:t>Nota generale sulla disciplina. Un'ora settimanale per l'intero quinquennio in tutti gli indirizzi. La scheda vale per l'insegnamento della religione cattolica; per le attività alternative il Collegio approva una progettazione parallela sui medesimi nuclei di cittadinanza, etica e cultura, assicurando pari dignità formativa.</w:t>
      </w:r>
    </w:p>
    <w:p w14:paraId="40AF0310" w14:textId="77777777" w:rsidR="000D3CD5" w:rsidRPr="00106719" w:rsidRDefault="000D3CD5" w:rsidP="000D3CD5">
      <w:pPr>
        <w:spacing w:after="120"/>
        <w:jc w:val="both"/>
        <w:rPr>
          <w:lang w:val="it-IT"/>
        </w:rPr>
      </w:pPr>
      <w:r w:rsidRPr="00106719">
        <w:rPr>
          <w:sz w:val="17"/>
          <w:lang w:val="it-IT"/>
        </w:rPr>
        <w:t xml:space="preserve">Declinazione per l'indirizzo. Il raccordo privilegiato riguarda l'etica delle biotecnologie e dell'intelligenza artificiale, oggetto della quarta </w:t>
      </w:r>
      <w:proofErr w:type="spellStart"/>
      <w:r w:rsidRPr="00106719">
        <w:rPr>
          <w:sz w:val="17"/>
          <w:lang w:val="it-IT"/>
        </w:rPr>
        <w:t>U.d.A</w:t>
      </w:r>
      <w:proofErr w:type="spellEnd"/>
      <w:r w:rsidRPr="00106719">
        <w:rPr>
          <w:sz w:val="17"/>
          <w:lang w:val="it-IT"/>
        </w:rPr>
        <w:t>.</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6DCCC04C" w14:textId="77777777" w:rsidTr="008B0F7A">
        <w:trPr>
          <w:cantSplit/>
        </w:trPr>
        <w:tc>
          <w:tcPr>
            <w:tcW w:w="9752" w:type="dxa"/>
            <w:gridSpan w:val="2"/>
            <w:shd w:val="clear" w:color="auto" w:fill="D6DFEE"/>
          </w:tcPr>
          <w:p w14:paraId="151550E3"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1 — La domanda di senso e il fatto religioso</w:t>
            </w:r>
          </w:p>
        </w:tc>
      </w:tr>
      <w:tr w:rsidR="000D3CD5" w:rsidRPr="00106719" w14:paraId="3E9C76A0" w14:textId="77777777" w:rsidTr="008B0F7A">
        <w:trPr>
          <w:cantSplit/>
        </w:trPr>
        <w:tc>
          <w:tcPr>
            <w:tcW w:w="2211" w:type="dxa"/>
            <w:shd w:val="clear" w:color="auto" w:fill="EDF0F5"/>
          </w:tcPr>
          <w:p w14:paraId="62FA0769"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2CFB4540"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settembre</w:t>
            </w:r>
            <w:proofErr w:type="spellEnd"/>
            <w:r w:rsidRPr="00106719">
              <w:rPr>
                <w:i/>
                <w:sz w:val="17"/>
              </w:rPr>
              <w:t xml:space="preserve"> – </w:t>
            </w:r>
            <w:proofErr w:type="spellStart"/>
            <w:r w:rsidRPr="00106719">
              <w:rPr>
                <w:i/>
                <w:sz w:val="17"/>
              </w:rPr>
              <w:t>inizio</w:t>
            </w:r>
            <w:proofErr w:type="spellEnd"/>
            <w:r w:rsidRPr="00106719">
              <w:rPr>
                <w:i/>
                <w:sz w:val="17"/>
              </w:rPr>
              <w:t xml:space="preserve"> </w:t>
            </w:r>
            <w:proofErr w:type="spellStart"/>
            <w:r w:rsidRPr="00106719">
              <w:rPr>
                <w:i/>
                <w:sz w:val="17"/>
              </w:rPr>
              <w:t>novembre</w:t>
            </w:r>
            <w:proofErr w:type="spellEnd"/>
          </w:p>
        </w:tc>
      </w:tr>
      <w:tr w:rsidR="000D3CD5" w:rsidRPr="00106719" w14:paraId="2936CF07" w14:textId="77777777" w:rsidTr="008B0F7A">
        <w:trPr>
          <w:cantSplit/>
        </w:trPr>
        <w:tc>
          <w:tcPr>
            <w:tcW w:w="2211" w:type="dxa"/>
            <w:shd w:val="clear" w:color="auto" w:fill="EDF0F5"/>
          </w:tcPr>
          <w:p w14:paraId="137FB1D1"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24D562AA" w14:textId="77777777" w:rsidR="000D3CD5" w:rsidRPr="00106719" w:rsidRDefault="000D3CD5" w:rsidP="008B0F7A">
            <w:pPr>
              <w:spacing w:after="20"/>
              <w:rPr>
                <w:lang w:val="it-IT"/>
              </w:rPr>
            </w:pPr>
            <w:r w:rsidRPr="00106719">
              <w:rPr>
                <w:sz w:val="17"/>
                <w:lang w:val="it-IT"/>
              </w:rPr>
              <w:t>Riconoscere la dimensione religiosa come componente della cultura e della persona · Competenza chiave: consapevolezza ed espressione culturale</w:t>
            </w:r>
          </w:p>
        </w:tc>
      </w:tr>
      <w:tr w:rsidR="000D3CD5" w:rsidRPr="00106719" w14:paraId="06A74D2C" w14:textId="77777777" w:rsidTr="008B0F7A">
        <w:trPr>
          <w:cantSplit/>
        </w:trPr>
        <w:tc>
          <w:tcPr>
            <w:tcW w:w="2211" w:type="dxa"/>
            <w:shd w:val="clear" w:color="auto" w:fill="EDF0F5"/>
          </w:tcPr>
          <w:p w14:paraId="36B10D05"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414D4B9D" w14:textId="77777777" w:rsidR="000D3CD5" w:rsidRPr="00106719" w:rsidRDefault="000D3CD5" w:rsidP="008B0F7A">
            <w:pPr>
              <w:spacing w:after="0"/>
              <w:rPr>
                <w:lang w:val="it-IT"/>
              </w:rPr>
            </w:pPr>
            <w:r w:rsidRPr="00106719">
              <w:rPr>
                <w:sz w:val="17"/>
                <w:lang w:val="it-IT"/>
              </w:rPr>
              <w:t>· Distinguere i piani del discorso religioso, scientifico e filosofico</w:t>
            </w:r>
          </w:p>
          <w:p w14:paraId="4D5A94DC" w14:textId="77777777" w:rsidR="000D3CD5" w:rsidRPr="00106719" w:rsidRDefault="000D3CD5" w:rsidP="008B0F7A">
            <w:pPr>
              <w:spacing w:after="0"/>
              <w:rPr>
                <w:lang w:val="it-IT"/>
              </w:rPr>
            </w:pPr>
            <w:r w:rsidRPr="00106719">
              <w:rPr>
                <w:sz w:val="17"/>
                <w:lang w:val="it-IT"/>
              </w:rPr>
              <w:t>· Riconoscere le domande di senso nella propria esperienza e nei testi</w:t>
            </w:r>
          </w:p>
          <w:p w14:paraId="270D990F" w14:textId="77777777" w:rsidR="000D3CD5" w:rsidRPr="00106719" w:rsidRDefault="000D3CD5" w:rsidP="008B0F7A">
            <w:pPr>
              <w:spacing w:after="0"/>
              <w:rPr>
                <w:lang w:val="it-IT"/>
              </w:rPr>
            </w:pPr>
            <w:r w:rsidRPr="00106719">
              <w:rPr>
                <w:sz w:val="17"/>
                <w:lang w:val="it-IT"/>
              </w:rPr>
              <w:t>· Usare correttamente il lessico religioso</w:t>
            </w:r>
          </w:p>
          <w:p w14:paraId="4FB5A5D2" w14:textId="77777777" w:rsidR="000D3CD5" w:rsidRPr="00106719" w:rsidRDefault="000D3CD5" w:rsidP="008B0F7A">
            <w:pPr>
              <w:spacing w:after="0"/>
              <w:rPr>
                <w:lang w:val="it-IT"/>
              </w:rPr>
            </w:pPr>
            <w:r w:rsidRPr="00106719">
              <w:rPr>
                <w:sz w:val="17"/>
                <w:lang w:val="it-IT"/>
              </w:rPr>
              <w:t>· Ascoltare e confrontarsi con posizioni diverse</w:t>
            </w:r>
          </w:p>
        </w:tc>
      </w:tr>
      <w:tr w:rsidR="000D3CD5" w:rsidRPr="00106719" w14:paraId="427C1BC3" w14:textId="77777777" w:rsidTr="008B0F7A">
        <w:trPr>
          <w:cantSplit/>
        </w:trPr>
        <w:tc>
          <w:tcPr>
            <w:tcW w:w="2211" w:type="dxa"/>
            <w:shd w:val="clear" w:color="auto" w:fill="EDF0F5"/>
          </w:tcPr>
          <w:p w14:paraId="5B484954"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7F320C21"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La domanda religiosa nell'esperienza umana; il fenomeno religioso e le sue forme; il valore delle relazioni e dell'identità in adolescenza.</w:t>
            </w:r>
          </w:p>
          <w:p w14:paraId="3E084E6A"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La ricerca di senso nella cultura occidentale; fede e ragione; il rapporto fra religione e scienza.</w:t>
            </w:r>
          </w:p>
          <w:p w14:paraId="5FB51F3C"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Le grandi questioni etiche contemporanee; il rapporto fra coscienza, libertà e responsabilità.</w:t>
            </w:r>
          </w:p>
        </w:tc>
      </w:tr>
      <w:tr w:rsidR="000D3CD5" w:rsidRPr="00106719" w14:paraId="613ACBD3" w14:textId="77777777" w:rsidTr="008B0F7A">
        <w:trPr>
          <w:cantSplit/>
        </w:trPr>
        <w:tc>
          <w:tcPr>
            <w:tcW w:w="2211" w:type="dxa"/>
            <w:shd w:val="clear" w:color="auto" w:fill="EDF0F5"/>
          </w:tcPr>
          <w:p w14:paraId="2E41CEF3"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2DAD0237" w14:textId="77777777" w:rsidR="000D3CD5" w:rsidRPr="00106719" w:rsidRDefault="000D3CD5" w:rsidP="008B0F7A">
            <w:pPr>
              <w:spacing w:after="20"/>
              <w:rPr>
                <w:lang w:val="it-IT"/>
              </w:rPr>
            </w:pPr>
            <w:r w:rsidRPr="00106719">
              <w:rPr>
                <w:sz w:val="17"/>
                <w:lang w:val="it-IT"/>
              </w:rPr>
              <w:t>Discussione guidata; analisi di testi e di documenti; lavoro di gruppo; testimonianze.</w:t>
            </w:r>
          </w:p>
        </w:tc>
      </w:tr>
      <w:tr w:rsidR="000D3CD5" w:rsidRPr="00106719" w14:paraId="707C547A" w14:textId="77777777" w:rsidTr="008B0F7A">
        <w:trPr>
          <w:cantSplit/>
        </w:trPr>
        <w:tc>
          <w:tcPr>
            <w:tcW w:w="2211" w:type="dxa"/>
            <w:shd w:val="clear" w:color="auto" w:fill="EDF0F5"/>
          </w:tcPr>
          <w:p w14:paraId="27AA414F"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49983D81" w14:textId="77777777" w:rsidR="000D3CD5" w:rsidRPr="00106719" w:rsidRDefault="000D3CD5" w:rsidP="008B0F7A">
            <w:pPr>
              <w:spacing w:after="20"/>
              <w:rPr>
                <w:lang w:val="it-IT"/>
              </w:rPr>
            </w:pPr>
            <w:r w:rsidRPr="00106719">
              <w:rPr>
                <w:sz w:val="17"/>
                <w:lang w:val="it-IT"/>
              </w:rPr>
              <w:t>Riflessione scritta personale su una domanda di senso.</w:t>
            </w:r>
          </w:p>
        </w:tc>
      </w:tr>
      <w:tr w:rsidR="000D3CD5" w:rsidRPr="00106719" w14:paraId="58ACF957" w14:textId="77777777" w:rsidTr="008B0F7A">
        <w:trPr>
          <w:cantSplit/>
        </w:trPr>
        <w:tc>
          <w:tcPr>
            <w:tcW w:w="2211" w:type="dxa"/>
            <w:shd w:val="clear" w:color="auto" w:fill="EDF0F5"/>
          </w:tcPr>
          <w:p w14:paraId="6CC1CB9F"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1AD83FA" w14:textId="77777777" w:rsidR="000D3CD5" w:rsidRPr="00106719" w:rsidRDefault="000D3CD5" w:rsidP="008B0F7A">
            <w:pPr>
              <w:spacing w:after="20"/>
              <w:rPr>
                <w:lang w:val="it-IT"/>
              </w:rPr>
            </w:pPr>
            <w:r w:rsidRPr="00106719">
              <w:rPr>
                <w:sz w:val="17"/>
                <w:lang w:val="it-IT"/>
              </w:rPr>
              <w:t>Valutazione della partecipazione e dell'elaborato secondo i criteri propri della disciplina (giudizio sintetico).</w:t>
            </w:r>
          </w:p>
        </w:tc>
      </w:tr>
      <w:tr w:rsidR="000D3CD5" w:rsidRPr="00106719" w14:paraId="0D2EB9D5" w14:textId="77777777" w:rsidTr="008B0F7A">
        <w:trPr>
          <w:cantSplit/>
        </w:trPr>
        <w:tc>
          <w:tcPr>
            <w:tcW w:w="2211" w:type="dxa"/>
            <w:shd w:val="clear" w:color="auto" w:fill="EDF0F5"/>
          </w:tcPr>
          <w:p w14:paraId="7EE6718B"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699ED3C2" w14:textId="77777777" w:rsidR="000D3CD5" w:rsidRPr="00106719" w:rsidRDefault="000D3CD5" w:rsidP="008B0F7A">
            <w:pPr>
              <w:spacing w:after="20"/>
            </w:pPr>
            <w:r w:rsidRPr="00106719">
              <w:rPr>
                <w:sz w:val="17"/>
                <w:lang w:val="it-IT"/>
              </w:rPr>
              <w:t xml:space="preserve">Costituzione · 1 ora: libertà religiosa e di coscienza (artt. </w:t>
            </w:r>
            <w:r w:rsidRPr="00106719">
              <w:rPr>
                <w:sz w:val="17"/>
              </w:rPr>
              <w:t>8 e 19 Cost.).</w:t>
            </w:r>
          </w:p>
        </w:tc>
      </w:tr>
      <w:tr w:rsidR="000D3CD5" w:rsidRPr="00106719" w14:paraId="52296C67" w14:textId="77777777" w:rsidTr="008B0F7A">
        <w:trPr>
          <w:cantSplit/>
        </w:trPr>
        <w:tc>
          <w:tcPr>
            <w:tcW w:w="2211" w:type="dxa"/>
            <w:shd w:val="clear" w:color="auto" w:fill="EDF0F5"/>
          </w:tcPr>
          <w:p w14:paraId="549BD9A0"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79F8A045" w14:textId="77777777" w:rsidR="000D3CD5" w:rsidRPr="00106719" w:rsidRDefault="000D3CD5" w:rsidP="008B0F7A">
            <w:pPr>
              <w:spacing w:after="20"/>
              <w:rPr>
                <w:lang w:val="it-IT"/>
              </w:rPr>
            </w:pPr>
            <w:r w:rsidRPr="00106719">
              <w:rPr>
                <w:sz w:val="17"/>
                <w:lang w:val="it-IT"/>
              </w:rPr>
              <w:t>Contribuisce a individuare il significato religioso e devozionale dei beni censiti.</w:t>
            </w:r>
          </w:p>
        </w:tc>
      </w:tr>
    </w:tbl>
    <w:p w14:paraId="1A3096A5"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5E5CDE54" w14:textId="77777777" w:rsidTr="008B0F7A">
        <w:trPr>
          <w:cantSplit/>
        </w:trPr>
        <w:tc>
          <w:tcPr>
            <w:tcW w:w="9752" w:type="dxa"/>
            <w:gridSpan w:val="2"/>
            <w:shd w:val="clear" w:color="auto" w:fill="D6DFEE"/>
          </w:tcPr>
          <w:p w14:paraId="550FE8A5"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2 — La Bibbia e le fonti: leggere un testo fondativo</w:t>
            </w:r>
          </w:p>
        </w:tc>
      </w:tr>
      <w:tr w:rsidR="000D3CD5" w:rsidRPr="00106719" w14:paraId="2FAC6D67" w14:textId="77777777" w:rsidTr="008B0F7A">
        <w:trPr>
          <w:cantSplit/>
        </w:trPr>
        <w:tc>
          <w:tcPr>
            <w:tcW w:w="2211" w:type="dxa"/>
            <w:shd w:val="clear" w:color="auto" w:fill="EDF0F5"/>
          </w:tcPr>
          <w:p w14:paraId="2BCA14EF"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0291D531" w14:textId="77777777" w:rsidR="000D3CD5" w:rsidRPr="00106719" w:rsidRDefault="000D3CD5" w:rsidP="008B0F7A">
            <w:pPr>
              <w:spacing w:after="20"/>
            </w:pPr>
            <w:r w:rsidRPr="00106719">
              <w:rPr>
                <w:i/>
                <w:sz w:val="17"/>
              </w:rPr>
              <w:t xml:space="preserve">1° </w:t>
            </w:r>
            <w:proofErr w:type="spellStart"/>
            <w:r w:rsidRPr="00106719">
              <w:rPr>
                <w:i/>
                <w:sz w:val="17"/>
              </w:rPr>
              <w:t>quadrimestre</w:t>
            </w:r>
            <w:proofErr w:type="spellEnd"/>
            <w:r w:rsidRPr="00106719">
              <w:rPr>
                <w:i/>
                <w:sz w:val="17"/>
              </w:rPr>
              <w:t xml:space="preserve"> · </w:t>
            </w:r>
            <w:proofErr w:type="spellStart"/>
            <w:r w:rsidRPr="00106719">
              <w:rPr>
                <w:i/>
                <w:sz w:val="17"/>
              </w:rPr>
              <w:t>novembre</w:t>
            </w:r>
            <w:proofErr w:type="spellEnd"/>
            <w:r w:rsidRPr="00106719">
              <w:rPr>
                <w:i/>
                <w:sz w:val="17"/>
              </w:rPr>
              <w:t xml:space="preserve"> – fine </w:t>
            </w:r>
            <w:proofErr w:type="spellStart"/>
            <w:r w:rsidRPr="00106719">
              <w:rPr>
                <w:i/>
                <w:sz w:val="17"/>
              </w:rPr>
              <w:t>gennaio</w:t>
            </w:r>
            <w:proofErr w:type="spellEnd"/>
          </w:p>
        </w:tc>
      </w:tr>
      <w:tr w:rsidR="000D3CD5" w:rsidRPr="00106719" w14:paraId="4092FC53" w14:textId="77777777" w:rsidTr="008B0F7A">
        <w:trPr>
          <w:cantSplit/>
        </w:trPr>
        <w:tc>
          <w:tcPr>
            <w:tcW w:w="2211" w:type="dxa"/>
            <w:shd w:val="clear" w:color="auto" w:fill="EDF0F5"/>
          </w:tcPr>
          <w:p w14:paraId="04EDCF88"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323F46FC" w14:textId="77777777" w:rsidR="000D3CD5" w:rsidRPr="00106719" w:rsidRDefault="000D3CD5" w:rsidP="008B0F7A">
            <w:pPr>
              <w:spacing w:after="20"/>
              <w:rPr>
                <w:lang w:val="it-IT"/>
              </w:rPr>
            </w:pPr>
            <w:r w:rsidRPr="00106719">
              <w:rPr>
                <w:sz w:val="17"/>
                <w:lang w:val="it-IT"/>
              </w:rPr>
              <w:t>Accostare correttamente i documenti biblici e le fonti della tradizione · Competenza chiave: competenza alfabetica funzionale</w:t>
            </w:r>
          </w:p>
        </w:tc>
      </w:tr>
      <w:tr w:rsidR="000D3CD5" w:rsidRPr="00106719" w14:paraId="0CDA1FC3" w14:textId="77777777" w:rsidTr="008B0F7A">
        <w:trPr>
          <w:cantSplit/>
        </w:trPr>
        <w:tc>
          <w:tcPr>
            <w:tcW w:w="2211" w:type="dxa"/>
            <w:shd w:val="clear" w:color="auto" w:fill="EDF0F5"/>
          </w:tcPr>
          <w:p w14:paraId="61E6E0A1"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71447094" w14:textId="77777777" w:rsidR="000D3CD5" w:rsidRPr="00106719" w:rsidRDefault="000D3CD5" w:rsidP="008B0F7A">
            <w:pPr>
              <w:spacing w:after="0"/>
              <w:rPr>
                <w:lang w:val="it-IT"/>
              </w:rPr>
            </w:pPr>
            <w:r w:rsidRPr="00106719">
              <w:rPr>
                <w:sz w:val="17"/>
                <w:lang w:val="it-IT"/>
              </w:rPr>
              <w:t>· Consultare correttamente il testo biblico</w:t>
            </w:r>
          </w:p>
          <w:p w14:paraId="699FD3C7" w14:textId="77777777" w:rsidR="000D3CD5" w:rsidRPr="00106719" w:rsidRDefault="000D3CD5" w:rsidP="008B0F7A">
            <w:pPr>
              <w:spacing w:after="0"/>
              <w:rPr>
                <w:lang w:val="it-IT"/>
              </w:rPr>
            </w:pPr>
            <w:r w:rsidRPr="00106719">
              <w:rPr>
                <w:sz w:val="17"/>
                <w:lang w:val="it-IT"/>
              </w:rPr>
              <w:t>· Riconoscere i generi letterari biblici</w:t>
            </w:r>
          </w:p>
          <w:p w14:paraId="338C566E" w14:textId="77777777" w:rsidR="000D3CD5" w:rsidRPr="00106719" w:rsidRDefault="000D3CD5" w:rsidP="008B0F7A">
            <w:pPr>
              <w:spacing w:after="0"/>
              <w:rPr>
                <w:lang w:val="it-IT"/>
              </w:rPr>
            </w:pPr>
            <w:r w:rsidRPr="00106719">
              <w:rPr>
                <w:sz w:val="17"/>
                <w:lang w:val="it-IT"/>
              </w:rPr>
              <w:t>· Collocare un testo nel proprio contesto storico</w:t>
            </w:r>
          </w:p>
          <w:p w14:paraId="29DC8B56" w14:textId="77777777" w:rsidR="000D3CD5" w:rsidRPr="00106719" w:rsidRDefault="000D3CD5" w:rsidP="008B0F7A">
            <w:pPr>
              <w:spacing w:after="0"/>
              <w:rPr>
                <w:lang w:val="it-IT"/>
              </w:rPr>
            </w:pPr>
            <w:r w:rsidRPr="00106719">
              <w:rPr>
                <w:sz w:val="17"/>
                <w:lang w:val="it-IT"/>
              </w:rPr>
              <w:t>· Riconoscere la presenza dei riferimenti biblici nella cultura europea</w:t>
            </w:r>
          </w:p>
        </w:tc>
      </w:tr>
      <w:tr w:rsidR="000D3CD5" w:rsidRPr="00106719" w14:paraId="4BD1F58D" w14:textId="77777777" w:rsidTr="008B0F7A">
        <w:trPr>
          <w:cantSplit/>
        </w:trPr>
        <w:tc>
          <w:tcPr>
            <w:tcW w:w="2211" w:type="dxa"/>
            <w:shd w:val="clear" w:color="auto" w:fill="EDF0F5"/>
          </w:tcPr>
          <w:p w14:paraId="27013430"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743BDFB0"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Struttura e formazione della Bibbia; i generi letterari; l'Antico Testamento e la storia di Israele.</w:t>
            </w:r>
          </w:p>
          <w:p w14:paraId="3801635E"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I Vangeli e la questione storica su Gesù di Nazaret; le fonti extra-bibliche.</w:t>
            </w:r>
          </w:p>
          <w:p w14:paraId="284DCD83"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Il magistero sociale della Chiesa; documenti del Concilio Vaticano II.</w:t>
            </w:r>
          </w:p>
        </w:tc>
      </w:tr>
      <w:tr w:rsidR="000D3CD5" w:rsidRPr="00106719" w14:paraId="285FA4CB" w14:textId="77777777" w:rsidTr="008B0F7A">
        <w:trPr>
          <w:cantSplit/>
        </w:trPr>
        <w:tc>
          <w:tcPr>
            <w:tcW w:w="2211" w:type="dxa"/>
            <w:shd w:val="clear" w:color="auto" w:fill="EDF0F5"/>
          </w:tcPr>
          <w:p w14:paraId="50C60FB1"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954E19A" w14:textId="77777777" w:rsidR="000D3CD5" w:rsidRPr="00106719" w:rsidRDefault="000D3CD5" w:rsidP="008B0F7A">
            <w:pPr>
              <w:spacing w:after="20"/>
              <w:rPr>
                <w:lang w:val="it-IT"/>
              </w:rPr>
            </w:pPr>
            <w:r w:rsidRPr="00106719">
              <w:rPr>
                <w:sz w:val="17"/>
                <w:lang w:val="it-IT"/>
              </w:rPr>
              <w:t>Analisi di testi; ricerca guidata; collegamento con Letteratura, Storia e Storia dell'arte.</w:t>
            </w:r>
          </w:p>
        </w:tc>
      </w:tr>
      <w:tr w:rsidR="000D3CD5" w:rsidRPr="00106719" w14:paraId="054A8962" w14:textId="77777777" w:rsidTr="008B0F7A">
        <w:trPr>
          <w:cantSplit/>
        </w:trPr>
        <w:tc>
          <w:tcPr>
            <w:tcW w:w="2211" w:type="dxa"/>
            <w:shd w:val="clear" w:color="auto" w:fill="EDF0F5"/>
          </w:tcPr>
          <w:p w14:paraId="7841BD09"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0CFDF271" w14:textId="77777777" w:rsidR="000D3CD5" w:rsidRPr="00106719" w:rsidRDefault="000D3CD5" w:rsidP="008B0F7A">
            <w:pPr>
              <w:spacing w:after="20"/>
              <w:rPr>
                <w:lang w:val="it-IT"/>
              </w:rPr>
            </w:pPr>
            <w:r w:rsidRPr="00106719">
              <w:rPr>
                <w:sz w:val="17"/>
                <w:lang w:val="it-IT"/>
              </w:rPr>
              <w:t>Scheda di analisi di un brano biblico e della sua ricezione artistica.</w:t>
            </w:r>
          </w:p>
        </w:tc>
      </w:tr>
      <w:tr w:rsidR="000D3CD5" w:rsidRPr="00106719" w14:paraId="4B2B49B8" w14:textId="77777777" w:rsidTr="008B0F7A">
        <w:trPr>
          <w:cantSplit/>
        </w:trPr>
        <w:tc>
          <w:tcPr>
            <w:tcW w:w="2211" w:type="dxa"/>
            <w:shd w:val="clear" w:color="auto" w:fill="EDF0F5"/>
          </w:tcPr>
          <w:p w14:paraId="17852E26"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B482E76" w14:textId="77777777" w:rsidR="000D3CD5" w:rsidRPr="00106719" w:rsidRDefault="000D3CD5" w:rsidP="008B0F7A">
            <w:pPr>
              <w:spacing w:after="20"/>
              <w:rPr>
                <w:lang w:val="it-IT"/>
              </w:rPr>
            </w:pPr>
            <w:r w:rsidRPr="00106719">
              <w:rPr>
                <w:sz w:val="17"/>
                <w:lang w:val="it-IT"/>
              </w:rPr>
              <w:t>Valutazione dell'elaborato e dell'interesse dimostrato.</w:t>
            </w:r>
          </w:p>
        </w:tc>
      </w:tr>
      <w:tr w:rsidR="000D3CD5" w:rsidRPr="00106719" w14:paraId="0390BEBA" w14:textId="77777777" w:rsidTr="008B0F7A">
        <w:trPr>
          <w:cantSplit/>
        </w:trPr>
        <w:tc>
          <w:tcPr>
            <w:tcW w:w="2211" w:type="dxa"/>
            <w:shd w:val="clear" w:color="auto" w:fill="EDF0F5"/>
          </w:tcPr>
          <w:p w14:paraId="56B80490"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6C93F7A7" w14:textId="77777777" w:rsidR="000D3CD5" w:rsidRPr="00106719" w:rsidRDefault="000D3CD5" w:rsidP="008B0F7A">
            <w:pPr>
              <w:spacing w:after="20"/>
              <w:rPr>
                <w:lang w:val="it-IT"/>
              </w:rPr>
            </w:pPr>
            <w:r w:rsidRPr="00106719">
              <w:rPr>
                <w:sz w:val="17"/>
                <w:lang w:val="it-IT"/>
              </w:rPr>
              <w:t>Cittadinanza digitale · 1 ora: distinguere fonti autorevoli da contenuti manipolatori in ambito religioso.</w:t>
            </w:r>
          </w:p>
        </w:tc>
      </w:tr>
      <w:tr w:rsidR="000D3CD5" w:rsidRPr="00106719" w14:paraId="22057E55" w14:textId="77777777" w:rsidTr="008B0F7A">
        <w:trPr>
          <w:cantSplit/>
        </w:trPr>
        <w:tc>
          <w:tcPr>
            <w:tcW w:w="2211" w:type="dxa"/>
            <w:shd w:val="clear" w:color="auto" w:fill="EDF0F5"/>
          </w:tcPr>
          <w:p w14:paraId="62F19F30"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6A74E86D" w14:textId="77777777" w:rsidR="000D3CD5" w:rsidRPr="00106719" w:rsidRDefault="000D3CD5" w:rsidP="008B0F7A">
            <w:pPr>
              <w:spacing w:after="20"/>
              <w:rPr>
                <w:lang w:val="it-IT"/>
              </w:rPr>
            </w:pPr>
            <w:r w:rsidRPr="00106719">
              <w:rPr>
                <w:sz w:val="17"/>
                <w:lang w:val="it-IT"/>
              </w:rPr>
              <w:t>Fornisce la lettura iconografica delle opere di soggetto religioso presenti nel territorio.</w:t>
            </w:r>
          </w:p>
        </w:tc>
      </w:tr>
    </w:tbl>
    <w:p w14:paraId="47CC4976"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2654E372" w14:textId="77777777" w:rsidTr="008B0F7A">
        <w:trPr>
          <w:cantSplit/>
        </w:trPr>
        <w:tc>
          <w:tcPr>
            <w:tcW w:w="9752" w:type="dxa"/>
            <w:gridSpan w:val="2"/>
            <w:shd w:val="clear" w:color="auto" w:fill="D6DFEE"/>
          </w:tcPr>
          <w:p w14:paraId="032B11C2"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3 — Il cristianesimo nella storia e nella cultura del territorio</w:t>
            </w:r>
          </w:p>
        </w:tc>
      </w:tr>
      <w:tr w:rsidR="000D3CD5" w:rsidRPr="00106719" w14:paraId="7B7E38B0" w14:textId="77777777" w:rsidTr="008B0F7A">
        <w:trPr>
          <w:cantSplit/>
        </w:trPr>
        <w:tc>
          <w:tcPr>
            <w:tcW w:w="2211" w:type="dxa"/>
            <w:shd w:val="clear" w:color="auto" w:fill="EDF0F5"/>
          </w:tcPr>
          <w:p w14:paraId="21A64716"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0301EA17" w14:textId="77777777" w:rsidR="000D3CD5" w:rsidRPr="00106719" w:rsidRDefault="000D3CD5" w:rsidP="008B0F7A">
            <w:pPr>
              <w:spacing w:after="20"/>
            </w:pPr>
            <w:r w:rsidRPr="00106719">
              <w:rPr>
                <w:i/>
                <w:sz w:val="17"/>
              </w:rPr>
              <w:t xml:space="preserve">2° </w:t>
            </w:r>
            <w:proofErr w:type="spellStart"/>
            <w:r w:rsidRPr="00106719">
              <w:rPr>
                <w:i/>
                <w:sz w:val="17"/>
              </w:rPr>
              <w:t>quadrimestre</w:t>
            </w:r>
            <w:proofErr w:type="spellEnd"/>
            <w:r w:rsidRPr="00106719">
              <w:rPr>
                <w:i/>
                <w:sz w:val="17"/>
              </w:rPr>
              <w:t xml:space="preserve"> · </w:t>
            </w:r>
            <w:proofErr w:type="spellStart"/>
            <w:r w:rsidRPr="00106719">
              <w:rPr>
                <w:i/>
                <w:sz w:val="17"/>
              </w:rPr>
              <w:t>febbraio</w:t>
            </w:r>
            <w:proofErr w:type="spellEnd"/>
            <w:r w:rsidRPr="00106719">
              <w:rPr>
                <w:i/>
                <w:sz w:val="17"/>
              </w:rPr>
              <w:t xml:space="preserve"> – pausa </w:t>
            </w:r>
            <w:proofErr w:type="spellStart"/>
            <w:r w:rsidRPr="00106719">
              <w:rPr>
                <w:i/>
                <w:sz w:val="17"/>
              </w:rPr>
              <w:t>pasquale</w:t>
            </w:r>
            <w:proofErr w:type="spellEnd"/>
          </w:p>
        </w:tc>
      </w:tr>
      <w:tr w:rsidR="000D3CD5" w:rsidRPr="00106719" w14:paraId="08D660AF" w14:textId="77777777" w:rsidTr="008B0F7A">
        <w:trPr>
          <w:cantSplit/>
        </w:trPr>
        <w:tc>
          <w:tcPr>
            <w:tcW w:w="2211" w:type="dxa"/>
            <w:shd w:val="clear" w:color="auto" w:fill="EDF0F5"/>
          </w:tcPr>
          <w:p w14:paraId="3451AAF5" w14:textId="77777777" w:rsidR="000D3CD5" w:rsidRPr="00106719" w:rsidRDefault="000D3CD5" w:rsidP="008B0F7A">
            <w:pPr>
              <w:spacing w:after="20"/>
            </w:pPr>
            <w:proofErr w:type="spellStart"/>
            <w:r w:rsidRPr="00106719">
              <w:rPr>
                <w:b/>
                <w:sz w:val="17"/>
              </w:rPr>
              <w:lastRenderedPageBreak/>
              <w:t>Competenza</w:t>
            </w:r>
            <w:proofErr w:type="spellEnd"/>
            <w:r w:rsidRPr="00106719">
              <w:rPr>
                <w:b/>
                <w:sz w:val="17"/>
              </w:rPr>
              <w:t xml:space="preserve"> </w:t>
            </w:r>
            <w:proofErr w:type="spellStart"/>
            <w:r w:rsidRPr="00106719">
              <w:rPr>
                <w:b/>
                <w:sz w:val="17"/>
              </w:rPr>
              <w:t>mirata</w:t>
            </w:r>
            <w:proofErr w:type="spellEnd"/>
          </w:p>
        </w:tc>
        <w:tc>
          <w:tcPr>
            <w:tcW w:w="7540" w:type="dxa"/>
          </w:tcPr>
          <w:p w14:paraId="3C183C84" w14:textId="77777777" w:rsidR="000D3CD5" w:rsidRPr="00106719" w:rsidRDefault="000D3CD5" w:rsidP="008B0F7A">
            <w:pPr>
              <w:spacing w:after="20"/>
              <w:rPr>
                <w:lang w:val="it-IT"/>
              </w:rPr>
            </w:pPr>
            <w:r w:rsidRPr="00106719">
              <w:rPr>
                <w:sz w:val="17"/>
                <w:lang w:val="it-IT"/>
              </w:rPr>
              <w:t>Riconoscere il contributo del cristianesimo alla cultura europea e locale · Competenza chiave: competenza in materia di cittadinanza</w:t>
            </w:r>
          </w:p>
        </w:tc>
      </w:tr>
      <w:tr w:rsidR="000D3CD5" w:rsidRPr="00106719" w14:paraId="6D40560A" w14:textId="77777777" w:rsidTr="008B0F7A">
        <w:trPr>
          <w:cantSplit/>
        </w:trPr>
        <w:tc>
          <w:tcPr>
            <w:tcW w:w="2211" w:type="dxa"/>
            <w:shd w:val="clear" w:color="auto" w:fill="EDF0F5"/>
          </w:tcPr>
          <w:p w14:paraId="2347CD0D"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14923D66" w14:textId="77777777" w:rsidR="000D3CD5" w:rsidRPr="00106719" w:rsidRDefault="000D3CD5" w:rsidP="008B0F7A">
            <w:pPr>
              <w:spacing w:after="0"/>
              <w:rPr>
                <w:lang w:val="it-IT"/>
              </w:rPr>
            </w:pPr>
            <w:r w:rsidRPr="00106719">
              <w:rPr>
                <w:sz w:val="17"/>
                <w:lang w:val="it-IT"/>
              </w:rPr>
              <w:t>· Riconoscere i segni del cristianesimo nel patrimonio artistico e nella toponomastica</w:t>
            </w:r>
          </w:p>
          <w:p w14:paraId="494A2515" w14:textId="77777777" w:rsidR="000D3CD5" w:rsidRPr="00106719" w:rsidRDefault="000D3CD5" w:rsidP="008B0F7A">
            <w:pPr>
              <w:spacing w:after="0"/>
              <w:rPr>
                <w:lang w:val="it-IT"/>
              </w:rPr>
            </w:pPr>
            <w:r w:rsidRPr="00106719">
              <w:rPr>
                <w:sz w:val="17"/>
                <w:lang w:val="it-IT"/>
              </w:rPr>
              <w:t>· Ricostruire la storia di una comunità religiosa locale</w:t>
            </w:r>
          </w:p>
          <w:p w14:paraId="3C7D64DB" w14:textId="77777777" w:rsidR="000D3CD5" w:rsidRPr="00106719" w:rsidRDefault="000D3CD5" w:rsidP="008B0F7A">
            <w:pPr>
              <w:spacing w:after="0"/>
              <w:rPr>
                <w:lang w:val="it-IT"/>
              </w:rPr>
            </w:pPr>
            <w:r w:rsidRPr="00106719">
              <w:rPr>
                <w:sz w:val="17"/>
                <w:lang w:val="it-IT"/>
              </w:rPr>
              <w:t>· Confrontare tradizioni religiose diverse</w:t>
            </w:r>
          </w:p>
          <w:p w14:paraId="3192F150" w14:textId="77777777" w:rsidR="000D3CD5" w:rsidRPr="00106719" w:rsidRDefault="000D3CD5" w:rsidP="008B0F7A">
            <w:pPr>
              <w:spacing w:after="0"/>
              <w:rPr>
                <w:lang w:val="it-IT"/>
              </w:rPr>
            </w:pPr>
            <w:r w:rsidRPr="00106719">
              <w:rPr>
                <w:sz w:val="17"/>
                <w:lang w:val="it-IT"/>
              </w:rPr>
              <w:t>· Documentare una ricerca sul territorio</w:t>
            </w:r>
          </w:p>
        </w:tc>
      </w:tr>
      <w:tr w:rsidR="000D3CD5" w:rsidRPr="00106719" w14:paraId="0ABE2361" w14:textId="77777777" w:rsidTr="008B0F7A">
        <w:trPr>
          <w:cantSplit/>
        </w:trPr>
        <w:tc>
          <w:tcPr>
            <w:tcW w:w="2211" w:type="dxa"/>
            <w:shd w:val="clear" w:color="auto" w:fill="EDF0F5"/>
          </w:tcPr>
          <w:p w14:paraId="58319E84"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029B028D"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Le origini del cristianesimo; il monachesimo e la civiltà medievale; i segni religiosi nel territorio irpino.</w:t>
            </w:r>
          </w:p>
          <w:p w14:paraId="0FBD9179"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Riforma, Controriforma e pluralismo religioso; il rapporto Chiesa-Stato in età moderna.</w:t>
            </w:r>
          </w:p>
          <w:p w14:paraId="768295EA"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Chiesa e totalitarismi; il dialogo interreligioso; la dottrina sociale e i diritti umani.</w:t>
            </w:r>
          </w:p>
        </w:tc>
      </w:tr>
      <w:tr w:rsidR="000D3CD5" w:rsidRPr="00106719" w14:paraId="6EE0C865" w14:textId="77777777" w:rsidTr="008B0F7A">
        <w:trPr>
          <w:cantSplit/>
        </w:trPr>
        <w:tc>
          <w:tcPr>
            <w:tcW w:w="2211" w:type="dxa"/>
            <w:shd w:val="clear" w:color="auto" w:fill="EDF0F5"/>
          </w:tcPr>
          <w:p w14:paraId="3B5FECF9"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6A12D0CA" w14:textId="77777777" w:rsidR="000D3CD5" w:rsidRPr="00106719" w:rsidRDefault="000D3CD5" w:rsidP="008B0F7A">
            <w:pPr>
              <w:spacing w:after="20"/>
              <w:rPr>
                <w:lang w:val="it-IT"/>
              </w:rPr>
            </w:pPr>
            <w:r w:rsidRPr="00106719">
              <w:rPr>
                <w:sz w:val="17"/>
                <w:lang w:val="it-IT"/>
              </w:rPr>
              <w:t>Ricerca sul campo; visita a un bene di interesse religioso; intervista a testimoni; collaborazione con gli archivi parrocchiali e diocesani.</w:t>
            </w:r>
          </w:p>
        </w:tc>
      </w:tr>
      <w:tr w:rsidR="000D3CD5" w:rsidRPr="00106719" w14:paraId="759F3395" w14:textId="77777777" w:rsidTr="008B0F7A">
        <w:trPr>
          <w:cantSplit/>
        </w:trPr>
        <w:tc>
          <w:tcPr>
            <w:tcW w:w="2211" w:type="dxa"/>
            <w:shd w:val="clear" w:color="auto" w:fill="EDF0F5"/>
          </w:tcPr>
          <w:p w14:paraId="4074C3ED"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5A8D310A" w14:textId="77777777" w:rsidR="000D3CD5" w:rsidRPr="00106719" w:rsidRDefault="000D3CD5" w:rsidP="008B0F7A">
            <w:pPr>
              <w:spacing w:after="20"/>
              <w:rPr>
                <w:lang w:val="it-IT"/>
              </w:rPr>
            </w:pPr>
            <w:r w:rsidRPr="00106719">
              <w:rPr>
                <w:sz w:val="17"/>
                <w:lang w:val="it-IT"/>
              </w:rPr>
              <w:t>Scheda di un bene religioso del territorio, destinata all'archivio digitale d'istituto.</w:t>
            </w:r>
          </w:p>
        </w:tc>
      </w:tr>
      <w:tr w:rsidR="000D3CD5" w:rsidRPr="00106719" w14:paraId="1B403765" w14:textId="77777777" w:rsidTr="008B0F7A">
        <w:trPr>
          <w:cantSplit/>
        </w:trPr>
        <w:tc>
          <w:tcPr>
            <w:tcW w:w="2211" w:type="dxa"/>
            <w:shd w:val="clear" w:color="auto" w:fill="EDF0F5"/>
          </w:tcPr>
          <w:p w14:paraId="778ACAFE"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229A79D2" w14:textId="77777777" w:rsidR="000D3CD5" w:rsidRPr="00106719" w:rsidRDefault="000D3CD5" w:rsidP="008B0F7A">
            <w:pPr>
              <w:spacing w:after="20"/>
              <w:rPr>
                <w:lang w:val="it-IT"/>
              </w:rPr>
            </w:pPr>
            <w:r w:rsidRPr="00106719">
              <w:rPr>
                <w:sz w:val="17"/>
                <w:lang w:val="it-IT"/>
              </w:rPr>
              <w:t>Valutazione della scheda e della ricerca.</w:t>
            </w:r>
          </w:p>
        </w:tc>
      </w:tr>
      <w:tr w:rsidR="000D3CD5" w:rsidRPr="00106719" w14:paraId="0D999CAB" w14:textId="77777777" w:rsidTr="008B0F7A">
        <w:trPr>
          <w:cantSplit/>
        </w:trPr>
        <w:tc>
          <w:tcPr>
            <w:tcW w:w="2211" w:type="dxa"/>
            <w:shd w:val="clear" w:color="auto" w:fill="EDF0F5"/>
          </w:tcPr>
          <w:p w14:paraId="0999E9D2"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70ABE5BE" w14:textId="77777777" w:rsidR="000D3CD5" w:rsidRPr="00106719" w:rsidRDefault="000D3CD5" w:rsidP="008B0F7A">
            <w:pPr>
              <w:spacing w:after="20"/>
              <w:rPr>
                <w:lang w:val="it-IT"/>
              </w:rPr>
            </w:pPr>
            <w:r w:rsidRPr="00106719">
              <w:rPr>
                <w:sz w:val="17"/>
                <w:lang w:val="it-IT"/>
              </w:rPr>
              <w:t>Sviluppo sostenibile · 1 ora: la custodia del creato come responsabilità condivisa.</w:t>
            </w:r>
          </w:p>
        </w:tc>
      </w:tr>
      <w:tr w:rsidR="000D3CD5" w:rsidRPr="00106719" w14:paraId="3490FDD1" w14:textId="77777777" w:rsidTr="008B0F7A">
        <w:trPr>
          <w:cantSplit/>
        </w:trPr>
        <w:tc>
          <w:tcPr>
            <w:tcW w:w="2211" w:type="dxa"/>
            <w:shd w:val="clear" w:color="auto" w:fill="EDF0F5"/>
          </w:tcPr>
          <w:p w14:paraId="591BFC4C"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21AAE7F2" w14:textId="77777777" w:rsidR="000D3CD5" w:rsidRPr="00106719" w:rsidRDefault="000D3CD5" w:rsidP="008B0F7A">
            <w:pPr>
              <w:spacing w:after="20"/>
              <w:rPr>
                <w:lang w:val="it-IT"/>
              </w:rPr>
            </w:pPr>
            <w:r w:rsidRPr="00106719">
              <w:rPr>
                <w:sz w:val="17"/>
                <w:lang w:val="it-IT"/>
              </w:rPr>
              <w:t>Apporto diretto e sostanziale: cura la sezione dell'archivio dedicata ai beni di interesse religioso.</w:t>
            </w:r>
          </w:p>
        </w:tc>
      </w:tr>
    </w:tbl>
    <w:p w14:paraId="3965F8AB" w14:textId="77777777" w:rsidR="000D3CD5" w:rsidRPr="00106719" w:rsidRDefault="000D3CD5" w:rsidP="000D3CD5">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0D3CD5" w:rsidRPr="00106719" w14:paraId="0D6671C5" w14:textId="77777777" w:rsidTr="008B0F7A">
        <w:trPr>
          <w:cantSplit/>
        </w:trPr>
        <w:tc>
          <w:tcPr>
            <w:tcW w:w="9752" w:type="dxa"/>
            <w:gridSpan w:val="2"/>
            <w:shd w:val="clear" w:color="auto" w:fill="D6DFEE"/>
          </w:tcPr>
          <w:p w14:paraId="18018560" w14:textId="77777777" w:rsidR="000D3CD5" w:rsidRPr="00106719" w:rsidRDefault="000D3CD5" w:rsidP="008B0F7A">
            <w:pPr>
              <w:spacing w:after="20"/>
              <w:rPr>
                <w:lang w:val="it-IT"/>
              </w:rPr>
            </w:pPr>
            <w:proofErr w:type="spellStart"/>
            <w:r w:rsidRPr="00106719">
              <w:rPr>
                <w:b/>
                <w:lang w:val="it-IT"/>
              </w:rPr>
              <w:t>U.d.A</w:t>
            </w:r>
            <w:proofErr w:type="spellEnd"/>
            <w:r w:rsidRPr="00106719">
              <w:rPr>
                <w:b/>
                <w:lang w:val="it-IT"/>
              </w:rPr>
              <w:t>. n. 4 — Etica, giustizia e bene comune</w:t>
            </w:r>
          </w:p>
        </w:tc>
      </w:tr>
      <w:tr w:rsidR="000D3CD5" w:rsidRPr="00106719" w14:paraId="4B891C8B" w14:textId="77777777" w:rsidTr="008B0F7A">
        <w:trPr>
          <w:cantSplit/>
        </w:trPr>
        <w:tc>
          <w:tcPr>
            <w:tcW w:w="2211" w:type="dxa"/>
            <w:shd w:val="clear" w:color="auto" w:fill="EDF0F5"/>
          </w:tcPr>
          <w:p w14:paraId="2E274764" w14:textId="77777777" w:rsidR="000D3CD5" w:rsidRPr="00106719" w:rsidRDefault="000D3CD5" w:rsidP="008B0F7A">
            <w:pPr>
              <w:spacing w:after="20"/>
            </w:pPr>
            <w:proofErr w:type="spellStart"/>
            <w:r w:rsidRPr="00106719">
              <w:rPr>
                <w:b/>
                <w:sz w:val="17"/>
              </w:rPr>
              <w:t>Periodo</w:t>
            </w:r>
            <w:proofErr w:type="spellEnd"/>
          </w:p>
        </w:tc>
        <w:tc>
          <w:tcPr>
            <w:tcW w:w="7540" w:type="dxa"/>
          </w:tcPr>
          <w:p w14:paraId="33EAA357" w14:textId="77777777" w:rsidR="000D3CD5" w:rsidRPr="00106719" w:rsidRDefault="000D3CD5" w:rsidP="008B0F7A">
            <w:pPr>
              <w:spacing w:after="20"/>
              <w:rPr>
                <w:lang w:val="it-IT"/>
              </w:rPr>
            </w:pPr>
            <w:r w:rsidRPr="00106719">
              <w:rPr>
                <w:i/>
                <w:sz w:val="17"/>
                <w:lang w:val="it-IT"/>
              </w:rPr>
              <w:t>2° quadrimestre · dopo Pasqua – termine delle lezioni</w:t>
            </w:r>
          </w:p>
        </w:tc>
      </w:tr>
      <w:tr w:rsidR="000D3CD5" w:rsidRPr="00106719" w14:paraId="6CD29580" w14:textId="77777777" w:rsidTr="008B0F7A">
        <w:trPr>
          <w:cantSplit/>
        </w:trPr>
        <w:tc>
          <w:tcPr>
            <w:tcW w:w="2211" w:type="dxa"/>
            <w:shd w:val="clear" w:color="auto" w:fill="EDF0F5"/>
          </w:tcPr>
          <w:p w14:paraId="6618D576" w14:textId="77777777" w:rsidR="000D3CD5" w:rsidRPr="00106719" w:rsidRDefault="000D3CD5" w:rsidP="008B0F7A">
            <w:pPr>
              <w:spacing w:after="20"/>
            </w:pPr>
            <w:proofErr w:type="spellStart"/>
            <w:r w:rsidRPr="00106719">
              <w:rPr>
                <w:b/>
                <w:sz w:val="17"/>
              </w:rPr>
              <w:t>Competenza</w:t>
            </w:r>
            <w:proofErr w:type="spellEnd"/>
            <w:r w:rsidRPr="00106719">
              <w:rPr>
                <w:b/>
                <w:sz w:val="17"/>
              </w:rPr>
              <w:t xml:space="preserve"> </w:t>
            </w:r>
            <w:proofErr w:type="spellStart"/>
            <w:r w:rsidRPr="00106719">
              <w:rPr>
                <w:b/>
                <w:sz w:val="17"/>
              </w:rPr>
              <w:t>mirata</w:t>
            </w:r>
            <w:proofErr w:type="spellEnd"/>
          </w:p>
        </w:tc>
        <w:tc>
          <w:tcPr>
            <w:tcW w:w="7540" w:type="dxa"/>
          </w:tcPr>
          <w:p w14:paraId="61C20F52" w14:textId="77777777" w:rsidR="000D3CD5" w:rsidRPr="00106719" w:rsidRDefault="000D3CD5" w:rsidP="008B0F7A">
            <w:pPr>
              <w:spacing w:after="20"/>
              <w:rPr>
                <w:lang w:val="it-IT"/>
              </w:rPr>
            </w:pPr>
            <w:r w:rsidRPr="00106719">
              <w:rPr>
                <w:sz w:val="17"/>
                <w:lang w:val="it-IT"/>
              </w:rPr>
              <w:t>Confrontarsi con le questioni etiche assumendo posizioni argomentate · Competenza chiave: competenza in materia di cittadinanza</w:t>
            </w:r>
          </w:p>
        </w:tc>
      </w:tr>
      <w:tr w:rsidR="000D3CD5" w:rsidRPr="00106719" w14:paraId="44D802F7" w14:textId="77777777" w:rsidTr="008B0F7A">
        <w:trPr>
          <w:cantSplit/>
        </w:trPr>
        <w:tc>
          <w:tcPr>
            <w:tcW w:w="2211" w:type="dxa"/>
            <w:shd w:val="clear" w:color="auto" w:fill="EDF0F5"/>
          </w:tcPr>
          <w:p w14:paraId="65BE5219" w14:textId="77777777" w:rsidR="000D3CD5" w:rsidRPr="00106719" w:rsidRDefault="000D3CD5" w:rsidP="008B0F7A">
            <w:pPr>
              <w:spacing w:after="20"/>
            </w:pPr>
            <w:proofErr w:type="spellStart"/>
            <w:r w:rsidRPr="00106719">
              <w:rPr>
                <w:b/>
                <w:sz w:val="17"/>
              </w:rPr>
              <w:t>Abilità</w:t>
            </w:r>
            <w:proofErr w:type="spellEnd"/>
          </w:p>
        </w:tc>
        <w:tc>
          <w:tcPr>
            <w:tcW w:w="7540" w:type="dxa"/>
          </w:tcPr>
          <w:p w14:paraId="51607A00" w14:textId="77777777" w:rsidR="000D3CD5" w:rsidRPr="00106719" w:rsidRDefault="000D3CD5" w:rsidP="008B0F7A">
            <w:pPr>
              <w:spacing w:after="0"/>
              <w:rPr>
                <w:lang w:val="it-IT"/>
              </w:rPr>
            </w:pPr>
            <w:r w:rsidRPr="00106719">
              <w:rPr>
                <w:sz w:val="17"/>
                <w:lang w:val="it-IT"/>
              </w:rPr>
              <w:t>· Riconoscere i criteri di un giudizio etico</w:t>
            </w:r>
          </w:p>
          <w:p w14:paraId="7D352192" w14:textId="77777777" w:rsidR="000D3CD5" w:rsidRPr="00106719" w:rsidRDefault="000D3CD5" w:rsidP="008B0F7A">
            <w:pPr>
              <w:spacing w:after="0"/>
              <w:rPr>
                <w:lang w:val="it-IT"/>
              </w:rPr>
            </w:pPr>
            <w:r w:rsidRPr="00106719">
              <w:rPr>
                <w:sz w:val="17"/>
                <w:lang w:val="it-IT"/>
              </w:rPr>
              <w:t>· Argomentare una posizione rispettando le convinzioni altrui</w:t>
            </w:r>
          </w:p>
          <w:p w14:paraId="7A55DA7E" w14:textId="77777777" w:rsidR="000D3CD5" w:rsidRPr="00106719" w:rsidRDefault="000D3CD5" w:rsidP="008B0F7A">
            <w:pPr>
              <w:spacing w:after="0"/>
              <w:rPr>
                <w:lang w:val="it-IT"/>
              </w:rPr>
            </w:pPr>
            <w:r w:rsidRPr="00106719">
              <w:rPr>
                <w:sz w:val="17"/>
                <w:lang w:val="it-IT"/>
              </w:rPr>
              <w:t>· Analizzare un caso etico contemporaneo</w:t>
            </w:r>
          </w:p>
          <w:p w14:paraId="4AAC08BC" w14:textId="77777777" w:rsidR="000D3CD5" w:rsidRPr="00106719" w:rsidRDefault="000D3CD5" w:rsidP="008B0F7A">
            <w:pPr>
              <w:spacing w:after="0"/>
              <w:rPr>
                <w:lang w:val="it-IT"/>
              </w:rPr>
            </w:pPr>
            <w:r w:rsidRPr="00106719">
              <w:rPr>
                <w:sz w:val="17"/>
                <w:lang w:val="it-IT"/>
              </w:rPr>
              <w:t>· Riconoscere il valore del bene comune</w:t>
            </w:r>
          </w:p>
        </w:tc>
      </w:tr>
      <w:tr w:rsidR="000D3CD5" w:rsidRPr="00106719" w14:paraId="09FBC767" w14:textId="77777777" w:rsidTr="008B0F7A">
        <w:trPr>
          <w:cantSplit/>
        </w:trPr>
        <w:tc>
          <w:tcPr>
            <w:tcW w:w="2211" w:type="dxa"/>
            <w:shd w:val="clear" w:color="auto" w:fill="EDF0F5"/>
          </w:tcPr>
          <w:p w14:paraId="2DF6A26F" w14:textId="77777777" w:rsidR="000D3CD5" w:rsidRPr="00106719" w:rsidRDefault="000D3CD5" w:rsidP="008B0F7A">
            <w:pPr>
              <w:spacing w:after="20"/>
            </w:pPr>
            <w:r w:rsidRPr="00106719">
              <w:rPr>
                <w:b/>
                <w:sz w:val="17"/>
              </w:rPr>
              <w:t xml:space="preserve">Conoscenze e </w:t>
            </w:r>
            <w:proofErr w:type="spellStart"/>
            <w:r w:rsidRPr="00106719">
              <w:rPr>
                <w:b/>
                <w:sz w:val="17"/>
              </w:rPr>
              <w:t>contenuti</w:t>
            </w:r>
            <w:proofErr w:type="spellEnd"/>
          </w:p>
        </w:tc>
        <w:tc>
          <w:tcPr>
            <w:tcW w:w="7540" w:type="dxa"/>
          </w:tcPr>
          <w:p w14:paraId="69C25AF5" w14:textId="77777777" w:rsidR="000D3CD5" w:rsidRPr="00106719" w:rsidRDefault="000D3CD5" w:rsidP="008B0F7A">
            <w:pPr>
              <w:spacing w:after="20"/>
              <w:rPr>
                <w:lang w:val="it-IT"/>
              </w:rPr>
            </w:pPr>
            <w:r w:rsidRPr="00106719">
              <w:rPr>
                <w:b/>
                <w:sz w:val="17"/>
                <w:lang w:val="it-IT"/>
              </w:rPr>
              <w:t xml:space="preserve">Primo biennio: </w:t>
            </w:r>
            <w:r w:rsidRPr="00106719">
              <w:rPr>
                <w:sz w:val="17"/>
                <w:lang w:val="it-IT"/>
              </w:rPr>
              <w:t>Regole, valori e responsabilità; il rispetto della persona; bullismo e cyberbullismo.</w:t>
            </w:r>
          </w:p>
          <w:p w14:paraId="602852A7" w14:textId="77777777" w:rsidR="000D3CD5" w:rsidRPr="00106719" w:rsidRDefault="000D3CD5" w:rsidP="008B0F7A">
            <w:pPr>
              <w:spacing w:after="20"/>
              <w:rPr>
                <w:lang w:val="it-IT"/>
              </w:rPr>
            </w:pPr>
            <w:r w:rsidRPr="00106719">
              <w:rPr>
                <w:b/>
                <w:sz w:val="17"/>
                <w:lang w:val="it-IT"/>
              </w:rPr>
              <w:t xml:space="preserve">Secondo biennio: </w:t>
            </w:r>
            <w:r w:rsidRPr="00106719">
              <w:rPr>
                <w:sz w:val="17"/>
                <w:lang w:val="it-IT"/>
              </w:rPr>
              <w:t>Etica della vita, della responsabilità e della solidarietà; volontariato e gratuità.</w:t>
            </w:r>
          </w:p>
          <w:p w14:paraId="05F7AEDB" w14:textId="77777777" w:rsidR="000D3CD5" w:rsidRPr="00106719" w:rsidRDefault="000D3CD5" w:rsidP="008B0F7A">
            <w:pPr>
              <w:spacing w:after="20"/>
              <w:rPr>
                <w:lang w:val="it-IT"/>
              </w:rPr>
            </w:pPr>
            <w:r w:rsidRPr="00106719">
              <w:rPr>
                <w:b/>
                <w:sz w:val="17"/>
                <w:lang w:val="it-IT"/>
              </w:rPr>
              <w:t xml:space="preserve">Quinto anno: </w:t>
            </w:r>
            <w:r w:rsidRPr="00106719">
              <w:rPr>
                <w:sz w:val="17"/>
                <w:lang w:val="it-IT"/>
              </w:rPr>
              <w:t>Bioetica; giustizia sociale; pace e nonviolenza; etica dell'intelligenza artificiale.</w:t>
            </w:r>
          </w:p>
        </w:tc>
      </w:tr>
      <w:tr w:rsidR="000D3CD5" w:rsidRPr="00106719" w14:paraId="66D19C3B" w14:textId="77777777" w:rsidTr="008B0F7A">
        <w:trPr>
          <w:cantSplit/>
        </w:trPr>
        <w:tc>
          <w:tcPr>
            <w:tcW w:w="2211" w:type="dxa"/>
            <w:shd w:val="clear" w:color="auto" w:fill="EDF0F5"/>
          </w:tcPr>
          <w:p w14:paraId="1B1D649B" w14:textId="77777777" w:rsidR="000D3CD5" w:rsidRPr="00106719" w:rsidRDefault="000D3CD5" w:rsidP="008B0F7A">
            <w:pPr>
              <w:spacing w:after="20"/>
            </w:pPr>
            <w:proofErr w:type="spellStart"/>
            <w:r w:rsidRPr="00106719">
              <w:rPr>
                <w:b/>
                <w:sz w:val="17"/>
              </w:rPr>
              <w:t>Metodologie</w:t>
            </w:r>
            <w:proofErr w:type="spellEnd"/>
            <w:r w:rsidRPr="00106719">
              <w:rPr>
                <w:b/>
                <w:sz w:val="17"/>
              </w:rPr>
              <w:t xml:space="preserve"> e </w:t>
            </w:r>
            <w:proofErr w:type="spellStart"/>
            <w:r w:rsidRPr="00106719">
              <w:rPr>
                <w:b/>
                <w:sz w:val="17"/>
              </w:rPr>
              <w:t>strumenti</w:t>
            </w:r>
            <w:proofErr w:type="spellEnd"/>
          </w:p>
        </w:tc>
        <w:tc>
          <w:tcPr>
            <w:tcW w:w="7540" w:type="dxa"/>
          </w:tcPr>
          <w:p w14:paraId="51A94BE6" w14:textId="77777777" w:rsidR="000D3CD5" w:rsidRPr="00106719" w:rsidRDefault="000D3CD5" w:rsidP="008B0F7A">
            <w:pPr>
              <w:spacing w:after="20"/>
              <w:rPr>
                <w:lang w:val="it-IT"/>
              </w:rPr>
            </w:pPr>
            <w:r w:rsidRPr="00106719">
              <w:rPr>
                <w:sz w:val="17"/>
                <w:lang w:val="it-IT"/>
              </w:rPr>
              <w:t>Dibattito regolato; studio di caso; incontro con associazioni di volontariato del territorio.</w:t>
            </w:r>
          </w:p>
        </w:tc>
      </w:tr>
      <w:tr w:rsidR="000D3CD5" w:rsidRPr="00106719" w14:paraId="596C759C" w14:textId="77777777" w:rsidTr="008B0F7A">
        <w:trPr>
          <w:cantSplit/>
        </w:trPr>
        <w:tc>
          <w:tcPr>
            <w:tcW w:w="2211" w:type="dxa"/>
            <w:shd w:val="clear" w:color="auto" w:fill="EDF0F5"/>
          </w:tcPr>
          <w:p w14:paraId="12636FEF" w14:textId="77777777" w:rsidR="000D3CD5" w:rsidRPr="00106719" w:rsidRDefault="000D3CD5" w:rsidP="008B0F7A">
            <w:pPr>
              <w:spacing w:after="20"/>
            </w:pPr>
            <w:proofErr w:type="spellStart"/>
            <w:r w:rsidRPr="00106719">
              <w:rPr>
                <w:b/>
                <w:sz w:val="17"/>
              </w:rPr>
              <w:t>Evidenze</w:t>
            </w:r>
            <w:proofErr w:type="spellEnd"/>
            <w:r w:rsidRPr="00106719">
              <w:rPr>
                <w:b/>
                <w:sz w:val="17"/>
              </w:rPr>
              <w:t xml:space="preserve"> / </w:t>
            </w:r>
            <w:proofErr w:type="spellStart"/>
            <w:r w:rsidRPr="00106719">
              <w:rPr>
                <w:b/>
                <w:sz w:val="17"/>
              </w:rPr>
              <w:t>prodotto</w:t>
            </w:r>
            <w:proofErr w:type="spellEnd"/>
          </w:p>
        </w:tc>
        <w:tc>
          <w:tcPr>
            <w:tcW w:w="7540" w:type="dxa"/>
          </w:tcPr>
          <w:p w14:paraId="0BC9D7E7" w14:textId="77777777" w:rsidR="000D3CD5" w:rsidRPr="00106719" w:rsidRDefault="000D3CD5" w:rsidP="008B0F7A">
            <w:pPr>
              <w:spacing w:after="20"/>
              <w:rPr>
                <w:lang w:val="it-IT"/>
              </w:rPr>
            </w:pPr>
            <w:r w:rsidRPr="00106719">
              <w:rPr>
                <w:sz w:val="17"/>
                <w:lang w:val="it-IT"/>
              </w:rPr>
              <w:t>Contributo a una discussione strutturata, con posizione argomentata.</w:t>
            </w:r>
          </w:p>
        </w:tc>
      </w:tr>
      <w:tr w:rsidR="000D3CD5" w:rsidRPr="00106719" w14:paraId="72E3CA83" w14:textId="77777777" w:rsidTr="008B0F7A">
        <w:trPr>
          <w:cantSplit/>
        </w:trPr>
        <w:tc>
          <w:tcPr>
            <w:tcW w:w="2211" w:type="dxa"/>
            <w:shd w:val="clear" w:color="auto" w:fill="EDF0F5"/>
          </w:tcPr>
          <w:p w14:paraId="30E8C075" w14:textId="77777777" w:rsidR="000D3CD5" w:rsidRPr="00106719" w:rsidRDefault="000D3CD5" w:rsidP="008B0F7A">
            <w:pPr>
              <w:spacing w:after="20"/>
            </w:pPr>
            <w:proofErr w:type="spellStart"/>
            <w:r w:rsidRPr="00106719">
              <w:rPr>
                <w:b/>
                <w:sz w:val="17"/>
              </w:rPr>
              <w:t>Verifiche</w:t>
            </w:r>
            <w:proofErr w:type="spellEnd"/>
            <w:r w:rsidRPr="00106719">
              <w:rPr>
                <w:b/>
                <w:sz w:val="17"/>
              </w:rPr>
              <w:t xml:space="preserve"> e valutazione</w:t>
            </w:r>
          </w:p>
        </w:tc>
        <w:tc>
          <w:tcPr>
            <w:tcW w:w="7540" w:type="dxa"/>
          </w:tcPr>
          <w:p w14:paraId="6C2C19B9" w14:textId="77777777" w:rsidR="000D3CD5" w:rsidRPr="00106719" w:rsidRDefault="000D3CD5" w:rsidP="008B0F7A">
            <w:pPr>
              <w:spacing w:after="20"/>
              <w:rPr>
                <w:lang w:val="it-IT"/>
              </w:rPr>
            </w:pPr>
            <w:r w:rsidRPr="00106719">
              <w:rPr>
                <w:sz w:val="17"/>
                <w:lang w:val="it-IT"/>
              </w:rPr>
              <w:t>Valutazione della partecipazione e della qualità argomentativa.</w:t>
            </w:r>
          </w:p>
        </w:tc>
      </w:tr>
      <w:tr w:rsidR="000D3CD5" w:rsidRPr="00106719" w14:paraId="5D364ADE" w14:textId="77777777" w:rsidTr="008B0F7A">
        <w:trPr>
          <w:cantSplit/>
        </w:trPr>
        <w:tc>
          <w:tcPr>
            <w:tcW w:w="2211" w:type="dxa"/>
            <w:shd w:val="clear" w:color="auto" w:fill="EDF0F5"/>
          </w:tcPr>
          <w:p w14:paraId="27DCEA9E" w14:textId="77777777" w:rsidR="000D3CD5" w:rsidRPr="00106719" w:rsidRDefault="000D3CD5" w:rsidP="008B0F7A">
            <w:pPr>
              <w:spacing w:after="20"/>
            </w:pPr>
            <w:r w:rsidRPr="00106719">
              <w:rPr>
                <w:b/>
                <w:sz w:val="17"/>
              </w:rPr>
              <w:t xml:space="preserve">Educazione </w:t>
            </w:r>
            <w:proofErr w:type="spellStart"/>
            <w:r w:rsidRPr="00106719">
              <w:rPr>
                <w:b/>
                <w:sz w:val="17"/>
              </w:rPr>
              <w:t>civica</w:t>
            </w:r>
            <w:proofErr w:type="spellEnd"/>
          </w:p>
        </w:tc>
        <w:tc>
          <w:tcPr>
            <w:tcW w:w="7540" w:type="dxa"/>
          </w:tcPr>
          <w:p w14:paraId="61217FF2" w14:textId="77777777" w:rsidR="000D3CD5" w:rsidRPr="00106719" w:rsidRDefault="000D3CD5" w:rsidP="008B0F7A">
            <w:pPr>
              <w:spacing w:after="20"/>
              <w:rPr>
                <w:lang w:val="it-IT"/>
              </w:rPr>
            </w:pPr>
            <w:r w:rsidRPr="00106719">
              <w:rPr>
                <w:sz w:val="17"/>
                <w:lang w:val="it-IT"/>
              </w:rPr>
              <w:t>Costituzione · 1 ora: solidarietà e doveri inderogabili (art. 2 Cost.).</w:t>
            </w:r>
          </w:p>
        </w:tc>
      </w:tr>
      <w:tr w:rsidR="000D3CD5" w:rsidRPr="00106719" w14:paraId="332492BF" w14:textId="77777777" w:rsidTr="008B0F7A">
        <w:trPr>
          <w:cantSplit/>
        </w:trPr>
        <w:tc>
          <w:tcPr>
            <w:tcW w:w="2211" w:type="dxa"/>
            <w:shd w:val="clear" w:color="auto" w:fill="EDF0F5"/>
          </w:tcPr>
          <w:p w14:paraId="06E30C54" w14:textId="77777777" w:rsidR="000D3CD5" w:rsidRPr="00106719" w:rsidRDefault="000D3CD5" w:rsidP="008B0F7A">
            <w:pPr>
              <w:spacing w:after="20"/>
              <w:rPr>
                <w:lang w:val="it-IT"/>
              </w:rPr>
            </w:pPr>
            <w:r w:rsidRPr="00106719">
              <w:rPr>
                <w:b/>
                <w:sz w:val="17"/>
                <w:lang w:val="it-IT"/>
              </w:rPr>
              <w:t>Apporto all'</w:t>
            </w:r>
            <w:proofErr w:type="spellStart"/>
            <w:r w:rsidRPr="00106719">
              <w:rPr>
                <w:b/>
                <w:sz w:val="17"/>
                <w:lang w:val="it-IT"/>
              </w:rPr>
              <w:t>U.d.A</w:t>
            </w:r>
            <w:proofErr w:type="spellEnd"/>
            <w:r w:rsidRPr="00106719">
              <w:rPr>
                <w:b/>
                <w:sz w:val="17"/>
                <w:lang w:val="it-IT"/>
              </w:rPr>
              <w:t>. interdisciplinare (compito di realtà)</w:t>
            </w:r>
          </w:p>
        </w:tc>
        <w:tc>
          <w:tcPr>
            <w:tcW w:w="7540" w:type="dxa"/>
          </w:tcPr>
          <w:p w14:paraId="4F5CB8A6" w14:textId="77777777" w:rsidR="000D3CD5" w:rsidRPr="00106719" w:rsidRDefault="000D3CD5" w:rsidP="008B0F7A">
            <w:pPr>
              <w:spacing w:after="20"/>
              <w:rPr>
                <w:lang w:val="it-IT"/>
              </w:rPr>
            </w:pPr>
            <w:r w:rsidRPr="00106719">
              <w:rPr>
                <w:sz w:val="17"/>
                <w:lang w:val="it-IT"/>
              </w:rPr>
              <w:t>Elabora la dimensione di servizio alla comunità che il compito di realtà assume.</w:t>
            </w:r>
          </w:p>
        </w:tc>
      </w:tr>
    </w:tbl>
    <w:p w14:paraId="6E1ADA69" w14:textId="77777777" w:rsidR="00EF472A" w:rsidRDefault="00EF472A" w:rsidP="00EF472A">
      <w:pPr>
        <w:pStyle w:val="Titolo1"/>
        <w:spacing w:before="280" w:after="120"/>
        <w:rPr>
          <w:rFonts w:ascii="Book Antiqua" w:hAnsi="Book Antiqua"/>
          <w:color w:val="auto"/>
          <w:sz w:val="30"/>
          <w:lang w:val="it-IT"/>
        </w:rPr>
      </w:pPr>
    </w:p>
    <w:p w14:paraId="032B2E14" w14:textId="42E1DE52" w:rsidR="00EF472A" w:rsidRPr="00EF472A" w:rsidRDefault="00EF472A" w:rsidP="00EF472A">
      <w:pPr>
        <w:pStyle w:val="Titolo1"/>
        <w:spacing w:before="280" w:after="120"/>
        <w:rPr>
          <w:rFonts w:ascii="Book Antiqua" w:hAnsi="Book Antiqua"/>
          <w:b/>
          <w:bCs/>
          <w:color w:val="auto"/>
          <w:sz w:val="30"/>
          <w:lang w:val="it-IT"/>
        </w:rPr>
      </w:pPr>
      <w:r w:rsidRPr="00EF472A">
        <w:rPr>
          <w:rFonts w:ascii="Book Antiqua" w:hAnsi="Book Antiqua"/>
          <w:b/>
          <w:bCs/>
          <w:color w:val="auto"/>
          <w:sz w:val="30"/>
          <w:lang w:val="it-IT"/>
        </w:rPr>
        <w:t>PARTE TERZA – ALLEGATI</w:t>
      </w:r>
    </w:p>
    <w:p w14:paraId="2A93660C" w14:textId="77777777" w:rsidR="00EF472A" w:rsidRPr="00106719" w:rsidRDefault="00EF472A" w:rsidP="00EF472A">
      <w:pPr>
        <w:pStyle w:val="Titolo2"/>
        <w:spacing w:before="280" w:after="120"/>
        <w:rPr>
          <w:color w:val="auto"/>
          <w:lang w:val="it-IT"/>
        </w:rPr>
      </w:pPr>
      <w:r w:rsidRPr="00106719">
        <w:rPr>
          <w:rFonts w:ascii="Book Antiqua" w:hAnsi="Book Antiqua"/>
          <w:color w:val="auto"/>
          <w:sz w:val="25"/>
          <w:lang w:val="it-IT"/>
        </w:rPr>
        <w:t xml:space="preserve">Allegato A – Format della scheda di </w:t>
      </w:r>
      <w:proofErr w:type="spellStart"/>
      <w:r w:rsidRPr="00106719">
        <w:rPr>
          <w:rFonts w:ascii="Book Antiqua" w:hAnsi="Book Antiqua"/>
          <w:color w:val="auto"/>
          <w:sz w:val="25"/>
          <w:lang w:val="it-IT"/>
        </w:rPr>
        <w:t>U.d.A</w:t>
      </w:r>
      <w:proofErr w:type="spellEnd"/>
      <w:r w:rsidRPr="00106719">
        <w:rPr>
          <w:rFonts w:ascii="Book Antiqua" w:hAnsi="Book Antiqua"/>
          <w:color w:val="auto"/>
          <w:sz w:val="25"/>
          <w:lang w:val="it-IT"/>
        </w:rPr>
        <w:t>. disciplinare</w:t>
      </w:r>
    </w:p>
    <w:p w14:paraId="73BE975A" w14:textId="77777777" w:rsidR="00EF472A" w:rsidRPr="00106719" w:rsidRDefault="00EF472A" w:rsidP="00EF472A">
      <w:pPr>
        <w:spacing w:after="120"/>
        <w:rPr>
          <w:lang w:val="it-IT"/>
        </w:rPr>
      </w:pPr>
      <w:r w:rsidRPr="00106719">
        <w:rPr>
          <w:i/>
          <w:sz w:val="18"/>
          <w:lang w:val="it-IT"/>
        </w:rPr>
        <w:t>Da compilare in quattro copie per ciascuna disciplina e classe (due per quadrimestre) e da allegare al piano di lavoro individuale.</w:t>
      </w:r>
    </w:p>
    <w:tbl>
      <w:tblPr>
        <w:tblStyle w:val="Grigliatabella"/>
        <w:tblW w:w="0" w:type="auto"/>
        <w:tblLayout w:type="fixed"/>
        <w:tblCellMar>
          <w:top w:w="70" w:type="dxa"/>
          <w:left w:w="80" w:type="dxa"/>
          <w:bottom w:w="70" w:type="dxa"/>
          <w:right w:w="80" w:type="dxa"/>
        </w:tblCellMar>
        <w:tblLook w:val="04A0" w:firstRow="1" w:lastRow="0" w:firstColumn="1" w:lastColumn="0" w:noHBand="0" w:noVBand="1"/>
      </w:tblPr>
      <w:tblGrid>
        <w:gridCol w:w="2948"/>
        <w:gridCol w:w="6803"/>
      </w:tblGrid>
      <w:tr w:rsidR="00EF472A" w:rsidRPr="00106719" w14:paraId="4863F70A" w14:textId="77777777" w:rsidTr="0085799D">
        <w:tc>
          <w:tcPr>
            <w:tcW w:w="2948" w:type="dxa"/>
            <w:shd w:val="clear" w:color="auto" w:fill="EDF0F5"/>
          </w:tcPr>
          <w:p w14:paraId="71C142FD" w14:textId="77777777" w:rsidR="00EF472A" w:rsidRPr="00106719" w:rsidRDefault="00EF472A" w:rsidP="0085799D">
            <w:pPr>
              <w:spacing w:after="20"/>
            </w:pPr>
            <w:r w:rsidRPr="00106719">
              <w:rPr>
                <w:b/>
                <w:sz w:val="18"/>
              </w:rPr>
              <w:t xml:space="preserve">Disciplina / classe di </w:t>
            </w:r>
            <w:proofErr w:type="spellStart"/>
            <w:r w:rsidRPr="00106719">
              <w:rPr>
                <w:b/>
                <w:sz w:val="18"/>
              </w:rPr>
              <w:t>concorso</w:t>
            </w:r>
            <w:proofErr w:type="spellEnd"/>
          </w:p>
        </w:tc>
        <w:tc>
          <w:tcPr>
            <w:tcW w:w="6803" w:type="dxa"/>
          </w:tcPr>
          <w:p w14:paraId="1E33E850" w14:textId="77777777" w:rsidR="00EF472A" w:rsidRPr="00106719" w:rsidRDefault="00EF472A" w:rsidP="0085799D">
            <w:pPr>
              <w:spacing w:after="20"/>
            </w:pPr>
          </w:p>
        </w:tc>
      </w:tr>
      <w:tr w:rsidR="00EF472A" w:rsidRPr="00106719" w14:paraId="6A14A23D" w14:textId="77777777" w:rsidTr="0085799D">
        <w:tc>
          <w:tcPr>
            <w:tcW w:w="2948" w:type="dxa"/>
            <w:shd w:val="clear" w:color="auto" w:fill="EDF0F5"/>
          </w:tcPr>
          <w:p w14:paraId="3E091A64" w14:textId="77777777" w:rsidR="00EF472A" w:rsidRPr="00106719" w:rsidRDefault="00EF472A" w:rsidP="0085799D">
            <w:pPr>
              <w:spacing w:after="20"/>
            </w:pPr>
            <w:proofErr w:type="spellStart"/>
            <w:r w:rsidRPr="00106719">
              <w:rPr>
                <w:b/>
                <w:sz w:val="18"/>
              </w:rPr>
              <w:t>Indirizzo</w:t>
            </w:r>
            <w:proofErr w:type="spellEnd"/>
            <w:r w:rsidRPr="00106719">
              <w:rPr>
                <w:b/>
                <w:sz w:val="18"/>
              </w:rPr>
              <w:t xml:space="preserve">, classe e </w:t>
            </w:r>
            <w:proofErr w:type="spellStart"/>
            <w:r w:rsidRPr="00106719">
              <w:rPr>
                <w:b/>
                <w:sz w:val="18"/>
              </w:rPr>
              <w:t>sezione</w:t>
            </w:r>
            <w:proofErr w:type="spellEnd"/>
          </w:p>
        </w:tc>
        <w:tc>
          <w:tcPr>
            <w:tcW w:w="6803" w:type="dxa"/>
          </w:tcPr>
          <w:p w14:paraId="7E464D69" w14:textId="77777777" w:rsidR="00EF472A" w:rsidRPr="00106719" w:rsidRDefault="00EF472A" w:rsidP="0085799D">
            <w:pPr>
              <w:spacing w:after="20"/>
            </w:pPr>
          </w:p>
        </w:tc>
      </w:tr>
      <w:tr w:rsidR="00EF472A" w:rsidRPr="00106719" w14:paraId="71996AA1" w14:textId="77777777" w:rsidTr="0085799D">
        <w:tc>
          <w:tcPr>
            <w:tcW w:w="2948" w:type="dxa"/>
            <w:shd w:val="clear" w:color="auto" w:fill="EDF0F5"/>
          </w:tcPr>
          <w:p w14:paraId="34A0E9FC" w14:textId="77777777" w:rsidR="00EF472A" w:rsidRPr="00106719" w:rsidRDefault="00EF472A" w:rsidP="0085799D">
            <w:pPr>
              <w:spacing w:after="20"/>
            </w:pPr>
            <w:r w:rsidRPr="00106719">
              <w:rPr>
                <w:b/>
                <w:sz w:val="18"/>
              </w:rPr>
              <w:t>Docente</w:t>
            </w:r>
          </w:p>
        </w:tc>
        <w:tc>
          <w:tcPr>
            <w:tcW w:w="6803" w:type="dxa"/>
          </w:tcPr>
          <w:p w14:paraId="1C3D2AA3" w14:textId="77777777" w:rsidR="00EF472A" w:rsidRPr="00106719" w:rsidRDefault="00EF472A" w:rsidP="0085799D">
            <w:pPr>
              <w:spacing w:after="20"/>
            </w:pPr>
          </w:p>
        </w:tc>
      </w:tr>
      <w:tr w:rsidR="00EF472A" w:rsidRPr="00106719" w14:paraId="64C2A68C" w14:textId="77777777" w:rsidTr="0085799D">
        <w:tc>
          <w:tcPr>
            <w:tcW w:w="2948" w:type="dxa"/>
            <w:shd w:val="clear" w:color="auto" w:fill="EDF0F5"/>
          </w:tcPr>
          <w:p w14:paraId="259CA444" w14:textId="77777777" w:rsidR="00EF472A" w:rsidRPr="00106719" w:rsidRDefault="00EF472A" w:rsidP="0085799D">
            <w:pPr>
              <w:spacing w:after="20"/>
            </w:pPr>
            <w:r w:rsidRPr="00106719">
              <w:rPr>
                <w:b/>
                <w:sz w:val="18"/>
              </w:rPr>
              <w:t xml:space="preserve">Titolo </w:t>
            </w:r>
            <w:proofErr w:type="spellStart"/>
            <w:r w:rsidRPr="00106719">
              <w:rPr>
                <w:b/>
                <w:sz w:val="18"/>
              </w:rPr>
              <w:t>dell'U.d.A</w:t>
            </w:r>
            <w:proofErr w:type="spellEnd"/>
            <w:r w:rsidRPr="00106719">
              <w:rPr>
                <w:b/>
                <w:sz w:val="18"/>
              </w:rPr>
              <w:t>.</w:t>
            </w:r>
          </w:p>
        </w:tc>
        <w:tc>
          <w:tcPr>
            <w:tcW w:w="6803" w:type="dxa"/>
          </w:tcPr>
          <w:p w14:paraId="05568F43" w14:textId="77777777" w:rsidR="00EF472A" w:rsidRPr="00106719" w:rsidRDefault="00EF472A" w:rsidP="0085799D">
            <w:pPr>
              <w:spacing w:after="20"/>
            </w:pPr>
          </w:p>
        </w:tc>
      </w:tr>
      <w:tr w:rsidR="00EF472A" w:rsidRPr="00106719" w14:paraId="2C8A0BE8" w14:textId="77777777" w:rsidTr="0085799D">
        <w:tc>
          <w:tcPr>
            <w:tcW w:w="2948" w:type="dxa"/>
            <w:shd w:val="clear" w:color="auto" w:fill="EDF0F5"/>
          </w:tcPr>
          <w:p w14:paraId="1A7C4551" w14:textId="77777777" w:rsidR="00EF472A" w:rsidRPr="00106719" w:rsidRDefault="00EF472A" w:rsidP="0085799D">
            <w:pPr>
              <w:spacing w:after="20"/>
            </w:pPr>
            <w:proofErr w:type="spellStart"/>
            <w:r w:rsidRPr="00106719">
              <w:rPr>
                <w:b/>
                <w:sz w:val="18"/>
              </w:rPr>
              <w:lastRenderedPageBreak/>
              <w:t>Collocazione</w:t>
            </w:r>
            <w:proofErr w:type="spellEnd"/>
          </w:p>
        </w:tc>
        <w:tc>
          <w:tcPr>
            <w:tcW w:w="6803" w:type="dxa"/>
          </w:tcPr>
          <w:p w14:paraId="2C7C02F4" w14:textId="77777777" w:rsidR="00EF472A" w:rsidRPr="00106719" w:rsidRDefault="00EF472A" w:rsidP="0085799D">
            <w:pPr>
              <w:spacing w:after="20"/>
              <w:rPr>
                <w:lang w:val="it-IT"/>
              </w:rPr>
            </w:pPr>
            <w:r w:rsidRPr="00106719">
              <w:rPr>
                <w:i/>
                <w:sz w:val="17"/>
                <w:lang w:val="it-IT"/>
              </w:rPr>
              <w:t xml:space="preserve">☐ 1ª </w:t>
            </w:r>
            <w:proofErr w:type="spellStart"/>
            <w:r w:rsidRPr="00106719">
              <w:rPr>
                <w:i/>
                <w:sz w:val="17"/>
                <w:lang w:val="it-IT"/>
              </w:rPr>
              <w:t>U.d.A</w:t>
            </w:r>
            <w:proofErr w:type="spellEnd"/>
            <w:r w:rsidRPr="00106719">
              <w:rPr>
                <w:i/>
                <w:sz w:val="17"/>
                <w:lang w:val="it-IT"/>
              </w:rPr>
              <w:t xml:space="preserve">. – 1° </w:t>
            </w:r>
            <w:proofErr w:type="gramStart"/>
            <w:r w:rsidRPr="00106719">
              <w:rPr>
                <w:i/>
                <w:sz w:val="17"/>
                <w:lang w:val="it-IT"/>
              </w:rPr>
              <w:t>quadrimestre  ☐</w:t>
            </w:r>
            <w:proofErr w:type="gramEnd"/>
            <w:r w:rsidRPr="00106719">
              <w:rPr>
                <w:i/>
                <w:sz w:val="17"/>
                <w:lang w:val="it-IT"/>
              </w:rPr>
              <w:t xml:space="preserve"> 2ª </w:t>
            </w:r>
            <w:proofErr w:type="spellStart"/>
            <w:r w:rsidRPr="00106719">
              <w:rPr>
                <w:i/>
                <w:sz w:val="17"/>
                <w:lang w:val="it-IT"/>
              </w:rPr>
              <w:t>U.d.A</w:t>
            </w:r>
            <w:proofErr w:type="spellEnd"/>
            <w:r w:rsidRPr="00106719">
              <w:rPr>
                <w:i/>
                <w:sz w:val="17"/>
                <w:lang w:val="it-IT"/>
              </w:rPr>
              <w:t xml:space="preserve">. – 1° </w:t>
            </w:r>
            <w:proofErr w:type="gramStart"/>
            <w:r w:rsidRPr="00106719">
              <w:rPr>
                <w:i/>
                <w:sz w:val="17"/>
                <w:lang w:val="it-IT"/>
              </w:rPr>
              <w:t>quadrimestre  ☐</w:t>
            </w:r>
            <w:proofErr w:type="gramEnd"/>
            <w:r w:rsidRPr="00106719">
              <w:rPr>
                <w:i/>
                <w:sz w:val="17"/>
                <w:lang w:val="it-IT"/>
              </w:rPr>
              <w:t xml:space="preserve"> 3ª </w:t>
            </w:r>
            <w:proofErr w:type="spellStart"/>
            <w:r w:rsidRPr="00106719">
              <w:rPr>
                <w:i/>
                <w:sz w:val="17"/>
                <w:lang w:val="it-IT"/>
              </w:rPr>
              <w:t>U.d.A</w:t>
            </w:r>
            <w:proofErr w:type="spellEnd"/>
            <w:r w:rsidRPr="00106719">
              <w:rPr>
                <w:i/>
                <w:sz w:val="17"/>
                <w:lang w:val="it-IT"/>
              </w:rPr>
              <w:t xml:space="preserve">. – 2° </w:t>
            </w:r>
            <w:proofErr w:type="gramStart"/>
            <w:r w:rsidRPr="00106719">
              <w:rPr>
                <w:i/>
                <w:sz w:val="17"/>
                <w:lang w:val="it-IT"/>
              </w:rPr>
              <w:t>quadrimestre  ☐</w:t>
            </w:r>
            <w:proofErr w:type="gramEnd"/>
            <w:r w:rsidRPr="00106719">
              <w:rPr>
                <w:i/>
                <w:sz w:val="17"/>
                <w:lang w:val="it-IT"/>
              </w:rPr>
              <w:t xml:space="preserve"> 4ª </w:t>
            </w:r>
            <w:proofErr w:type="spellStart"/>
            <w:r w:rsidRPr="00106719">
              <w:rPr>
                <w:i/>
                <w:sz w:val="17"/>
                <w:lang w:val="it-IT"/>
              </w:rPr>
              <w:t>U.d.A</w:t>
            </w:r>
            <w:proofErr w:type="spellEnd"/>
            <w:r w:rsidRPr="00106719">
              <w:rPr>
                <w:i/>
                <w:sz w:val="17"/>
                <w:lang w:val="it-IT"/>
              </w:rPr>
              <w:t>. – 2° quadrimestre</w:t>
            </w:r>
          </w:p>
        </w:tc>
      </w:tr>
      <w:tr w:rsidR="00EF472A" w:rsidRPr="00106719" w14:paraId="3CFA477F" w14:textId="77777777" w:rsidTr="0085799D">
        <w:tc>
          <w:tcPr>
            <w:tcW w:w="2948" w:type="dxa"/>
            <w:shd w:val="clear" w:color="auto" w:fill="EDF0F5"/>
          </w:tcPr>
          <w:p w14:paraId="46F77EC6" w14:textId="77777777" w:rsidR="00EF472A" w:rsidRPr="00106719" w:rsidRDefault="00EF472A" w:rsidP="0085799D">
            <w:pPr>
              <w:spacing w:after="20"/>
            </w:pPr>
            <w:proofErr w:type="spellStart"/>
            <w:r w:rsidRPr="00106719">
              <w:rPr>
                <w:b/>
                <w:sz w:val="18"/>
              </w:rPr>
              <w:t>Periodo</w:t>
            </w:r>
            <w:proofErr w:type="spellEnd"/>
            <w:r w:rsidRPr="00106719">
              <w:rPr>
                <w:b/>
                <w:sz w:val="18"/>
              </w:rPr>
              <w:t xml:space="preserve"> e ore </w:t>
            </w:r>
            <w:proofErr w:type="spellStart"/>
            <w:r w:rsidRPr="00106719">
              <w:rPr>
                <w:b/>
                <w:sz w:val="18"/>
              </w:rPr>
              <w:t>previste</w:t>
            </w:r>
            <w:proofErr w:type="spellEnd"/>
          </w:p>
        </w:tc>
        <w:tc>
          <w:tcPr>
            <w:tcW w:w="6803" w:type="dxa"/>
          </w:tcPr>
          <w:p w14:paraId="1FC75450" w14:textId="77777777" w:rsidR="00EF472A" w:rsidRPr="00106719" w:rsidRDefault="00EF472A" w:rsidP="0085799D">
            <w:pPr>
              <w:spacing w:after="20"/>
              <w:rPr>
                <w:lang w:val="it-IT"/>
              </w:rPr>
            </w:pPr>
            <w:r w:rsidRPr="00106719">
              <w:rPr>
                <w:i/>
                <w:sz w:val="17"/>
                <w:lang w:val="it-IT"/>
              </w:rPr>
              <w:t>dal ____/____/______ al ____/____/______ — ore n. ______ (di cui ore ____ di formazione scuola-lavoro in orario curricolare)</w:t>
            </w:r>
          </w:p>
        </w:tc>
      </w:tr>
      <w:tr w:rsidR="00EF472A" w:rsidRPr="00106719" w14:paraId="08455599" w14:textId="77777777" w:rsidTr="0085799D">
        <w:tc>
          <w:tcPr>
            <w:tcW w:w="2948" w:type="dxa"/>
            <w:shd w:val="clear" w:color="auto" w:fill="EDF0F5"/>
          </w:tcPr>
          <w:p w14:paraId="6895A315" w14:textId="77777777" w:rsidR="00EF472A" w:rsidRPr="00106719" w:rsidRDefault="00EF472A" w:rsidP="0085799D">
            <w:pPr>
              <w:spacing w:after="20"/>
            </w:pPr>
            <w:proofErr w:type="spellStart"/>
            <w:r w:rsidRPr="00106719">
              <w:rPr>
                <w:b/>
                <w:sz w:val="18"/>
              </w:rPr>
              <w:t>Prerequisiti</w:t>
            </w:r>
            <w:proofErr w:type="spellEnd"/>
          </w:p>
        </w:tc>
        <w:tc>
          <w:tcPr>
            <w:tcW w:w="6803" w:type="dxa"/>
          </w:tcPr>
          <w:p w14:paraId="4F9E5590" w14:textId="77777777" w:rsidR="00EF472A" w:rsidRPr="00106719" w:rsidRDefault="00EF472A" w:rsidP="0085799D">
            <w:pPr>
              <w:spacing w:after="20"/>
            </w:pPr>
          </w:p>
        </w:tc>
      </w:tr>
      <w:tr w:rsidR="00EF472A" w:rsidRPr="00106719" w14:paraId="522630CD" w14:textId="77777777" w:rsidTr="0085799D">
        <w:tc>
          <w:tcPr>
            <w:tcW w:w="2948" w:type="dxa"/>
            <w:shd w:val="clear" w:color="auto" w:fill="EDF0F5"/>
          </w:tcPr>
          <w:p w14:paraId="66F191B7" w14:textId="77777777" w:rsidR="00EF472A" w:rsidRPr="00106719" w:rsidRDefault="00EF472A" w:rsidP="0085799D">
            <w:pPr>
              <w:spacing w:after="20"/>
            </w:pPr>
            <w:proofErr w:type="spellStart"/>
            <w:r w:rsidRPr="00106719">
              <w:rPr>
                <w:b/>
                <w:sz w:val="18"/>
              </w:rPr>
              <w:t>Competenza</w:t>
            </w:r>
            <w:proofErr w:type="spellEnd"/>
            <w:r w:rsidRPr="00106719">
              <w:rPr>
                <w:b/>
                <w:sz w:val="18"/>
              </w:rPr>
              <w:t xml:space="preserve"> </w:t>
            </w:r>
            <w:proofErr w:type="spellStart"/>
            <w:r w:rsidRPr="00106719">
              <w:rPr>
                <w:b/>
                <w:sz w:val="18"/>
              </w:rPr>
              <w:t>disciplinare</w:t>
            </w:r>
            <w:proofErr w:type="spellEnd"/>
            <w:r w:rsidRPr="00106719">
              <w:rPr>
                <w:b/>
                <w:sz w:val="18"/>
              </w:rPr>
              <w:t xml:space="preserve"> </w:t>
            </w:r>
            <w:proofErr w:type="spellStart"/>
            <w:r w:rsidRPr="00106719">
              <w:rPr>
                <w:b/>
                <w:sz w:val="18"/>
              </w:rPr>
              <w:t>mirata</w:t>
            </w:r>
            <w:proofErr w:type="spellEnd"/>
          </w:p>
        </w:tc>
        <w:tc>
          <w:tcPr>
            <w:tcW w:w="6803" w:type="dxa"/>
          </w:tcPr>
          <w:p w14:paraId="5C701017" w14:textId="77777777" w:rsidR="00EF472A" w:rsidRPr="00106719" w:rsidRDefault="00EF472A" w:rsidP="0085799D">
            <w:pPr>
              <w:spacing w:after="20"/>
            </w:pPr>
          </w:p>
        </w:tc>
      </w:tr>
      <w:tr w:rsidR="00EF472A" w:rsidRPr="00106719" w14:paraId="57230056" w14:textId="77777777" w:rsidTr="0085799D">
        <w:tc>
          <w:tcPr>
            <w:tcW w:w="2948" w:type="dxa"/>
            <w:shd w:val="clear" w:color="auto" w:fill="EDF0F5"/>
          </w:tcPr>
          <w:p w14:paraId="1E2AF846" w14:textId="77777777" w:rsidR="00EF472A" w:rsidRPr="00106719" w:rsidRDefault="00EF472A" w:rsidP="0085799D">
            <w:pPr>
              <w:spacing w:after="20"/>
            </w:pPr>
            <w:proofErr w:type="spellStart"/>
            <w:r w:rsidRPr="00106719">
              <w:rPr>
                <w:b/>
                <w:sz w:val="18"/>
              </w:rPr>
              <w:t>Competenza</w:t>
            </w:r>
            <w:proofErr w:type="spellEnd"/>
            <w:r w:rsidRPr="00106719">
              <w:rPr>
                <w:b/>
                <w:sz w:val="18"/>
              </w:rPr>
              <w:t xml:space="preserve"> </w:t>
            </w:r>
            <w:proofErr w:type="spellStart"/>
            <w:r w:rsidRPr="00106719">
              <w:rPr>
                <w:b/>
                <w:sz w:val="18"/>
              </w:rPr>
              <w:t>chiave</w:t>
            </w:r>
            <w:proofErr w:type="spellEnd"/>
            <w:r w:rsidRPr="00106719">
              <w:rPr>
                <w:b/>
                <w:sz w:val="18"/>
              </w:rPr>
              <w:t xml:space="preserve"> </w:t>
            </w:r>
            <w:proofErr w:type="spellStart"/>
            <w:r w:rsidRPr="00106719">
              <w:rPr>
                <w:b/>
                <w:sz w:val="18"/>
              </w:rPr>
              <w:t>europea</w:t>
            </w:r>
            <w:proofErr w:type="spellEnd"/>
            <w:r w:rsidRPr="00106719">
              <w:rPr>
                <w:b/>
                <w:sz w:val="18"/>
              </w:rPr>
              <w:t xml:space="preserve"> </w:t>
            </w:r>
            <w:proofErr w:type="spellStart"/>
            <w:r w:rsidRPr="00106719">
              <w:rPr>
                <w:b/>
                <w:sz w:val="18"/>
              </w:rPr>
              <w:t>concorrente</w:t>
            </w:r>
            <w:proofErr w:type="spellEnd"/>
          </w:p>
        </w:tc>
        <w:tc>
          <w:tcPr>
            <w:tcW w:w="6803" w:type="dxa"/>
          </w:tcPr>
          <w:p w14:paraId="71835A10" w14:textId="77777777" w:rsidR="00EF472A" w:rsidRPr="00106719" w:rsidRDefault="00EF472A" w:rsidP="0085799D">
            <w:pPr>
              <w:spacing w:after="20"/>
            </w:pPr>
          </w:p>
        </w:tc>
      </w:tr>
      <w:tr w:rsidR="00EF472A" w:rsidRPr="00106719" w14:paraId="4BFF3DA5" w14:textId="77777777" w:rsidTr="0085799D">
        <w:tc>
          <w:tcPr>
            <w:tcW w:w="2948" w:type="dxa"/>
            <w:shd w:val="clear" w:color="auto" w:fill="EDF0F5"/>
          </w:tcPr>
          <w:p w14:paraId="74D0CC10" w14:textId="77777777" w:rsidR="00EF472A" w:rsidRPr="00106719" w:rsidRDefault="00EF472A" w:rsidP="0085799D">
            <w:pPr>
              <w:spacing w:after="20"/>
              <w:rPr>
                <w:lang w:val="it-IT"/>
              </w:rPr>
            </w:pPr>
            <w:r w:rsidRPr="00106719">
              <w:rPr>
                <w:b/>
                <w:sz w:val="18"/>
                <w:lang w:val="it-IT"/>
              </w:rPr>
              <w:t>Asse culturale di riferimento (primo biennio)</w:t>
            </w:r>
          </w:p>
        </w:tc>
        <w:tc>
          <w:tcPr>
            <w:tcW w:w="6803" w:type="dxa"/>
          </w:tcPr>
          <w:p w14:paraId="09318670" w14:textId="77777777" w:rsidR="00EF472A" w:rsidRPr="00106719" w:rsidRDefault="00EF472A" w:rsidP="0085799D">
            <w:pPr>
              <w:spacing w:after="20"/>
              <w:rPr>
                <w:lang w:val="it-IT"/>
              </w:rPr>
            </w:pPr>
          </w:p>
        </w:tc>
      </w:tr>
      <w:tr w:rsidR="00EF472A" w:rsidRPr="00106719" w14:paraId="3D395324" w14:textId="77777777" w:rsidTr="0085799D">
        <w:tc>
          <w:tcPr>
            <w:tcW w:w="2948" w:type="dxa"/>
            <w:shd w:val="clear" w:color="auto" w:fill="EDF0F5"/>
          </w:tcPr>
          <w:p w14:paraId="19ECBD4F" w14:textId="77777777" w:rsidR="00EF472A" w:rsidRPr="00106719" w:rsidRDefault="00EF472A" w:rsidP="0085799D">
            <w:pPr>
              <w:spacing w:after="20"/>
            </w:pPr>
            <w:proofErr w:type="spellStart"/>
            <w:r w:rsidRPr="00106719">
              <w:rPr>
                <w:b/>
                <w:sz w:val="18"/>
              </w:rPr>
              <w:t>Abilità</w:t>
            </w:r>
            <w:proofErr w:type="spellEnd"/>
          </w:p>
        </w:tc>
        <w:tc>
          <w:tcPr>
            <w:tcW w:w="6803" w:type="dxa"/>
          </w:tcPr>
          <w:p w14:paraId="2A27356D" w14:textId="77777777" w:rsidR="00EF472A" w:rsidRPr="00106719" w:rsidRDefault="00EF472A" w:rsidP="0085799D">
            <w:pPr>
              <w:spacing w:after="20"/>
            </w:pPr>
          </w:p>
        </w:tc>
      </w:tr>
      <w:tr w:rsidR="00EF472A" w:rsidRPr="00106719" w14:paraId="4AE56E81" w14:textId="77777777" w:rsidTr="0085799D">
        <w:tc>
          <w:tcPr>
            <w:tcW w:w="2948" w:type="dxa"/>
            <w:shd w:val="clear" w:color="auto" w:fill="EDF0F5"/>
          </w:tcPr>
          <w:p w14:paraId="5B375CED" w14:textId="77777777" w:rsidR="00EF472A" w:rsidRPr="00106719" w:rsidRDefault="00EF472A" w:rsidP="0085799D">
            <w:pPr>
              <w:spacing w:after="20"/>
            </w:pPr>
            <w:r w:rsidRPr="00106719">
              <w:rPr>
                <w:b/>
                <w:sz w:val="18"/>
              </w:rPr>
              <w:t xml:space="preserve">Conoscenze e </w:t>
            </w:r>
            <w:proofErr w:type="spellStart"/>
            <w:r w:rsidRPr="00106719">
              <w:rPr>
                <w:b/>
                <w:sz w:val="18"/>
              </w:rPr>
              <w:t>contenuti</w:t>
            </w:r>
            <w:proofErr w:type="spellEnd"/>
          </w:p>
        </w:tc>
        <w:tc>
          <w:tcPr>
            <w:tcW w:w="6803" w:type="dxa"/>
          </w:tcPr>
          <w:p w14:paraId="75F4C98F" w14:textId="77777777" w:rsidR="00EF472A" w:rsidRPr="00106719" w:rsidRDefault="00EF472A" w:rsidP="0085799D">
            <w:pPr>
              <w:spacing w:after="20"/>
            </w:pPr>
          </w:p>
        </w:tc>
      </w:tr>
      <w:tr w:rsidR="00EF472A" w:rsidRPr="00106719" w14:paraId="6D8EF0AE" w14:textId="77777777" w:rsidTr="0085799D">
        <w:tc>
          <w:tcPr>
            <w:tcW w:w="2948" w:type="dxa"/>
            <w:shd w:val="clear" w:color="auto" w:fill="EDF0F5"/>
          </w:tcPr>
          <w:p w14:paraId="5ECD38EE" w14:textId="77777777" w:rsidR="00EF472A" w:rsidRPr="00106719" w:rsidRDefault="00EF472A" w:rsidP="0085799D">
            <w:pPr>
              <w:spacing w:after="20"/>
              <w:rPr>
                <w:lang w:val="it-IT"/>
              </w:rPr>
            </w:pPr>
            <w:r w:rsidRPr="00106719">
              <w:rPr>
                <w:b/>
                <w:sz w:val="18"/>
                <w:lang w:val="it-IT"/>
              </w:rPr>
              <w:t>Metodologie, mediazioni didattiche e strumenti</w:t>
            </w:r>
          </w:p>
        </w:tc>
        <w:tc>
          <w:tcPr>
            <w:tcW w:w="6803" w:type="dxa"/>
          </w:tcPr>
          <w:p w14:paraId="020DFC26" w14:textId="77777777" w:rsidR="00EF472A" w:rsidRPr="00106719" w:rsidRDefault="00EF472A" w:rsidP="0085799D">
            <w:pPr>
              <w:spacing w:after="20"/>
              <w:rPr>
                <w:lang w:val="it-IT"/>
              </w:rPr>
            </w:pPr>
          </w:p>
        </w:tc>
      </w:tr>
      <w:tr w:rsidR="00EF472A" w:rsidRPr="00106719" w14:paraId="4DE3088D" w14:textId="77777777" w:rsidTr="0085799D">
        <w:tc>
          <w:tcPr>
            <w:tcW w:w="2948" w:type="dxa"/>
            <w:shd w:val="clear" w:color="auto" w:fill="EDF0F5"/>
          </w:tcPr>
          <w:p w14:paraId="1FB429DE" w14:textId="77777777" w:rsidR="00EF472A" w:rsidRPr="00106719" w:rsidRDefault="00EF472A" w:rsidP="0085799D">
            <w:pPr>
              <w:spacing w:after="20"/>
              <w:rPr>
                <w:lang w:val="it-IT"/>
              </w:rPr>
            </w:pPr>
            <w:r w:rsidRPr="00106719">
              <w:rPr>
                <w:b/>
                <w:sz w:val="18"/>
                <w:lang w:val="it-IT"/>
              </w:rPr>
              <w:t>Adattamenti per P.E.I. e P.D.P.</w:t>
            </w:r>
          </w:p>
        </w:tc>
        <w:tc>
          <w:tcPr>
            <w:tcW w:w="6803" w:type="dxa"/>
          </w:tcPr>
          <w:p w14:paraId="5DB6EE5B" w14:textId="77777777" w:rsidR="00EF472A" w:rsidRPr="00106719" w:rsidRDefault="00EF472A" w:rsidP="0085799D">
            <w:pPr>
              <w:spacing w:after="20"/>
              <w:rPr>
                <w:lang w:val="it-IT"/>
              </w:rPr>
            </w:pPr>
          </w:p>
        </w:tc>
      </w:tr>
      <w:tr w:rsidR="00EF472A" w:rsidRPr="00106719" w14:paraId="5E1834B1" w14:textId="77777777" w:rsidTr="0085799D">
        <w:tc>
          <w:tcPr>
            <w:tcW w:w="2948" w:type="dxa"/>
            <w:shd w:val="clear" w:color="auto" w:fill="EDF0F5"/>
          </w:tcPr>
          <w:p w14:paraId="19CBEDDB" w14:textId="77777777" w:rsidR="00EF472A" w:rsidRPr="00106719" w:rsidRDefault="00EF472A" w:rsidP="0085799D">
            <w:pPr>
              <w:spacing w:after="20"/>
              <w:rPr>
                <w:lang w:val="it-IT"/>
              </w:rPr>
            </w:pPr>
            <w:r w:rsidRPr="00106719">
              <w:rPr>
                <w:b/>
                <w:sz w:val="18"/>
                <w:lang w:val="it-IT"/>
              </w:rPr>
              <w:t>Evidenze e prodotto (se previsto)</w:t>
            </w:r>
          </w:p>
        </w:tc>
        <w:tc>
          <w:tcPr>
            <w:tcW w:w="6803" w:type="dxa"/>
          </w:tcPr>
          <w:p w14:paraId="3F709BDD" w14:textId="77777777" w:rsidR="00EF472A" w:rsidRPr="00106719" w:rsidRDefault="00EF472A" w:rsidP="0085799D">
            <w:pPr>
              <w:spacing w:after="20"/>
              <w:rPr>
                <w:lang w:val="it-IT"/>
              </w:rPr>
            </w:pPr>
          </w:p>
        </w:tc>
      </w:tr>
      <w:tr w:rsidR="00EF472A" w:rsidRPr="00106719" w14:paraId="18428D59" w14:textId="77777777" w:rsidTr="0085799D">
        <w:tc>
          <w:tcPr>
            <w:tcW w:w="2948" w:type="dxa"/>
            <w:shd w:val="clear" w:color="auto" w:fill="EDF0F5"/>
          </w:tcPr>
          <w:p w14:paraId="61AA481C" w14:textId="77777777" w:rsidR="00EF472A" w:rsidRPr="00106719" w:rsidRDefault="00EF472A" w:rsidP="0085799D">
            <w:pPr>
              <w:spacing w:after="20"/>
              <w:rPr>
                <w:lang w:val="it-IT"/>
              </w:rPr>
            </w:pPr>
            <w:r w:rsidRPr="00106719">
              <w:rPr>
                <w:b/>
                <w:sz w:val="18"/>
                <w:lang w:val="it-IT"/>
              </w:rPr>
              <w:t>Verifiche e criteri di valutazione</w:t>
            </w:r>
          </w:p>
        </w:tc>
        <w:tc>
          <w:tcPr>
            <w:tcW w:w="6803" w:type="dxa"/>
          </w:tcPr>
          <w:p w14:paraId="5C9D43E5" w14:textId="77777777" w:rsidR="00EF472A" w:rsidRPr="00106719" w:rsidRDefault="00EF472A" w:rsidP="0085799D">
            <w:pPr>
              <w:spacing w:after="20"/>
              <w:rPr>
                <w:lang w:val="it-IT"/>
              </w:rPr>
            </w:pPr>
          </w:p>
        </w:tc>
      </w:tr>
      <w:tr w:rsidR="00EF472A" w:rsidRPr="00106719" w14:paraId="43AB5460" w14:textId="77777777" w:rsidTr="0085799D">
        <w:tc>
          <w:tcPr>
            <w:tcW w:w="2948" w:type="dxa"/>
            <w:shd w:val="clear" w:color="auto" w:fill="EDF0F5"/>
          </w:tcPr>
          <w:p w14:paraId="4C354B0D" w14:textId="77777777" w:rsidR="00EF472A" w:rsidRPr="00106719" w:rsidRDefault="00EF472A" w:rsidP="0085799D">
            <w:pPr>
              <w:spacing w:after="20"/>
              <w:rPr>
                <w:lang w:val="it-IT"/>
              </w:rPr>
            </w:pPr>
            <w:r w:rsidRPr="00106719">
              <w:rPr>
                <w:b/>
                <w:sz w:val="18"/>
                <w:lang w:val="it-IT"/>
              </w:rPr>
              <w:t>Educazione civica: nucleo, ore, traguardo</w:t>
            </w:r>
          </w:p>
        </w:tc>
        <w:tc>
          <w:tcPr>
            <w:tcW w:w="6803" w:type="dxa"/>
          </w:tcPr>
          <w:p w14:paraId="338D02A5" w14:textId="77777777" w:rsidR="00EF472A" w:rsidRPr="00106719" w:rsidRDefault="00EF472A" w:rsidP="0085799D">
            <w:pPr>
              <w:spacing w:after="20"/>
              <w:rPr>
                <w:lang w:val="it-IT"/>
              </w:rPr>
            </w:pPr>
            <w:r w:rsidRPr="00106719">
              <w:rPr>
                <w:i/>
                <w:sz w:val="17"/>
                <w:lang w:val="it-IT"/>
              </w:rPr>
              <w:t xml:space="preserve">☐ </w:t>
            </w:r>
            <w:proofErr w:type="gramStart"/>
            <w:r w:rsidRPr="00106719">
              <w:rPr>
                <w:i/>
                <w:sz w:val="17"/>
                <w:lang w:val="it-IT"/>
              </w:rPr>
              <w:t>Costituzione  ☐</w:t>
            </w:r>
            <w:proofErr w:type="gramEnd"/>
            <w:r w:rsidRPr="00106719">
              <w:rPr>
                <w:i/>
                <w:sz w:val="17"/>
                <w:lang w:val="it-IT"/>
              </w:rPr>
              <w:t xml:space="preserve"> Sviluppo </w:t>
            </w:r>
            <w:proofErr w:type="gramStart"/>
            <w:r w:rsidRPr="00106719">
              <w:rPr>
                <w:i/>
                <w:sz w:val="17"/>
                <w:lang w:val="it-IT"/>
              </w:rPr>
              <w:t>sostenibile  ☐</w:t>
            </w:r>
            <w:proofErr w:type="gramEnd"/>
            <w:r w:rsidRPr="00106719">
              <w:rPr>
                <w:i/>
                <w:sz w:val="17"/>
                <w:lang w:val="it-IT"/>
              </w:rPr>
              <w:t xml:space="preserve"> Cittadinanza digitale — ore n. ______</w:t>
            </w:r>
          </w:p>
        </w:tc>
      </w:tr>
      <w:tr w:rsidR="00EF472A" w:rsidRPr="00106719" w14:paraId="1B5D925A" w14:textId="77777777" w:rsidTr="0085799D">
        <w:tc>
          <w:tcPr>
            <w:tcW w:w="2948" w:type="dxa"/>
            <w:shd w:val="clear" w:color="auto" w:fill="EDF0F5"/>
          </w:tcPr>
          <w:p w14:paraId="1ED0B7F3" w14:textId="77777777" w:rsidR="00EF472A" w:rsidRPr="00106719" w:rsidRDefault="00EF472A" w:rsidP="0085799D">
            <w:pPr>
              <w:spacing w:after="20"/>
            </w:pPr>
            <w:proofErr w:type="spellStart"/>
            <w:r w:rsidRPr="00106719">
              <w:rPr>
                <w:b/>
                <w:sz w:val="18"/>
              </w:rPr>
              <w:t>Evidenza</w:t>
            </w:r>
            <w:proofErr w:type="spellEnd"/>
            <w:r w:rsidRPr="00106719">
              <w:rPr>
                <w:b/>
                <w:sz w:val="18"/>
              </w:rPr>
              <w:t xml:space="preserve"> </w:t>
            </w:r>
            <w:proofErr w:type="spellStart"/>
            <w:r w:rsidRPr="00106719">
              <w:rPr>
                <w:b/>
                <w:sz w:val="18"/>
              </w:rPr>
              <w:t>candidabile</w:t>
            </w:r>
            <w:proofErr w:type="spellEnd"/>
            <w:r w:rsidRPr="00106719">
              <w:rPr>
                <w:b/>
                <w:sz w:val="18"/>
              </w:rPr>
              <w:t xml:space="preserve"> </w:t>
            </w:r>
            <w:proofErr w:type="spellStart"/>
            <w:r w:rsidRPr="00106719">
              <w:rPr>
                <w:b/>
                <w:sz w:val="18"/>
              </w:rPr>
              <w:t>all'E</w:t>
            </w:r>
            <w:proofErr w:type="spellEnd"/>
            <w:r w:rsidRPr="00106719">
              <w:rPr>
                <w:b/>
                <w:sz w:val="18"/>
              </w:rPr>
              <w:t>-Portfolio</w:t>
            </w:r>
          </w:p>
        </w:tc>
        <w:tc>
          <w:tcPr>
            <w:tcW w:w="6803" w:type="dxa"/>
          </w:tcPr>
          <w:p w14:paraId="482DAD49" w14:textId="77777777" w:rsidR="00EF472A" w:rsidRPr="00106719" w:rsidRDefault="00EF472A" w:rsidP="0085799D">
            <w:pPr>
              <w:spacing w:after="20"/>
            </w:pPr>
          </w:p>
        </w:tc>
      </w:tr>
      <w:tr w:rsidR="00EF472A" w:rsidRPr="00106719" w14:paraId="0ECA2E86" w14:textId="77777777" w:rsidTr="0085799D">
        <w:tc>
          <w:tcPr>
            <w:tcW w:w="2948" w:type="dxa"/>
            <w:shd w:val="clear" w:color="auto" w:fill="EDF0F5"/>
          </w:tcPr>
          <w:p w14:paraId="6FC44F73" w14:textId="77777777" w:rsidR="00EF472A" w:rsidRPr="00106719" w:rsidRDefault="00EF472A" w:rsidP="0085799D">
            <w:pPr>
              <w:spacing w:after="20"/>
              <w:rPr>
                <w:lang w:val="it-IT"/>
              </w:rPr>
            </w:pPr>
            <w:r w:rsidRPr="00106719">
              <w:rPr>
                <w:b/>
                <w:sz w:val="18"/>
                <w:lang w:val="it-IT"/>
              </w:rPr>
              <w:t>Apporto all'</w:t>
            </w:r>
            <w:proofErr w:type="spellStart"/>
            <w:r w:rsidRPr="00106719">
              <w:rPr>
                <w:b/>
                <w:sz w:val="18"/>
                <w:lang w:val="it-IT"/>
              </w:rPr>
              <w:t>U.d.A</w:t>
            </w:r>
            <w:proofErr w:type="spellEnd"/>
            <w:r w:rsidRPr="00106719">
              <w:rPr>
                <w:b/>
                <w:sz w:val="18"/>
                <w:lang w:val="it-IT"/>
              </w:rPr>
              <w:t>. interdisciplinare per il compito di realtà</w:t>
            </w:r>
          </w:p>
        </w:tc>
        <w:tc>
          <w:tcPr>
            <w:tcW w:w="6803" w:type="dxa"/>
          </w:tcPr>
          <w:p w14:paraId="5928D6ED" w14:textId="77777777" w:rsidR="00EF472A" w:rsidRPr="00106719" w:rsidRDefault="00EF472A" w:rsidP="0085799D">
            <w:pPr>
              <w:spacing w:after="20"/>
              <w:rPr>
                <w:lang w:val="it-IT"/>
              </w:rPr>
            </w:pPr>
          </w:p>
        </w:tc>
      </w:tr>
      <w:tr w:rsidR="00EF472A" w:rsidRPr="00106719" w14:paraId="7EB0F9A5" w14:textId="77777777" w:rsidTr="0085799D">
        <w:tc>
          <w:tcPr>
            <w:tcW w:w="2948" w:type="dxa"/>
            <w:shd w:val="clear" w:color="auto" w:fill="EDF0F5"/>
          </w:tcPr>
          <w:p w14:paraId="7D6777C8" w14:textId="77777777" w:rsidR="00EF472A" w:rsidRPr="00106719" w:rsidRDefault="00EF472A" w:rsidP="0085799D">
            <w:pPr>
              <w:spacing w:after="20"/>
              <w:rPr>
                <w:lang w:val="it-IT"/>
              </w:rPr>
            </w:pPr>
            <w:r w:rsidRPr="00106719">
              <w:rPr>
                <w:b/>
                <w:sz w:val="18"/>
                <w:lang w:val="it-IT"/>
              </w:rPr>
              <w:t>Attività di recupero e di potenziamento in itinere</w:t>
            </w:r>
          </w:p>
        </w:tc>
        <w:tc>
          <w:tcPr>
            <w:tcW w:w="6803" w:type="dxa"/>
          </w:tcPr>
          <w:p w14:paraId="056B4133" w14:textId="77777777" w:rsidR="00EF472A" w:rsidRPr="00106719" w:rsidRDefault="00EF472A" w:rsidP="0085799D">
            <w:pPr>
              <w:spacing w:after="20"/>
              <w:rPr>
                <w:lang w:val="it-IT"/>
              </w:rPr>
            </w:pPr>
          </w:p>
        </w:tc>
      </w:tr>
    </w:tbl>
    <w:p w14:paraId="66663104" w14:textId="77777777" w:rsidR="00EF472A" w:rsidRPr="00106719" w:rsidRDefault="00EF472A" w:rsidP="00EF472A">
      <w:pPr>
        <w:rPr>
          <w:lang w:val="it-IT"/>
        </w:rPr>
      </w:pPr>
      <w:r w:rsidRPr="00106719">
        <w:rPr>
          <w:lang w:val="it-IT"/>
        </w:rPr>
        <w:br w:type="page"/>
      </w:r>
    </w:p>
    <w:p w14:paraId="79734CE0" w14:textId="77777777" w:rsidR="00EF472A" w:rsidRPr="00106719" w:rsidRDefault="00EF472A" w:rsidP="00EF472A">
      <w:pPr>
        <w:pStyle w:val="Titolo2"/>
        <w:spacing w:before="280" w:after="120"/>
        <w:rPr>
          <w:color w:val="auto"/>
          <w:lang w:val="it-IT"/>
        </w:rPr>
      </w:pPr>
      <w:r w:rsidRPr="00106719">
        <w:rPr>
          <w:rFonts w:ascii="Book Antiqua" w:hAnsi="Book Antiqua"/>
          <w:color w:val="auto"/>
          <w:sz w:val="25"/>
          <w:lang w:val="it-IT"/>
        </w:rPr>
        <w:lastRenderedPageBreak/>
        <w:t>Allegato B – Prospetto sintetico per il coordinatore di Dipartimento</w:t>
      </w:r>
    </w:p>
    <w:p w14:paraId="57593931" w14:textId="77777777" w:rsidR="00EF472A" w:rsidRPr="00106719" w:rsidRDefault="00EF472A" w:rsidP="00EF472A">
      <w:pPr>
        <w:spacing w:after="120"/>
      </w:pPr>
      <w:r w:rsidRPr="00106719">
        <w:rPr>
          <w:i/>
          <w:sz w:val="18"/>
          <w:lang w:val="it-IT"/>
        </w:rPr>
        <w:t xml:space="preserve">Da trasmettere al coordinatore di Dipartimento entro l'inizio delle lezioni, ai sensi della Circolare n. 5. </w:t>
      </w:r>
      <w:r w:rsidRPr="00106719">
        <w:rPr>
          <w:i/>
          <w:sz w:val="18"/>
        </w:rPr>
        <w:t xml:space="preserve">Una </w:t>
      </w:r>
      <w:proofErr w:type="spellStart"/>
      <w:r w:rsidRPr="00106719">
        <w:rPr>
          <w:i/>
          <w:sz w:val="18"/>
        </w:rPr>
        <w:t>riga</w:t>
      </w:r>
      <w:proofErr w:type="spellEnd"/>
      <w:r w:rsidRPr="00106719">
        <w:rPr>
          <w:i/>
          <w:sz w:val="18"/>
        </w:rPr>
        <w:t xml:space="preserve"> per </w:t>
      </w:r>
      <w:proofErr w:type="spellStart"/>
      <w:r w:rsidRPr="00106719">
        <w:rPr>
          <w:i/>
          <w:sz w:val="18"/>
        </w:rPr>
        <w:t>ciascuna</w:t>
      </w:r>
      <w:proofErr w:type="spellEnd"/>
      <w:r w:rsidRPr="00106719">
        <w:rPr>
          <w:i/>
          <w:sz w:val="18"/>
        </w:rPr>
        <w:t xml:space="preserve"> classe </w:t>
      </w:r>
      <w:proofErr w:type="spellStart"/>
      <w:r w:rsidRPr="00106719">
        <w:rPr>
          <w:i/>
          <w:sz w:val="18"/>
        </w:rPr>
        <w:t>assegnata</w:t>
      </w:r>
      <w:proofErr w:type="spellEnd"/>
      <w:r w:rsidRPr="00106719">
        <w:rPr>
          <w:i/>
          <w:sz w:val="18"/>
        </w:rPr>
        <w:t xml:space="preserve"> al docente.</w:t>
      </w:r>
    </w:p>
    <w:tbl>
      <w:tblPr>
        <w:tblStyle w:val="Grigliatabella"/>
        <w:tblW w:w="0" w:type="auto"/>
        <w:tblLayout w:type="fixed"/>
        <w:tblCellMar>
          <w:top w:w="60" w:type="dxa"/>
          <w:left w:w="50" w:type="dxa"/>
          <w:bottom w:w="60" w:type="dxa"/>
          <w:right w:w="50" w:type="dxa"/>
        </w:tblCellMar>
        <w:tblLook w:val="04A0" w:firstRow="1" w:lastRow="0" w:firstColumn="1" w:lastColumn="0" w:noHBand="0" w:noVBand="1"/>
      </w:tblPr>
      <w:tblGrid>
        <w:gridCol w:w="1474"/>
        <w:gridCol w:w="907"/>
        <w:gridCol w:w="1474"/>
        <w:gridCol w:w="1474"/>
        <w:gridCol w:w="1474"/>
        <w:gridCol w:w="1474"/>
        <w:gridCol w:w="794"/>
        <w:gridCol w:w="680"/>
      </w:tblGrid>
      <w:tr w:rsidR="00EF472A" w:rsidRPr="00106719" w14:paraId="0F4A5236" w14:textId="77777777" w:rsidTr="0085799D">
        <w:trPr>
          <w:tblHeader/>
        </w:trPr>
        <w:tc>
          <w:tcPr>
            <w:tcW w:w="1474" w:type="dxa"/>
            <w:shd w:val="clear" w:color="auto" w:fill="D6DFEE"/>
          </w:tcPr>
          <w:p w14:paraId="14F3E48B" w14:textId="77777777" w:rsidR="00EF472A" w:rsidRPr="00106719" w:rsidRDefault="00EF472A" w:rsidP="0085799D">
            <w:pPr>
              <w:spacing w:after="20"/>
            </w:pPr>
            <w:r w:rsidRPr="00106719">
              <w:rPr>
                <w:b/>
                <w:sz w:val="16"/>
              </w:rPr>
              <w:t>Disciplina</w:t>
            </w:r>
          </w:p>
        </w:tc>
        <w:tc>
          <w:tcPr>
            <w:tcW w:w="907" w:type="dxa"/>
            <w:shd w:val="clear" w:color="auto" w:fill="D6DFEE"/>
          </w:tcPr>
          <w:p w14:paraId="6B9376DE" w14:textId="77777777" w:rsidR="00EF472A" w:rsidRPr="00106719" w:rsidRDefault="00EF472A" w:rsidP="0085799D">
            <w:pPr>
              <w:spacing w:after="20"/>
            </w:pPr>
            <w:r w:rsidRPr="00106719">
              <w:rPr>
                <w:b/>
                <w:sz w:val="16"/>
              </w:rPr>
              <w:t>Classe e sez.</w:t>
            </w:r>
          </w:p>
        </w:tc>
        <w:tc>
          <w:tcPr>
            <w:tcW w:w="1474" w:type="dxa"/>
            <w:shd w:val="clear" w:color="auto" w:fill="D6DFEE"/>
          </w:tcPr>
          <w:p w14:paraId="134422B4" w14:textId="77777777" w:rsidR="00EF472A" w:rsidRPr="00106719" w:rsidRDefault="00EF472A" w:rsidP="0085799D">
            <w:pPr>
              <w:spacing w:after="20"/>
            </w:pPr>
            <w:proofErr w:type="spellStart"/>
            <w:r w:rsidRPr="00106719">
              <w:rPr>
                <w:b/>
                <w:sz w:val="16"/>
              </w:rPr>
              <w:t>U.d.A.</w:t>
            </w:r>
            <w:proofErr w:type="spellEnd"/>
            <w:r w:rsidRPr="00106719">
              <w:rPr>
                <w:b/>
                <w:sz w:val="16"/>
              </w:rPr>
              <w:t xml:space="preserve"> 1</w:t>
            </w:r>
          </w:p>
        </w:tc>
        <w:tc>
          <w:tcPr>
            <w:tcW w:w="1474" w:type="dxa"/>
            <w:shd w:val="clear" w:color="auto" w:fill="D6DFEE"/>
          </w:tcPr>
          <w:p w14:paraId="37F41734" w14:textId="77777777" w:rsidR="00EF472A" w:rsidRPr="00106719" w:rsidRDefault="00EF472A" w:rsidP="0085799D">
            <w:pPr>
              <w:spacing w:after="20"/>
            </w:pPr>
            <w:proofErr w:type="spellStart"/>
            <w:r w:rsidRPr="00106719">
              <w:rPr>
                <w:b/>
                <w:sz w:val="16"/>
              </w:rPr>
              <w:t>U.d.A.</w:t>
            </w:r>
            <w:proofErr w:type="spellEnd"/>
            <w:r w:rsidRPr="00106719">
              <w:rPr>
                <w:b/>
                <w:sz w:val="16"/>
              </w:rPr>
              <w:t xml:space="preserve"> 2</w:t>
            </w:r>
          </w:p>
        </w:tc>
        <w:tc>
          <w:tcPr>
            <w:tcW w:w="1474" w:type="dxa"/>
            <w:shd w:val="clear" w:color="auto" w:fill="D6DFEE"/>
          </w:tcPr>
          <w:p w14:paraId="2A2AE821" w14:textId="77777777" w:rsidR="00EF472A" w:rsidRPr="00106719" w:rsidRDefault="00EF472A" w:rsidP="0085799D">
            <w:pPr>
              <w:spacing w:after="20"/>
            </w:pPr>
            <w:proofErr w:type="spellStart"/>
            <w:r w:rsidRPr="00106719">
              <w:rPr>
                <w:b/>
                <w:sz w:val="16"/>
              </w:rPr>
              <w:t>U.d.A.</w:t>
            </w:r>
            <w:proofErr w:type="spellEnd"/>
            <w:r w:rsidRPr="00106719">
              <w:rPr>
                <w:b/>
                <w:sz w:val="16"/>
              </w:rPr>
              <w:t xml:space="preserve"> 3</w:t>
            </w:r>
          </w:p>
        </w:tc>
        <w:tc>
          <w:tcPr>
            <w:tcW w:w="1474" w:type="dxa"/>
            <w:shd w:val="clear" w:color="auto" w:fill="D6DFEE"/>
          </w:tcPr>
          <w:p w14:paraId="4B180358" w14:textId="77777777" w:rsidR="00EF472A" w:rsidRPr="00106719" w:rsidRDefault="00EF472A" w:rsidP="0085799D">
            <w:pPr>
              <w:spacing w:after="20"/>
            </w:pPr>
            <w:proofErr w:type="spellStart"/>
            <w:r w:rsidRPr="00106719">
              <w:rPr>
                <w:b/>
                <w:sz w:val="16"/>
              </w:rPr>
              <w:t>U.d.A.</w:t>
            </w:r>
            <w:proofErr w:type="spellEnd"/>
            <w:r w:rsidRPr="00106719">
              <w:rPr>
                <w:b/>
                <w:sz w:val="16"/>
              </w:rPr>
              <w:t xml:space="preserve"> 4</w:t>
            </w:r>
          </w:p>
        </w:tc>
        <w:tc>
          <w:tcPr>
            <w:tcW w:w="794" w:type="dxa"/>
            <w:shd w:val="clear" w:color="auto" w:fill="D6DFEE"/>
          </w:tcPr>
          <w:p w14:paraId="73451A23" w14:textId="77777777" w:rsidR="00EF472A" w:rsidRPr="00106719" w:rsidRDefault="00EF472A" w:rsidP="0085799D">
            <w:pPr>
              <w:spacing w:after="20"/>
            </w:pPr>
            <w:r w:rsidRPr="00106719">
              <w:rPr>
                <w:b/>
                <w:sz w:val="16"/>
              </w:rPr>
              <w:t xml:space="preserve">Ore ed. </w:t>
            </w:r>
            <w:proofErr w:type="spellStart"/>
            <w:r w:rsidRPr="00106719">
              <w:rPr>
                <w:b/>
                <w:sz w:val="16"/>
              </w:rPr>
              <w:t>civica</w:t>
            </w:r>
            <w:proofErr w:type="spellEnd"/>
          </w:p>
        </w:tc>
        <w:tc>
          <w:tcPr>
            <w:tcW w:w="680" w:type="dxa"/>
            <w:shd w:val="clear" w:color="auto" w:fill="D6DFEE"/>
          </w:tcPr>
          <w:p w14:paraId="3D08A262" w14:textId="77777777" w:rsidR="00EF472A" w:rsidRPr="00106719" w:rsidRDefault="00EF472A" w:rsidP="0085799D">
            <w:pPr>
              <w:spacing w:after="20"/>
            </w:pPr>
            <w:r w:rsidRPr="00106719">
              <w:rPr>
                <w:b/>
                <w:sz w:val="16"/>
              </w:rPr>
              <w:t xml:space="preserve">Deposito </w:t>
            </w:r>
            <w:proofErr w:type="spellStart"/>
            <w:r w:rsidRPr="00106719">
              <w:rPr>
                <w:b/>
                <w:sz w:val="16"/>
              </w:rPr>
              <w:t>su</w:t>
            </w:r>
            <w:proofErr w:type="spellEnd"/>
            <w:r w:rsidRPr="00106719">
              <w:rPr>
                <w:b/>
                <w:sz w:val="16"/>
              </w:rPr>
              <w:t xml:space="preserve"> drive</w:t>
            </w:r>
          </w:p>
        </w:tc>
      </w:tr>
      <w:tr w:rsidR="00EF472A" w:rsidRPr="00106719" w14:paraId="1C9D4596" w14:textId="77777777" w:rsidTr="0085799D">
        <w:tc>
          <w:tcPr>
            <w:tcW w:w="1474" w:type="dxa"/>
          </w:tcPr>
          <w:p w14:paraId="31409578" w14:textId="77777777" w:rsidR="00EF472A" w:rsidRPr="00106719" w:rsidRDefault="00EF472A" w:rsidP="0085799D">
            <w:pPr>
              <w:spacing w:after="20"/>
            </w:pPr>
          </w:p>
        </w:tc>
        <w:tc>
          <w:tcPr>
            <w:tcW w:w="907" w:type="dxa"/>
          </w:tcPr>
          <w:p w14:paraId="15B2EABF" w14:textId="77777777" w:rsidR="00EF472A" w:rsidRPr="00106719" w:rsidRDefault="00EF472A" w:rsidP="0085799D">
            <w:pPr>
              <w:spacing w:after="20"/>
            </w:pPr>
          </w:p>
        </w:tc>
        <w:tc>
          <w:tcPr>
            <w:tcW w:w="1474" w:type="dxa"/>
          </w:tcPr>
          <w:p w14:paraId="0BE4662D" w14:textId="77777777" w:rsidR="00EF472A" w:rsidRPr="00106719" w:rsidRDefault="00EF472A" w:rsidP="0085799D">
            <w:pPr>
              <w:spacing w:after="20"/>
            </w:pPr>
          </w:p>
        </w:tc>
        <w:tc>
          <w:tcPr>
            <w:tcW w:w="1474" w:type="dxa"/>
          </w:tcPr>
          <w:p w14:paraId="54307615" w14:textId="77777777" w:rsidR="00EF472A" w:rsidRPr="00106719" w:rsidRDefault="00EF472A" w:rsidP="0085799D">
            <w:pPr>
              <w:spacing w:after="20"/>
            </w:pPr>
          </w:p>
        </w:tc>
        <w:tc>
          <w:tcPr>
            <w:tcW w:w="1474" w:type="dxa"/>
          </w:tcPr>
          <w:p w14:paraId="622EE423" w14:textId="77777777" w:rsidR="00EF472A" w:rsidRPr="00106719" w:rsidRDefault="00EF472A" w:rsidP="0085799D">
            <w:pPr>
              <w:spacing w:after="20"/>
            </w:pPr>
          </w:p>
        </w:tc>
        <w:tc>
          <w:tcPr>
            <w:tcW w:w="1474" w:type="dxa"/>
          </w:tcPr>
          <w:p w14:paraId="3BF2EAC2" w14:textId="77777777" w:rsidR="00EF472A" w:rsidRPr="00106719" w:rsidRDefault="00EF472A" w:rsidP="0085799D">
            <w:pPr>
              <w:spacing w:after="20"/>
            </w:pPr>
          </w:p>
        </w:tc>
        <w:tc>
          <w:tcPr>
            <w:tcW w:w="794" w:type="dxa"/>
          </w:tcPr>
          <w:p w14:paraId="7124D85C" w14:textId="77777777" w:rsidR="00EF472A" w:rsidRPr="00106719" w:rsidRDefault="00EF472A" w:rsidP="0085799D">
            <w:pPr>
              <w:spacing w:after="20"/>
            </w:pPr>
          </w:p>
        </w:tc>
        <w:tc>
          <w:tcPr>
            <w:tcW w:w="680" w:type="dxa"/>
          </w:tcPr>
          <w:p w14:paraId="2D8D30FE" w14:textId="77777777" w:rsidR="00EF472A" w:rsidRPr="00106719" w:rsidRDefault="00EF472A" w:rsidP="0085799D">
            <w:pPr>
              <w:spacing w:after="20"/>
            </w:pPr>
          </w:p>
        </w:tc>
      </w:tr>
      <w:tr w:rsidR="00EF472A" w:rsidRPr="00106719" w14:paraId="23D39572" w14:textId="77777777" w:rsidTr="0085799D">
        <w:tc>
          <w:tcPr>
            <w:tcW w:w="1474" w:type="dxa"/>
          </w:tcPr>
          <w:p w14:paraId="58833FA4" w14:textId="77777777" w:rsidR="00EF472A" w:rsidRPr="00106719" w:rsidRDefault="00EF472A" w:rsidP="0085799D">
            <w:pPr>
              <w:spacing w:after="20"/>
            </w:pPr>
          </w:p>
        </w:tc>
        <w:tc>
          <w:tcPr>
            <w:tcW w:w="907" w:type="dxa"/>
          </w:tcPr>
          <w:p w14:paraId="3E2D609A" w14:textId="77777777" w:rsidR="00EF472A" w:rsidRPr="00106719" w:rsidRDefault="00EF472A" w:rsidP="0085799D">
            <w:pPr>
              <w:spacing w:after="20"/>
            </w:pPr>
          </w:p>
        </w:tc>
        <w:tc>
          <w:tcPr>
            <w:tcW w:w="1474" w:type="dxa"/>
          </w:tcPr>
          <w:p w14:paraId="6DDFCE9B" w14:textId="77777777" w:rsidR="00EF472A" w:rsidRPr="00106719" w:rsidRDefault="00EF472A" w:rsidP="0085799D">
            <w:pPr>
              <w:spacing w:after="20"/>
            </w:pPr>
          </w:p>
        </w:tc>
        <w:tc>
          <w:tcPr>
            <w:tcW w:w="1474" w:type="dxa"/>
          </w:tcPr>
          <w:p w14:paraId="3E060845" w14:textId="77777777" w:rsidR="00EF472A" w:rsidRPr="00106719" w:rsidRDefault="00EF472A" w:rsidP="0085799D">
            <w:pPr>
              <w:spacing w:after="20"/>
            </w:pPr>
          </w:p>
        </w:tc>
        <w:tc>
          <w:tcPr>
            <w:tcW w:w="1474" w:type="dxa"/>
          </w:tcPr>
          <w:p w14:paraId="08781191" w14:textId="77777777" w:rsidR="00EF472A" w:rsidRPr="00106719" w:rsidRDefault="00EF472A" w:rsidP="0085799D">
            <w:pPr>
              <w:spacing w:after="20"/>
            </w:pPr>
          </w:p>
        </w:tc>
        <w:tc>
          <w:tcPr>
            <w:tcW w:w="1474" w:type="dxa"/>
          </w:tcPr>
          <w:p w14:paraId="01469AA2" w14:textId="77777777" w:rsidR="00EF472A" w:rsidRPr="00106719" w:rsidRDefault="00EF472A" w:rsidP="0085799D">
            <w:pPr>
              <w:spacing w:after="20"/>
            </w:pPr>
          </w:p>
        </w:tc>
        <w:tc>
          <w:tcPr>
            <w:tcW w:w="794" w:type="dxa"/>
          </w:tcPr>
          <w:p w14:paraId="0CA6D9C0" w14:textId="77777777" w:rsidR="00EF472A" w:rsidRPr="00106719" w:rsidRDefault="00EF472A" w:rsidP="0085799D">
            <w:pPr>
              <w:spacing w:after="20"/>
            </w:pPr>
          </w:p>
        </w:tc>
        <w:tc>
          <w:tcPr>
            <w:tcW w:w="680" w:type="dxa"/>
          </w:tcPr>
          <w:p w14:paraId="77FC4442" w14:textId="77777777" w:rsidR="00EF472A" w:rsidRPr="00106719" w:rsidRDefault="00EF472A" w:rsidP="0085799D">
            <w:pPr>
              <w:spacing w:after="20"/>
            </w:pPr>
          </w:p>
        </w:tc>
      </w:tr>
      <w:tr w:rsidR="00EF472A" w:rsidRPr="00106719" w14:paraId="00F9A47C" w14:textId="77777777" w:rsidTr="0085799D">
        <w:tc>
          <w:tcPr>
            <w:tcW w:w="1474" w:type="dxa"/>
          </w:tcPr>
          <w:p w14:paraId="07190338" w14:textId="77777777" w:rsidR="00EF472A" w:rsidRPr="00106719" w:rsidRDefault="00EF472A" w:rsidP="0085799D">
            <w:pPr>
              <w:spacing w:after="20"/>
            </w:pPr>
          </w:p>
        </w:tc>
        <w:tc>
          <w:tcPr>
            <w:tcW w:w="907" w:type="dxa"/>
          </w:tcPr>
          <w:p w14:paraId="659D35C9" w14:textId="77777777" w:rsidR="00EF472A" w:rsidRPr="00106719" w:rsidRDefault="00EF472A" w:rsidP="0085799D">
            <w:pPr>
              <w:spacing w:after="20"/>
            </w:pPr>
          </w:p>
        </w:tc>
        <w:tc>
          <w:tcPr>
            <w:tcW w:w="1474" w:type="dxa"/>
          </w:tcPr>
          <w:p w14:paraId="5B2553EF" w14:textId="77777777" w:rsidR="00EF472A" w:rsidRPr="00106719" w:rsidRDefault="00EF472A" w:rsidP="0085799D">
            <w:pPr>
              <w:spacing w:after="20"/>
            </w:pPr>
          </w:p>
        </w:tc>
        <w:tc>
          <w:tcPr>
            <w:tcW w:w="1474" w:type="dxa"/>
          </w:tcPr>
          <w:p w14:paraId="4211D197" w14:textId="77777777" w:rsidR="00EF472A" w:rsidRPr="00106719" w:rsidRDefault="00EF472A" w:rsidP="0085799D">
            <w:pPr>
              <w:spacing w:after="20"/>
            </w:pPr>
          </w:p>
        </w:tc>
        <w:tc>
          <w:tcPr>
            <w:tcW w:w="1474" w:type="dxa"/>
          </w:tcPr>
          <w:p w14:paraId="40A2588F" w14:textId="77777777" w:rsidR="00EF472A" w:rsidRPr="00106719" w:rsidRDefault="00EF472A" w:rsidP="0085799D">
            <w:pPr>
              <w:spacing w:after="20"/>
            </w:pPr>
          </w:p>
        </w:tc>
        <w:tc>
          <w:tcPr>
            <w:tcW w:w="1474" w:type="dxa"/>
          </w:tcPr>
          <w:p w14:paraId="2F2C4376" w14:textId="77777777" w:rsidR="00EF472A" w:rsidRPr="00106719" w:rsidRDefault="00EF472A" w:rsidP="0085799D">
            <w:pPr>
              <w:spacing w:after="20"/>
            </w:pPr>
          </w:p>
        </w:tc>
        <w:tc>
          <w:tcPr>
            <w:tcW w:w="794" w:type="dxa"/>
          </w:tcPr>
          <w:p w14:paraId="5024D3B8" w14:textId="77777777" w:rsidR="00EF472A" w:rsidRPr="00106719" w:rsidRDefault="00EF472A" w:rsidP="0085799D">
            <w:pPr>
              <w:spacing w:after="20"/>
            </w:pPr>
          </w:p>
        </w:tc>
        <w:tc>
          <w:tcPr>
            <w:tcW w:w="680" w:type="dxa"/>
          </w:tcPr>
          <w:p w14:paraId="2FDB091F" w14:textId="77777777" w:rsidR="00EF472A" w:rsidRPr="00106719" w:rsidRDefault="00EF472A" w:rsidP="0085799D">
            <w:pPr>
              <w:spacing w:after="20"/>
            </w:pPr>
          </w:p>
        </w:tc>
      </w:tr>
      <w:tr w:rsidR="00EF472A" w:rsidRPr="00106719" w14:paraId="61884AAC" w14:textId="77777777" w:rsidTr="0085799D">
        <w:tc>
          <w:tcPr>
            <w:tcW w:w="1474" w:type="dxa"/>
          </w:tcPr>
          <w:p w14:paraId="0427E1B2" w14:textId="77777777" w:rsidR="00EF472A" w:rsidRPr="00106719" w:rsidRDefault="00EF472A" w:rsidP="0085799D">
            <w:pPr>
              <w:spacing w:after="20"/>
            </w:pPr>
          </w:p>
        </w:tc>
        <w:tc>
          <w:tcPr>
            <w:tcW w:w="907" w:type="dxa"/>
          </w:tcPr>
          <w:p w14:paraId="090A296F" w14:textId="77777777" w:rsidR="00EF472A" w:rsidRPr="00106719" w:rsidRDefault="00EF472A" w:rsidP="0085799D">
            <w:pPr>
              <w:spacing w:after="20"/>
            </w:pPr>
          </w:p>
        </w:tc>
        <w:tc>
          <w:tcPr>
            <w:tcW w:w="1474" w:type="dxa"/>
          </w:tcPr>
          <w:p w14:paraId="65E43609" w14:textId="77777777" w:rsidR="00EF472A" w:rsidRPr="00106719" w:rsidRDefault="00EF472A" w:rsidP="0085799D">
            <w:pPr>
              <w:spacing w:after="20"/>
            </w:pPr>
          </w:p>
        </w:tc>
        <w:tc>
          <w:tcPr>
            <w:tcW w:w="1474" w:type="dxa"/>
          </w:tcPr>
          <w:p w14:paraId="7EF9E65E" w14:textId="77777777" w:rsidR="00EF472A" w:rsidRPr="00106719" w:rsidRDefault="00EF472A" w:rsidP="0085799D">
            <w:pPr>
              <w:spacing w:after="20"/>
            </w:pPr>
          </w:p>
        </w:tc>
        <w:tc>
          <w:tcPr>
            <w:tcW w:w="1474" w:type="dxa"/>
          </w:tcPr>
          <w:p w14:paraId="5407942A" w14:textId="77777777" w:rsidR="00EF472A" w:rsidRPr="00106719" w:rsidRDefault="00EF472A" w:rsidP="0085799D">
            <w:pPr>
              <w:spacing w:after="20"/>
            </w:pPr>
          </w:p>
        </w:tc>
        <w:tc>
          <w:tcPr>
            <w:tcW w:w="1474" w:type="dxa"/>
          </w:tcPr>
          <w:p w14:paraId="41CBFE60" w14:textId="77777777" w:rsidR="00EF472A" w:rsidRPr="00106719" w:rsidRDefault="00EF472A" w:rsidP="0085799D">
            <w:pPr>
              <w:spacing w:after="20"/>
            </w:pPr>
          </w:p>
        </w:tc>
        <w:tc>
          <w:tcPr>
            <w:tcW w:w="794" w:type="dxa"/>
          </w:tcPr>
          <w:p w14:paraId="49EA9106" w14:textId="77777777" w:rsidR="00EF472A" w:rsidRPr="00106719" w:rsidRDefault="00EF472A" w:rsidP="0085799D">
            <w:pPr>
              <w:spacing w:after="20"/>
            </w:pPr>
          </w:p>
        </w:tc>
        <w:tc>
          <w:tcPr>
            <w:tcW w:w="680" w:type="dxa"/>
          </w:tcPr>
          <w:p w14:paraId="46CA7F73" w14:textId="77777777" w:rsidR="00EF472A" w:rsidRPr="00106719" w:rsidRDefault="00EF472A" w:rsidP="0085799D">
            <w:pPr>
              <w:spacing w:after="20"/>
            </w:pPr>
          </w:p>
        </w:tc>
      </w:tr>
      <w:tr w:rsidR="00EF472A" w:rsidRPr="00106719" w14:paraId="7608027D" w14:textId="77777777" w:rsidTr="0085799D">
        <w:tc>
          <w:tcPr>
            <w:tcW w:w="1474" w:type="dxa"/>
          </w:tcPr>
          <w:p w14:paraId="44A597E7" w14:textId="77777777" w:rsidR="00EF472A" w:rsidRPr="00106719" w:rsidRDefault="00EF472A" w:rsidP="0085799D">
            <w:pPr>
              <w:spacing w:after="20"/>
            </w:pPr>
          </w:p>
        </w:tc>
        <w:tc>
          <w:tcPr>
            <w:tcW w:w="907" w:type="dxa"/>
          </w:tcPr>
          <w:p w14:paraId="1FC15695" w14:textId="77777777" w:rsidR="00EF472A" w:rsidRPr="00106719" w:rsidRDefault="00EF472A" w:rsidP="0085799D">
            <w:pPr>
              <w:spacing w:after="20"/>
            </w:pPr>
          </w:p>
        </w:tc>
        <w:tc>
          <w:tcPr>
            <w:tcW w:w="1474" w:type="dxa"/>
          </w:tcPr>
          <w:p w14:paraId="5723478D" w14:textId="77777777" w:rsidR="00EF472A" w:rsidRPr="00106719" w:rsidRDefault="00EF472A" w:rsidP="0085799D">
            <w:pPr>
              <w:spacing w:after="20"/>
            </w:pPr>
          </w:p>
        </w:tc>
        <w:tc>
          <w:tcPr>
            <w:tcW w:w="1474" w:type="dxa"/>
          </w:tcPr>
          <w:p w14:paraId="7F7CD99D" w14:textId="77777777" w:rsidR="00EF472A" w:rsidRPr="00106719" w:rsidRDefault="00EF472A" w:rsidP="0085799D">
            <w:pPr>
              <w:spacing w:after="20"/>
            </w:pPr>
          </w:p>
        </w:tc>
        <w:tc>
          <w:tcPr>
            <w:tcW w:w="1474" w:type="dxa"/>
          </w:tcPr>
          <w:p w14:paraId="73B563BA" w14:textId="77777777" w:rsidR="00EF472A" w:rsidRPr="00106719" w:rsidRDefault="00EF472A" w:rsidP="0085799D">
            <w:pPr>
              <w:spacing w:after="20"/>
            </w:pPr>
          </w:p>
        </w:tc>
        <w:tc>
          <w:tcPr>
            <w:tcW w:w="1474" w:type="dxa"/>
          </w:tcPr>
          <w:p w14:paraId="10BFD4FA" w14:textId="77777777" w:rsidR="00EF472A" w:rsidRPr="00106719" w:rsidRDefault="00EF472A" w:rsidP="0085799D">
            <w:pPr>
              <w:spacing w:after="20"/>
            </w:pPr>
          </w:p>
        </w:tc>
        <w:tc>
          <w:tcPr>
            <w:tcW w:w="794" w:type="dxa"/>
          </w:tcPr>
          <w:p w14:paraId="2A5A3EC8" w14:textId="77777777" w:rsidR="00EF472A" w:rsidRPr="00106719" w:rsidRDefault="00EF472A" w:rsidP="0085799D">
            <w:pPr>
              <w:spacing w:after="20"/>
            </w:pPr>
          </w:p>
        </w:tc>
        <w:tc>
          <w:tcPr>
            <w:tcW w:w="680" w:type="dxa"/>
          </w:tcPr>
          <w:p w14:paraId="63274ED4" w14:textId="77777777" w:rsidR="00EF472A" w:rsidRPr="00106719" w:rsidRDefault="00EF472A" w:rsidP="0085799D">
            <w:pPr>
              <w:spacing w:after="20"/>
            </w:pPr>
          </w:p>
        </w:tc>
      </w:tr>
      <w:tr w:rsidR="00EF472A" w:rsidRPr="00106719" w14:paraId="6295B406" w14:textId="77777777" w:rsidTr="0085799D">
        <w:tc>
          <w:tcPr>
            <w:tcW w:w="1474" w:type="dxa"/>
          </w:tcPr>
          <w:p w14:paraId="2C546FB2" w14:textId="77777777" w:rsidR="00EF472A" w:rsidRPr="00106719" w:rsidRDefault="00EF472A" w:rsidP="0085799D">
            <w:pPr>
              <w:spacing w:after="20"/>
            </w:pPr>
          </w:p>
        </w:tc>
        <w:tc>
          <w:tcPr>
            <w:tcW w:w="907" w:type="dxa"/>
          </w:tcPr>
          <w:p w14:paraId="3E4DC3ED" w14:textId="77777777" w:rsidR="00EF472A" w:rsidRPr="00106719" w:rsidRDefault="00EF472A" w:rsidP="0085799D">
            <w:pPr>
              <w:spacing w:after="20"/>
            </w:pPr>
          </w:p>
        </w:tc>
        <w:tc>
          <w:tcPr>
            <w:tcW w:w="1474" w:type="dxa"/>
          </w:tcPr>
          <w:p w14:paraId="486220C8" w14:textId="77777777" w:rsidR="00EF472A" w:rsidRPr="00106719" w:rsidRDefault="00EF472A" w:rsidP="0085799D">
            <w:pPr>
              <w:spacing w:after="20"/>
            </w:pPr>
          </w:p>
        </w:tc>
        <w:tc>
          <w:tcPr>
            <w:tcW w:w="1474" w:type="dxa"/>
          </w:tcPr>
          <w:p w14:paraId="77906FA5" w14:textId="77777777" w:rsidR="00EF472A" w:rsidRPr="00106719" w:rsidRDefault="00EF472A" w:rsidP="0085799D">
            <w:pPr>
              <w:spacing w:after="20"/>
            </w:pPr>
          </w:p>
        </w:tc>
        <w:tc>
          <w:tcPr>
            <w:tcW w:w="1474" w:type="dxa"/>
          </w:tcPr>
          <w:p w14:paraId="7B1808B8" w14:textId="77777777" w:rsidR="00EF472A" w:rsidRPr="00106719" w:rsidRDefault="00EF472A" w:rsidP="0085799D">
            <w:pPr>
              <w:spacing w:after="20"/>
            </w:pPr>
          </w:p>
        </w:tc>
        <w:tc>
          <w:tcPr>
            <w:tcW w:w="1474" w:type="dxa"/>
          </w:tcPr>
          <w:p w14:paraId="64137DBE" w14:textId="77777777" w:rsidR="00EF472A" w:rsidRPr="00106719" w:rsidRDefault="00EF472A" w:rsidP="0085799D">
            <w:pPr>
              <w:spacing w:after="20"/>
            </w:pPr>
          </w:p>
        </w:tc>
        <w:tc>
          <w:tcPr>
            <w:tcW w:w="794" w:type="dxa"/>
          </w:tcPr>
          <w:p w14:paraId="5ACBC873" w14:textId="77777777" w:rsidR="00EF472A" w:rsidRPr="00106719" w:rsidRDefault="00EF472A" w:rsidP="0085799D">
            <w:pPr>
              <w:spacing w:after="20"/>
            </w:pPr>
          </w:p>
        </w:tc>
        <w:tc>
          <w:tcPr>
            <w:tcW w:w="680" w:type="dxa"/>
          </w:tcPr>
          <w:p w14:paraId="56D5C93B" w14:textId="77777777" w:rsidR="00EF472A" w:rsidRPr="00106719" w:rsidRDefault="00EF472A" w:rsidP="0085799D">
            <w:pPr>
              <w:spacing w:after="20"/>
            </w:pPr>
          </w:p>
        </w:tc>
      </w:tr>
      <w:tr w:rsidR="00EF472A" w:rsidRPr="00106719" w14:paraId="2137AE56" w14:textId="77777777" w:rsidTr="0085799D">
        <w:tc>
          <w:tcPr>
            <w:tcW w:w="1474" w:type="dxa"/>
          </w:tcPr>
          <w:p w14:paraId="242830FC" w14:textId="77777777" w:rsidR="00EF472A" w:rsidRPr="00106719" w:rsidRDefault="00EF472A" w:rsidP="0085799D">
            <w:pPr>
              <w:spacing w:after="20"/>
            </w:pPr>
          </w:p>
        </w:tc>
        <w:tc>
          <w:tcPr>
            <w:tcW w:w="907" w:type="dxa"/>
          </w:tcPr>
          <w:p w14:paraId="34EBEF1E" w14:textId="77777777" w:rsidR="00EF472A" w:rsidRPr="00106719" w:rsidRDefault="00EF472A" w:rsidP="0085799D">
            <w:pPr>
              <w:spacing w:after="20"/>
            </w:pPr>
          </w:p>
        </w:tc>
        <w:tc>
          <w:tcPr>
            <w:tcW w:w="1474" w:type="dxa"/>
          </w:tcPr>
          <w:p w14:paraId="5A4114E2" w14:textId="77777777" w:rsidR="00EF472A" w:rsidRPr="00106719" w:rsidRDefault="00EF472A" w:rsidP="0085799D">
            <w:pPr>
              <w:spacing w:after="20"/>
            </w:pPr>
          </w:p>
        </w:tc>
        <w:tc>
          <w:tcPr>
            <w:tcW w:w="1474" w:type="dxa"/>
          </w:tcPr>
          <w:p w14:paraId="0DCB0AC8" w14:textId="77777777" w:rsidR="00EF472A" w:rsidRPr="00106719" w:rsidRDefault="00EF472A" w:rsidP="0085799D">
            <w:pPr>
              <w:spacing w:after="20"/>
            </w:pPr>
          </w:p>
        </w:tc>
        <w:tc>
          <w:tcPr>
            <w:tcW w:w="1474" w:type="dxa"/>
          </w:tcPr>
          <w:p w14:paraId="4169449E" w14:textId="77777777" w:rsidR="00EF472A" w:rsidRPr="00106719" w:rsidRDefault="00EF472A" w:rsidP="0085799D">
            <w:pPr>
              <w:spacing w:after="20"/>
            </w:pPr>
          </w:p>
        </w:tc>
        <w:tc>
          <w:tcPr>
            <w:tcW w:w="1474" w:type="dxa"/>
          </w:tcPr>
          <w:p w14:paraId="7E7A3072" w14:textId="77777777" w:rsidR="00EF472A" w:rsidRPr="00106719" w:rsidRDefault="00EF472A" w:rsidP="0085799D">
            <w:pPr>
              <w:spacing w:after="20"/>
            </w:pPr>
          </w:p>
        </w:tc>
        <w:tc>
          <w:tcPr>
            <w:tcW w:w="794" w:type="dxa"/>
          </w:tcPr>
          <w:p w14:paraId="30A17775" w14:textId="77777777" w:rsidR="00EF472A" w:rsidRPr="00106719" w:rsidRDefault="00EF472A" w:rsidP="0085799D">
            <w:pPr>
              <w:spacing w:after="20"/>
            </w:pPr>
          </w:p>
        </w:tc>
        <w:tc>
          <w:tcPr>
            <w:tcW w:w="680" w:type="dxa"/>
          </w:tcPr>
          <w:p w14:paraId="3D7088AA" w14:textId="77777777" w:rsidR="00EF472A" w:rsidRPr="00106719" w:rsidRDefault="00EF472A" w:rsidP="0085799D">
            <w:pPr>
              <w:spacing w:after="20"/>
            </w:pPr>
          </w:p>
        </w:tc>
      </w:tr>
      <w:tr w:rsidR="00EF472A" w:rsidRPr="00106719" w14:paraId="0615461C" w14:textId="77777777" w:rsidTr="0085799D">
        <w:tc>
          <w:tcPr>
            <w:tcW w:w="1474" w:type="dxa"/>
          </w:tcPr>
          <w:p w14:paraId="7027E524" w14:textId="77777777" w:rsidR="00EF472A" w:rsidRPr="00106719" w:rsidRDefault="00EF472A" w:rsidP="0085799D">
            <w:pPr>
              <w:spacing w:after="20"/>
            </w:pPr>
          </w:p>
        </w:tc>
        <w:tc>
          <w:tcPr>
            <w:tcW w:w="907" w:type="dxa"/>
          </w:tcPr>
          <w:p w14:paraId="458E965B" w14:textId="77777777" w:rsidR="00EF472A" w:rsidRPr="00106719" w:rsidRDefault="00EF472A" w:rsidP="0085799D">
            <w:pPr>
              <w:spacing w:after="20"/>
            </w:pPr>
          </w:p>
        </w:tc>
        <w:tc>
          <w:tcPr>
            <w:tcW w:w="1474" w:type="dxa"/>
          </w:tcPr>
          <w:p w14:paraId="0A2AF9B4" w14:textId="77777777" w:rsidR="00EF472A" w:rsidRPr="00106719" w:rsidRDefault="00EF472A" w:rsidP="0085799D">
            <w:pPr>
              <w:spacing w:after="20"/>
            </w:pPr>
          </w:p>
        </w:tc>
        <w:tc>
          <w:tcPr>
            <w:tcW w:w="1474" w:type="dxa"/>
          </w:tcPr>
          <w:p w14:paraId="2DBA1D4C" w14:textId="77777777" w:rsidR="00EF472A" w:rsidRPr="00106719" w:rsidRDefault="00EF472A" w:rsidP="0085799D">
            <w:pPr>
              <w:spacing w:after="20"/>
            </w:pPr>
          </w:p>
        </w:tc>
        <w:tc>
          <w:tcPr>
            <w:tcW w:w="1474" w:type="dxa"/>
          </w:tcPr>
          <w:p w14:paraId="5802BB35" w14:textId="77777777" w:rsidR="00EF472A" w:rsidRPr="00106719" w:rsidRDefault="00EF472A" w:rsidP="0085799D">
            <w:pPr>
              <w:spacing w:after="20"/>
            </w:pPr>
          </w:p>
        </w:tc>
        <w:tc>
          <w:tcPr>
            <w:tcW w:w="1474" w:type="dxa"/>
          </w:tcPr>
          <w:p w14:paraId="7BD4CED8" w14:textId="77777777" w:rsidR="00EF472A" w:rsidRPr="00106719" w:rsidRDefault="00EF472A" w:rsidP="0085799D">
            <w:pPr>
              <w:spacing w:after="20"/>
            </w:pPr>
          </w:p>
        </w:tc>
        <w:tc>
          <w:tcPr>
            <w:tcW w:w="794" w:type="dxa"/>
          </w:tcPr>
          <w:p w14:paraId="2E103892" w14:textId="77777777" w:rsidR="00EF472A" w:rsidRPr="00106719" w:rsidRDefault="00EF472A" w:rsidP="0085799D">
            <w:pPr>
              <w:spacing w:after="20"/>
            </w:pPr>
          </w:p>
        </w:tc>
        <w:tc>
          <w:tcPr>
            <w:tcW w:w="680" w:type="dxa"/>
          </w:tcPr>
          <w:p w14:paraId="3F56F582" w14:textId="77777777" w:rsidR="00EF472A" w:rsidRPr="00106719" w:rsidRDefault="00EF472A" w:rsidP="0085799D">
            <w:pPr>
              <w:spacing w:after="20"/>
            </w:pPr>
          </w:p>
        </w:tc>
      </w:tr>
      <w:tr w:rsidR="00EF472A" w:rsidRPr="00106719" w14:paraId="04403197" w14:textId="77777777" w:rsidTr="0085799D">
        <w:tc>
          <w:tcPr>
            <w:tcW w:w="1474" w:type="dxa"/>
          </w:tcPr>
          <w:p w14:paraId="792F5764" w14:textId="77777777" w:rsidR="00EF472A" w:rsidRPr="00106719" w:rsidRDefault="00EF472A" w:rsidP="0085799D">
            <w:pPr>
              <w:spacing w:after="20"/>
            </w:pPr>
          </w:p>
        </w:tc>
        <w:tc>
          <w:tcPr>
            <w:tcW w:w="907" w:type="dxa"/>
          </w:tcPr>
          <w:p w14:paraId="28389283" w14:textId="77777777" w:rsidR="00EF472A" w:rsidRPr="00106719" w:rsidRDefault="00EF472A" w:rsidP="0085799D">
            <w:pPr>
              <w:spacing w:after="20"/>
            </w:pPr>
          </w:p>
        </w:tc>
        <w:tc>
          <w:tcPr>
            <w:tcW w:w="1474" w:type="dxa"/>
          </w:tcPr>
          <w:p w14:paraId="1D5976BF" w14:textId="77777777" w:rsidR="00EF472A" w:rsidRPr="00106719" w:rsidRDefault="00EF472A" w:rsidP="0085799D">
            <w:pPr>
              <w:spacing w:after="20"/>
            </w:pPr>
          </w:p>
        </w:tc>
        <w:tc>
          <w:tcPr>
            <w:tcW w:w="1474" w:type="dxa"/>
          </w:tcPr>
          <w:p w14:paraId="0C2D37FC" w14:textId="77777777" w:rsidR="00EF472A" w:rsidRPr="00106719" w:rsidRDefault="00EF472A" w:rsidP="0085799D">
            <w:pPr>
              <w:spacing w:after="20"/>
            </w:pPr>
          </w:p>
        </w:tc>
        <w:tc>
          <w:tcPr>
            <w:tcW w:w="1474" w:type="dxa"/>
          </w:tcPr>
          <w:p w14:paraId="3DC973AC" w14:textId="77777777" w:rsidR="00EF472A" w:rsidRPr="00106719" w:rsidRDefault="00EF472A" w:rsidP="0085799D">
            <w:pPr>
              <w:spacing w:after="20"/>
            </w:pPr>
          </w:p>
        </w:tc>
        <w:tc>
          <w:tcPr>
            <w:tcW w:w="1474" w:type="dxa"/>
          </w:tcPr>
          <w:p w14:paraId="74675F01" w14:textId="77777777" w:rsidR="00EF472A" w:rsidRPr="00106719" w:rsidRDefault="00EF472A" w:rsidP="0085799D">
            <w:pPr>
              <w:spacing w:after="20"/>
            </w:pPr>
          </w:p>
        </w:tc>
        <w:tc>
          <w:tcPr>
            <w:tcW w:w="794" w:type="dxa"/>
          </w:tcPr>
          <w:p w14:paraId="3CB49B2E" w14:textId="77777777" w:rsidR="00EF472A" w:rsidRPr="00106719" w:rsidRDefault="00EF472A" w:rsidP="0085799D">
            <w:pPr>
              <w:spacing w:after="20"/>
            </w:pPr>
          </w:p>
        </w:tc>
        <w:tc>
          <w:tcPr>
            <w:tcW w:w="680" w:type="dxa"/>
          </w:tcPr>
          <w:p w14:paraId="77B20A40" w14:textId="77777777" w:rsidR="00EF472A" w:rsidRPr="00106719" w:rsidRDefault="00EF472A" w:rsidP="0085799D">
            <w:pPr>
              <w:spacing w:after="20"/>
            </w:pPr>
          </w:p>
        </w:tc>
      </w:tr>
      <w:tr w:rsidR="00EF472A" w:rsidRPr="00106719" w14:paraId="0A8C72E8" w14:textId="77777777" w:rsidTr="0085799D">
        <w:tc>
          <w:tcPr>
            <w:tcW w:w="1474" w:type="dxa"/>
          </w:tcPr>
          <w:p w14:paraId="2DBB168B" w14:textId="77777777" w:rsidR="00EF472A" w:rsidRPr="00106719" w:rsidRDefault="00EF472A" w:rsidP="0085799D">
            <w:pPr>
              <w:spacing w:after="20"/>
            </w:pPr>
          </w:p>
        </w:tc>
        <w:tc>
          <w:tcPr>
            <w:tcW w:w="907" w:type="dxa"/>
          </w:tcPr>
          <w:p w14:paraId="7D5C9E2C" w14:textId="77777777" w:rsidR="00EF472A" w:rsidRPr="00106719" w:rsidRDefault="00EF472A" w:rsidP="0085799D">
            <w:pPr>
              <w:spacing w:after="20"/>
            </w:pPr>
          </w:p>
        </w:tc>
        <w:tc>
          <w:tcPr>
            <w:tcW w:w="1474" w:type="dxa"/>
          </w:tcPr>
          <w:p w14:paraId="652CE95B" w14:textId="77777777" w:rsidR="00EF472A" w:rsidRPr="00106719" w:rsidRDefault="00EF472A" w:rsidP="0085799D">
            <w:pPr>
              <w:spacing w:after="20"/>
            </w:pPr>
          </w:p>
        </w:tc>
        <w:tc>
          <w:tcPr>
            <w:tcW w:w="1474" w:type="dxa"/>
          </w:tcPr>
          <w:p w14:paraId="07012D24" w14:textId="77777777" w:rsidR="00EF472A" w:rsidRPr="00106719" w:rsidRDefault="00EF472A" w:rsidP="0085799D">
            <w:pPr>
              <w:spacing w:after="20"/>
            </w:pPr>
          </w:p>
        </w:tc>
        <w:tc>
          <w:tcPr>
            <w:tcW w:w="1474" w:type="dxa"/>
          </w:tcPr>
          <w:p w14:paraId="532D72D4" w14:textId="77777777" w:rsidR="00EF472A" w:rsidRPr="00106719" w:rsidRDefault="00EF472A" w:rsidP="0085799D">
            <w:pPr>
              <w:spacing w:after="20"/>
            </w:pPr>
          </w:p>
        </w:tc>
        <w:tc>
          <w:tcPr>
            <w:tcW w:w="1474" w:type="dxa"/>
          </w:tcPr>
          <w:p w14:paraId="119B0410" w14:textId="77777777" w:rsidR="00EF472A" w:rsidRPr="00106719" w:rsidRDefault="00EF472A" w:rsidP="0085799D">
            <w:pPr>
              <w:spacing w:after="20"/>
            </w:pPr>
          </w:p>
        </w:tc>
        <w:tc>
          <w:tcPr>
            <w:tcW w:w="794" w:type="dxa"/>
          </w:tcPr>
          <w:p w14:paraId="02F79383" w14:textId="77777777" w:rsidR="00EF472A" w:rsidRPr="00106719" w:rsidRDefault="00EF472A" w:rsidP="0085799D">
            <w:pPr>
              <w:spacing w:after="20"/>
            </w:pPr>
          </w:p>
        </w:tc>
        <w:tc>
          <w:tcPr>
            <w:tcW w:w="680" w:type="dxa"/>
          </w:tcPr>
          <w:p w14:paraId="6EE2B6D1" w14:textId="77777777" w:rsidR="00EF472A" w:rsidRPr="00106719" w:rsidRDefault="00EF472A" w:rsidP="0085799D">
            <w:pPr>
              <w:spacing w:after="20"/>
            </w:pPr>
          </w:p>
        </w:tc>
      </w:tr>
      <w:tr w:rsidR="00EF472A" w:rsidRPr="00106719" w14:paraId="78F8B41B" w14:textId="77777777" w:rsidTr="0085799D">
        <w:tc>
          <w:tcPr>
            <w:tcW w:w="1474" w:type="dxa"/>
          </w:tcPr>
          <w:p w14:paraId="4920E5F4" w14:textId="77777777" w:rsidR="00EF472A" w:rsidRPr="00106719" w:rsidRDefault="00EF472A" w:rsidP="0085799D">
            <w:pPr>
              <w:spacing w:after="20"/>
            </w:pPr>
          </w:p>
        </w:tc>
        <w:tc>
          <w:tcPr>
            <w:tcW w:w="907" w:type="dxa"/>
          </w:tcPr>
          <w:p w14:paraId="0E2299E9" w14:textId="77777777" w:rsidR="00EF472A" w:rsidRPr="00106719" w:rsidRDefault="00EF472A" w:rsidP="0085799D">
            <w:pPr>
              <w:spacing w:after="20"/>
            </w:pPr>
          </w:p>
        </w:tc>
        <w:tc>
          <w:tcPr>
            <w:tcW w:w="1474" w:type="dxa"/>
          </w:tcPr>
          <w:p w14:paraId="60773212" w14:textId="77777777" w:rsidR="00EF472A" w:rsidRPr="00106719" w:rsidRDefault="00EF472A" w:rsidP="0085799D">
            <w:pPr>
              <w:spacing w:after="20"/>
            </w:pPr>
          </w:p>
        </w:tc>
        <w:tc>
          <w:tcPr>
            <w:tcW w:w="1474" w:type="dxa"/>
          </w:tcPr>
          <w:p w14:paraId="57C8BFBE" w14:textId="77777777" w:rsidR="00EF472A" w:rsidRPr="00106719" w:rsidRDefault="00EF472A" w:rsidP="0085799D">
            <w:pPr>
              <w:spacing w:after="20"/>
            </w:pPr>
          </w:p>
        </w:tc>
        <w:tc>
          <w:tcPr>
            <w:tcW w:w="1474" w:type="dxa"/>
          </w:tcPr>
          <w:p w14:paraId="4B70C8BE" w14:textId="77777777" w:rsidR="00EF472A" w:rsidRPr="00106719" w:rsidRDefault="00EF472A" w:rsidP="0085799D">
            <w:pPr>
              <w:spacing w:after="20"/>
            </w:pPr>
          </w:p>
        </w:tc>
        <w:tc>
          <w:tcPr>
            <w:tcW w:w="1474" w:type="dxa"/>
          </w:tcPr>
          <w:p w14:paraId="40D2105E" w14:textId="77777777" w:rsidR="00EF472A" w:rsidRPr="00106719" w:rsidRDefault="00EF472A" w:rsidP="0085799D">
            <w:pPr>
              <w:spacing w:after="20"/>
            </w:pPr>
          </w:p>
        </w:tc>
        <w:tc>
          <w:tcPr>
            <w:tcW w:w="794" w:type="dxa"/>
          </w:tcPr>
          <w:p w14:paraId="55CABCD7" w14:textId="77777777" w:rsidR="00EF472A" w:rsidRPr="00106719" w:rsidRDefault="00EF472A" w:rsidP="0085799D">
            <w:pPr>
              <w:spacing w:after="20"/>
            </w:pPr>
          </w:p>
        </w:tc>
        <w:tc>
          <w:tcPr>
            <w:tcW w:w="680" w:type="dxa"/>
          </w:tcPr>
          <w:p w14:paraId="5DBB6403" w14:textId="77777777" w:rsidR="00EF472A" w:rsidRPr="00106719" w:rsidRDefault="00EF472A" w:rsidP="0085799D">
            <w:pPr>
              <w:spacing w:after="20"/>
            </w:pPr>
          </w:p>
        </w:tc>
      </w:tr>
      <w:tr w:rsidR="00EF472A" w:rsidRPr="00106719" w14:paraId="66CCCC97" w14:textId="77777777" w:rsidTr="0085799D">
        <w:tc>
          <w:tcPr>
            <w:tcW w:w="1474" w:type="dxa"/>
          </w:tcPr>
          <w:p w14:paraId="78227B06" w14:textId="77777777" w:rsidR="00EF472A" w:rsidRPr="00106719" w:rsidRDefault="00EF472A" w:rsidP="0085799D">
            <w:pPr>
              <w:spacing w:after="20"/>
            </w:pPr>
          </w:p>
        </w:tc>
        <w:tc>
          <w:tcPr>
            <w:tcW w:w="907" w:type="dxa"/>
          </w:tcPr>
          <w:p w14:paraId="5DD681E6" w14:textId="77777777" w:rsidR="00EF472A" w:rsidRPr="00106719" w:rsidRDefault="00EF472A" w:rsidP="0085799D">
            <w:pPr>
              <w:spacing w:after="20"/>
            </w:pPr>
          </w:p>
        </w:tc>
        <w:tc>
          <w:tcPr>
            <w:tcW w:w="1474" w:type="dxa"/>
          </w:tcPr>
          <w:p w14:paraId="094243FA" w14:textId="77777777" w:rsidR="00EF472A" w:rsidRPr="00106719" w:rsidRDefault="00EF472A" w:rsidP="0085799D">
            <w:pPr>
              <w:spacing w:after="20"/>
            </w:pPr>
          </w:p>
        </w:tc>
        <w:tc>
          <w:tcPr>
            <w:tcW w:w="1474" w:type="dxa"/>
          </w:tcPr>
          <w:p w14:paraId="4E36851E" w14:textId="77777777" w:rsidR="00EF472A" w:rsidRPr="00106719" w:rsidRDefault="00EF472A" w:rsidP="0085799D">
            <w:pPr>
              <w:spacing w:after="20"/>
            </w:pPr>
          </w:p>
        </w:tc>
        <w:tc>
          <w:tcPr>
            <w:tcW w:w="1474" w:type="dxa"/>
          </w:tcPr>
          <w:p w14:paraId="1C9DABB0" w14:textId="77777777" w:rsidR="00EF472A" w:rsidRPr="00106719" w:rsidRDefault="00EF472A" w:rsidP="0085799D">
            <w:pPr>
              <w:spacing w:after="20"/>
            </w:pPr>
          </w:p>
        </w:tc>
        <w:tc>
          <w:tcPr>
            <w:tcW w:w="1474" w:type="dxa"/>
          </w:tcPr>
          <w:p w14:paraId="67D045F8" w14:textId="77777777" w:rsidR="00EF472A" w:rsidRPr="00106719" w:rsidRDefault="00EF472A" w:rsidP="0085799D">
            <w:pPr>
              <w:spacing w:after="20"/>
            </w:pPr>
          </w:p>
        </w:tc>
        <w:tc>
          <w:tcPr>
            <w:tcW w:w="794" w:type="dxa"/>
          </w:tcPr>
          <w:p w14:paraId="3C191C6D" w14:textId="77777777" w:rsidR="00EF472A" w:rsidRPr="00106719" w:rsidRDefault="00EF472A" w:rsidP="0085799D">
            <w:pPr>
              <w:spacing w:after="20"/>
            </w:pPr>
          </w:p>
        </w:tc>
        <w:tc>
          <w:tcPr>
            <w:tcW w:w="680" w:type="dxa"/>
          </w:tcPr>
          <w:p w14:paraId="2A645991" w14:textId="77777777" w:rsidR="00EF472A" w:rsidRPr="00106719" w:rsidRDefault="00EF472A" w:rsidP="0085799D">
            <w:pPr>
              <w:spacing w:after="20"/>
            </w:pPr>
          </w:p>
        </w:tc>
      </w:tr>
      <w:tr w:rsidR="00EF472A" w:rsidRPr="00106719" w14:paraId="09146AA0" w14:textId="77777777" w:rsidTr="0085799D">
        <w:tc>
          <w:tcPr>
            <w:tcW w:w="1474" w:type="dxa"/>
          </w:tcPr>
          <w:p w14:paraId="59D1B08B" w14:textId="77777777" w:rsidR="00EF472A" w:rsidRPr="00106719" w:rsidRDefault="00EF472A" w:rsidP="0085799D">
            <w:pPr>
              <w:spacing w:after="20"/>
            </w:pPr>
          </w:p>
        </w:tc>
        <w:tc>
          <w:tcPr>
            <w:tcW w:w="907" w:type="dxa"/>
          </w:tcPr>
          <w:p w14:paraId="5C6EAFB8" w14:textId="77777777" w:rsidR="00EF472A" w:rsidRPr="00106719" w:rsidRDefault="00EF472A" w:rsidP="0085799D">
            <w:pPr>
              <w:spacing w:after="20"/>
            </w:pPr>
          </w:p>
        </w:tc>
        <w:tc>
          <w:tcPr>
            <w:tcW w:w="1474" w:type="dxa"/>
          </w:tcPr>
          <w:p w14:paraId="1D57FCEA" w14:textId="77777777" w:rsidR="00EF472A" w:rsidRPr="00106719" w:rsidRDefault="00EF472A" w:rsidP="0085799D">
            <w:pPr>
              <w:spacing w:after="20"/>
            </w:pPr>
          </w:p>
        </w:tc>
        <w:tc>
          <w:tcPr>
            <w:tcW w:w="1474" w:type="dxa"/>
          </w:tcPr>
          <w:p w14:paraId="538E5308" w14:textId="77777777" w:rsidR="00EF472A" w:rsidRPr="00106719" w:rsidRDefault="00EF472A" w:rsidP="0085799D">
            <w:pPr>
              <w:spacing w:after="20"/>
            </w:pPr>
          </w:p>
        </w:tc>
        <w:tc>
          <w:tcPr>
            <w:tcW w:w="1474" w:type="dxa"/>
          </w:tcPr>
          <w:p w14:paraId="16143253" w14:textId="77777777" w:rsidR="00EF472A" w:rsidRPr="00106719" w:rsidRDefault="00EF472A" w:rsidP="0085799D">
            <w:pPr>
              <w:spacing w:after="20"/>
            </w:pPr>
          </w:p>
        </w:tc>
        <w:tc>
          <w:tcPr>
            <w:tcW w:w="1474" w:type="dxa"/>
          </w:tcPr>
          <w:p w14:paraId="1FDB5A85" w14:textId="77777777" w:rsidR="00EF472A" w:rsidRPr="00106719" w:rsidRDefault="00EF472A" w:rsidP="0085799D">
            <w:pPr>
              <w:spacing w:after="20"/>
            </w:pPr>
          </w:p>
        </w:tc>
        <w:tc>
          <w:tcPr>
            <w:tcW w:w="794" w:type="dxa"/>
          </w:tcPr>
          <w:p w14:paraId="3D2C54EB" w14:textId="77777777" w:rsidR="00EF472A" w:rsidRPr="00106719" w:rsidRDefault="00EF472A" w:rsidP="0085799D">
            <w:pPr>
              <w:spacing w:after="20"/>
            </w:pPr>
          </w:p>
        </w:tc>
        <w:tc>
          <w:tcPr>
            <w:tcW w:w="680" w:type="dxa"/>
          </w:tcPr>
          <w:p w14:paraId="68C2827A" w14:textId="77777777" w:rsidR="00EF472A" w:rsidRPr="00106719" w:rsidRDefault="00EF472A" w:rsidP="0085799D">
            <w:pPr>
              <w:spacing w:after="20"/>
            </w:pPr>
          </w:p>
        </w:tc>
      </w:tr>
      <w:tr w:rsidR="00EF472A" w:rsidRPr="00106719" w14:paraId="682C34A1" w14:textId="77777777" w:rsidTr="0085799D">
        <w:tc>
          <w:tcPr>
            <w:tcW w:w="1474" w:type="dxa"/>
          </w:tcPr>
          <w:p w14:paraId="6F4B299B" w14:textId="77777777" w:rsidR="00EF472A" w:rsidRPr="00106719" w:rsidRDefault="00EF472A" w:rsidP="0085799D">
            <w:pPr>
              <w:spacing w:after="20"/>
            </w:pPr>
          </w:p>
        </w:tc>
        <w:tc>
          <w:tcPr>
            <w:tcW w:w="907" w:type="dxa"/>
          </w:tcPr>
          <w:p w14:paraId="318802F7" w14:textId="77777777" w:rsidR="00EF472A" w:rsidRPr="00106719" w:rsidRDefault="00EF472A" w:rsidP="0085799D">
            <w:pPr>
              <w:spacing w:after="20"/>
            </w:pPr>
          </w:p>
        </w:tc>
        <w:tc>
          <w:tcPr>
            <w:tcW w:w="1474" w:type="dxa"/>
          </w:tcPr>
          <w:p w14:paraId="49E687AF" w14:textId="77777777" w:rsidR="00EF472A" w:rsidRPr="00106719" w:rsidRDefault="00EF472A" w:rsidP="0085799D">
            <w:pPr>
              <w:spacing w:after="20"/>
            </w:pPr>
          </w:p>
        </w:tc>
        <w:tc>
          <w:tcPr>
            <w:tcW w:w="1474" w:type="dxa"/>
          </w:tcPr>
          <w:p w14:paraId="2BF02921" w14:textId="77777777" w:rsidR="00EF472A" w:rsidRPr="00106719" w:rsidRDefault="00EF472A" w:rsidP="0085799D">
            <w:pPr>
              <w:spacing w:after="20"/>
            </w:pPr>
          </w:p>
        </w:tc>
        <w:tc>
          <w:tcPr>
            <w:tcW w:w="1474" w:type="dxa"/>
          </w:tcPr>
          <w:p w14:paraId="3766A7B0" w14:textId="77777777" w:rsidR="00EF472A" w:rsidRPr="00106719" w:rsidRDefault="00EF472A" w:rsidP="0085799D">
            <w:pPr>
              <w:spacing w:after="20"/>
            </w:pPr>
          </w:p>
        </w:tc>
        <w:tc>
          <w:tcPr>
            <w:tcW w:w="1474" w:type="dxa"/>
          </w:tcPr>
          <w:p w14:paraId="783BD676" w14:textId="77777777" w:rsidR="00EF472A" w:rsidRPr="00106719" w:rsidRDefault="00EF472A" w:rsidP="0085799D">
            <w:pPr>
              <w:spacing w:after="20"/>
            </w:pPr>
          </w:p>
        </w:tc>
        <w:tc>
          <w:tcPr>
            <w:tcW w:w="794" w:type="dxa"/>
          </w:tcPr>
          <w:p w14:paraId="2A9F70AB" w14:textId="77777777" w:rsidR="00EF472A" w:rsidRPr="00106719" w:rsidRDefault="00EF472A" w:rsidP="0085799D">
            <w:pPr>
              <w:spacing w:after="20"/>
            </w:pPr>
          </w:p>
        </w:tc>
        <w:tc>
          <w:tcPr>
            <w:tcW w:w="680" w:type="dxa"/>
          </w:tcPr>
          <w:p w14:paraId="41B21714" w14:textId="77777777" w:rsidR="00EF472A" w:rsidRPr="00106719" w:rsidRDefault="00EF472A" w:rsidP="0085799D">
            <w:pPr>
              <w:spacing w:after="20"/>
            </w:pPr>
          </w:p>
        </w:tc>
      </w:tr>
      <w:tr w:rsidR="00EF472A" w:rsidRPr="00106719" w14:paraId="6CB76147" w14:textId="77777777" w:rsidTr="0085799D">
        <w:tc>
          <w:tcPr>
            <w:tcW w:w="1474" w:type="dxa"/>
          </w:tcPr>
          <w:p w14:paraId="02EBE094" w14:textId="77777777" w:rsidR="00EF472A" w:rsidRPr="00106719" w:rsidRDefault="00EF472A" w:rsidP="0085799D">
            <w:pPr>
              <w:spacing w:after="20"/>
            </w:pPr>
          </w:p>
        </w:tc>
        <w:tc>
          <w:tcPr>
            <w:tcW w:w="907" w:type="dxa"/>
          </w:tcPr>
          <w:p w14:paraId="2E134A4F" w14:textId="77777777" w:rsidR="00EF472A" w:rsidRPr="00106719" w:rsidRDefault="00EF472A" w:rsidP="0085799D">
            <w:pPr>
              <w:spacing w:after="20"/>
            </w:pPr>
          </w:p>
        </w:tc>
        <w:tc>
          <w:tcPr>
            <w:tcW w:w="1474" w:type="dxa"/>
          </w:tcPr>
          <w:p w14:paraId="3516898D" w14:textId="77777777" w:rsidR="00EF472A" w:rsidRPr="00106719" w:rsidRDefault="00EF472A" w:rsidP="0085799D">
            <w:pPr>
              <w:spacing w:after="20"/>
            </w:pPr>
          </w:p>
        </w:tc>
        <w:tc>
          <w:tcPr>
            <w:tcW w:w="1474" w:type="dxa"/>
          </w:tcPr>
          <w:p w14:paraId="3CA7B054" w14:textId="77777777" w:rsidR="00EF472A" w:rsidRPr="00106719" w:rsidRDefault="00EF472A" w:rsidP="0085799D">
            <w:pPr>
              <w:spacing w:after="20"/>
            </w:pPr>
          </w:p>
        </w:tc>
        <w:tc>
          <w:tcPr>
            <w:tcW w:w="1474" w:type="dxa"/>
          </w:tcPr>
          <w:p w14:paraId="082452A6" w14:textId="77777777" w:rsidR="00EF472A" w:rsidRPr="00106719" w:rsidRDefault="00EF472A" w:rsidP="0085799D">
            <w:pPr>
              <w:spacing w:after="20"/>
            </w:pPr>
          </w:p>
        </w:tc>
        <w:tc>
          <w:tcPr>
            <w:tcW w:w="1474" w:type="dxa"/>
          </w:tcPr>
          <w:p w14:paraId="74834C65" w14:textId="77777777" w:rsidR="00EF472A" w:rsidRPr="00106719" w:rsidRDefault="00EF472A" w:rsidP="0085799D">
            <w:pPr>
              <w:spacing w:after="20"/>
            </w:pPr>
          </w:p>
        </w:tc>
        <w:tc>
          <w:tcPr>
            <w:tcW w:w="794" w:type="dxa"/>
          </w:tcPr>
          <w:p w14:paraId="6C16B154" w14:textId="77777777" w:rsidR="00EF472A" w:rsidRPr="00106719" w:rsidRDefault="00EF472A" w:rsidP="0085799D">
            <w:pPr>
              <w:spacing w:after="20"/>
            </w:pPr>
          </w:p>
        </w:tc>
        <w:tc>
          <w:tcPr>
            <w:tcW w:w="680" w:type="dxa"/>
          </w:tcPr>
          <w:p w14:paraId="3D9DE06C" w14:textId="77777777" w:rsidR="00EF472A" w:rsidRPr="00106719" w:rsidRDefault="00EF472A" w:rsidP="0085799D">
            <w:pPr>
              <w:spacing w:after="20"/>
            </w:pPr>
          </w:p>
        </w:tc>
      </w:tr>
      <w:tr w:rsidR="00EF472A" w:rsidRPr="00106719" w14:paraId="3BF5335B" w14:textId="77777777" w:rsidTr="0085799D">
        <w:tc>
          <w:tcPr>
            <w:tcW w:w="1474" w:type="dxa"/>
          </w:tcPr>
          <w:p w14:paraId="521BDD06" w14:textId="77777777" w:rsidR="00EF472A" w:rsidRPr="00106719" w:rsidRDefault="00EF472A" w:rsidP="0085799D">
            <w:pPr>
              <w:spacing w:after="20"/>
            </w:pPr>
          </w:p>
        </w:tc>
        <w:tc>
          <w:tcPr>
            <w:tcW w:w="907" w:type="dxa"/>
          </w:tcPr>
          <w:p w14:paraId="11FB0F51" w14:textId="77777777" w:rsidR="00EF472A" w:rsidRPr="00106719" w:rsidRDefault="00EF472A" w:rsidP="0085799D">
            <w:pPr>
              <w:spacing w:after="20"/>
            </w:pPr>
          </w:p>
        </w:tc>
        <w:tc>
          <w:tcPr>
            <w:tcW w:w="1474" w:type="dxa"/>
          </w:tcPr>
          <w:p w14:paraId="67874B9F" w14:textId="77777777" w:rsidR="00EF472A" w:rsidRPr="00106719" w:rsidRDefault="00EF472A" w:rsidP="0085799D">
            <w:pPr>
              <w:spacing w:after="20"/>
            </w:pPr>
          </w:p>
        </w:tc>
        <w:tc>
          <w:tcPr>
            <w:tcW w:w="1474" w:type="dxa"/>
          </w:tcPr>
          <w:p w14:paraId="4C6D119D" w14:textId="77777777" w:rsidR="00EF472A" w:rsidRPr="00106719" w:rsidRDefault="00EF472A" w:rsidP="0085799D">
            <w:pPr>
              <w:spacing w:after="20"/>
            </w:pPr>
          </w:p>
        </w:tc>
        <w:tc>
          <w:tcPr>
            <w:tcW w:w="1474" w:type="dxa"/>
          </w:tcPr>
          <w:p w14:paraId="0F49A1BC" w14:textId="77777777" w:rsidR="00EF472A" w:rsidRPr="00106719" w:rsidRDefault="00EF472A" w:rsidP="0085799D">
            <w:pPr>
              <w:spacing w:after="20"/>
            </w:pPr>
          </w:p>
        </w:tc>
        <w:tc>
          <w:tcPr>
            <w:tcW w:w="1474" w:type="dxa"/>
          </w:tcPr>
          <w:p w14:paraId="16CE59C7" w14:textId="77777777" w:rsidR="00EF472A" w:rsidRPr="00106719" w:rsidRDefault="00EF472A" w:rsidP="0085799D">
            <w:pPr>
              <w:spacing w:after="20"/>
            </w:pPr>
          </w:p>
        </w:tc>
        <w:tc>
          <w:tcPr>
            <w:tcW w:w="794" w:type="dxa"/>
          </w:tcPr>
          <w:p w14:paraId="0556EEC7" w14:textId="77777777" w:rsidR="00EF472A" w:rsidRPr="00106719" w:rsidRDefault="00EF472A" w:rsidP="0085799D">
            <w:pPr>
              <w:spacing w:after="20"/>
            </w:pPr>
          </w:p>
        </w:tc>
        <w:tc>
          <w:tcPr>
            <w:tcW w:w="680" w:type="dxa"/>
          </w:tcPr>
          <w:p w14:paraId="731306B5" w14:textId="77777777" w:rsidR="00EF472A" w:rsidRPr="00106719" w:rsidRDefault="00EF472A" w:rsidP="0085799D">
            <w:pPr>
              <w:spacing w:after="20"/>
            </w:pPr>
          </w:p>
        </w:tc>
      </w:tr>
    </w:tbl>
    <w:p w14:paraId="48C00F96" w14:textId="77777777" w:rsidR="00EF472A" w:rsidRPr="00106719" w:rsidRDefault="00EF472A" w:rsidP="00EF472A">
      <w:r w:rsidRPr="00106719">
        <w:br w:type="page"/>
      </w:r>
    </w:p>
    <w:p w14:paraId="0B22CC0E" w14:textId="77777777" w:rsidR="00EF472A" w:rsidRPr="00106719" w:rsidRDefault="00EF472A" w:rsidP="00EF472A">
      <w:pPr>
        <w:pStyle w:val="Titolo2"/>
        <w:spacing w:before="280" w:after="120"/>
        <w:rPr>
          <w:color w:val="auto"/>
          <w:lang w:val="it-IT"/>
        </w:rPr>
      </w:pPr>
      <w:r w:rsidRPr="00106719">
        <w:rPr>
          <w:rFonts w:ascii="Book Antiqua" w:hAnsi="Book Antiqua"/>
          <w:color w:val="auto"/>
          <w:sz w:val="25"/>
          <w:lang w:val="it-IT"/>
        </w:rPr>
        <w:lastRenderedPageBreak/>
        <w:t>Allegato C – Rubrica di valutazione della competenza</w:t>
      </w:r>
    </w:p>
    <w:p w14:paraId="50FAF167" w14:textId="77777777" w:rsidR="00EF472A" w:rsidRPr="00106719" w:rsidRDefault="00EF472A" w:rsidP="00EF472A">
      <w:pPr>
        <w:spacing w:after="120"/>
        <w:jc w:val="both"/>
        <w:rPr>
          <w:lang w:val="it-IT"/>
        </w:rPr>
      </w:pPr>
      <w:r w:rsidRPr="00106719">
        <w:rPr>
          <w:i/>
          <w:sz w:val="18"/>
          <w:lang w:val="it-IT"/>
        </w:rPr>
        <w:t xml:space="preserve">Rubrica unica d'istituto per la valutazione della competenza mirata dalle </w:t>
      </w:r>
      <w:proofErr w:type="spellStart"/>
      <w:r w:rsidRPr="00106719">
        <w:rPr>
          <w:i/>
          <w:sz w:val="18"/>
          <w:lang w:val="it-IT"/>
        </w:rPr>
        <w:t>U.d.A</w:t>
      </w:r>
      <w:proofErr w:type="spellEnd"/>
      <w:r w:rsidRPr="00106719">
        <w:rPr>
          <w:i/>
          <w:sz w:val="18"/>
          <w:lang w:val="it-IT"/>
        </w:rPr>
        <w:t>. disciplinari. I livelli corrispondono a quelli del modello nazionale di certificazione delle competenze al termine dell'obbligo di istruzione (D.M. 9/2010). La rubrica non sostituisce i criteri di valutazione disciplinari deliberati dal Collegio: li integra per la parte relativa alla competenza.</w:t>
      </w:r>
    </w:p>
    <w:tbl>
      <w:tblPr>
        <w:tblStyle w:val="Grigliatabella"/>
        <w:tblW w:w="0" w:type="auto"/>
        <w:tblLayout w:type="fixed"/>
        <w:tblCellMar>
          <w:top w:w="40" w:type="dxa"/>
          <w:left w:w="50" w:type="dxa"/>
          <w:bottom w:w="40" w:type="dxa"/>
          <w:right w:w="50" w:type="dxa"/>
        </w:tblCellMar>
        <w:tblLook w:val="04A0" w:firstRow="1" w:lastRow="0" w:firstColumn="1" w:lastColumn="0" w:noHBand="0" w:noVBand="1"/>
      </w:tblPr>
      <w:tblGrid>
        <w:gridCol w:w="1701"/>
        <w:gridCol w:w="2013"/>
        <w:gridCol w:w="2013"/>
        <w:gridCol w:w="2013"/>
        <w:gridCol w:w="2013"/>
      </w:tblGrid>
      <w:tr w:rsidR="00EF472A" w:rsidRPr="00106719" w14:paraId="3FA95089" w14:textId="77777777" w:rsidTr="0085799D">
        <w:trPr>
          <w:tblHeader/>
        </w:trPr>
        <w:tc>
          <w:tcPr>
            <w:tcW w:w="1701" w:type="dxa"/>
            <w:shd w:val="clear" w:color="auto" w:fill="D6DFEE"/>
          </w:tcPr>
          <w:p w14:paraId="460BDEB9" w14:textId="77777777" w:rsidR="00EF472A" w:rsidRPr="00106719" w:rsidRDefault="00EF472A" w:rsidP="0085799D">
            <w:pPr>
              <w:spacing w:after="20"/>
            </w:pPr>
            <w:r w:rsidRPr="00106719">
              <w:rPr>
                <w:b/>
                <w:sz w:val="16"/>
              </w:rPr>
              <w:t>Dimensione</w:t>
            </w:r>
          </w:p>
        </w:tc>
        <w:tc>
          <w:tcPr>
            <w:tcW w:w="2013" w:type="dxa"/>
            <w:shd w:val="clear" w:color="auto" w:fill="D6DFEE"/>
          </w:tcPr>
          <w:p w14:paraId="506C4509" w14:textId="77777777" w:rsidR="00EF472A" w:rsidRPr="00106719" w:rsidRDefault="00EF472A" w:rsidP="0085799D">
            <w:pPr>
              <w:spacing w:after="20"/>
            </w:pPr>
            <w:proofErr w:type="spellStart"/>
            <w:r w:rsidRPr="00106719">
              <w:rPr>
                <w:b/>
                <w:sz w:val="16"/>
              </w:rPr>
              <w:t>Livello</w:t>
            </w:r>
            <w:proofErr w:type="spellEnd"/>
            <w:r w:rsidRPr="00106719">
              <w:rPr>
                <w:b/>
                <w:sz w:val="16"/>
              </w:rPr>
              <w:t xml:space="preserve"> INIZIALE (D)</w:t>
            </w:r>
          </w:p>
        </w:tc>
        <w:tc>
          <w:tcPr>
            <w:tcW w:w="2013" w:type="dxa"/>
            <w:shd w:val="clear" w:color="auto" w:fill="D6DFEE"/>
          </w:tcPr>
          <w:p w14:paraId="64A13E56" w14:textId="77777777" w:rsidR="00EF472A" w:rsidRPr="00106719" w:rsidRDefault="00EF472A" w:rsidP="0085799D">
            <w:pPr>
              <w:spacing w:after="20"/>
            </w:pPr>
            <w:proofErr w:type="spellStart"/>
            <w:r w:rsidRPr="00106719">
              <w:rPr>
                <w:b/>
                <w:sz w:val="16"/>
              </w:rPr>
              <w:t>Livello</w:t>
            </w:r>
            <w:proofErr w:type="spellEnd"/>
            <w:r w:rsidRPr="00106719">
              <w:rPr>
                <w:b/>
                <w:sz w:val="16"/>
              </w:rPr>
              <w:t xml:space="preserve"> BASE (C)</w:t>
            </w:r>
          </w:p>
        </w:tc>
        <w:tc>
          <w:tcPr>
            <w:tcW w:w="2013" w:type="dxa"/>
            <w:shd w:val="clear" w:color="auto" w:fill="D6DFEE"/>
          </w:tcPr>
          <w:p w14:paraId="18E161CE" w14:textId="77777777" w:rsidR="00EF472A" w:rsidRPr="00106719" w:rsidRDefault="00EF472A" w:rsidP="0085799D">
            <w:pPr>
              <w:spacing w:after="20"/>
            </w:pPr>
            <w:proofErr w:type="spellStart"/>
            <w:r w:rsidRPr="00106719">
              <w:rPr>
                <w:b/>
                <w:sz w:val="16"/>
              </w:rPr>
              <w:t>Livello</w:t>
            </w:r>
            <w:proofErr w:type="spellEnd"/>
            <w:r w:rsidRPr="00106719">
              <w:rPr>
                <w:b/>
                <w:sz w:val="16"/>
              </w:rPr>
              <w:t xml:space="preserve"> INTERMEDIO (B)</w:t>
            </w:r>
          </w:p>
        </w:tc>
        <w:tc>
          <w:tcPr>
            <w:tcW w:w="2013" w:type="dxa"/>
            <w:shd w:val="clear" w:color="auto" w:fill="D6DFEE"/>
          </w:tcPr>
          <w:p w14:paraId="1971D948" w14:textId="77777777" w:rsidR="00EF472A" w:rsidRPr="00106719" w:rsidRDefault="00EF472A" w:rsidP="0085799D">
            <w:pPr>
              <w:spacing w:after="20"/>
            </w:pPr>
            <w:proofErr w:type="spellStart"/>
            <w:r w:rsidRPr="00106719">
              <w:rPr>
                <w:b/>
                <w:sz w:val="16"/>
              </w:rPr>
              <w:t>Livello</w:t>
            </w:r>
            <w:proofErr w:type="spellEnd"/>
            <w:r w:rsidRPr="00106719">
              <w:rPr>
                <w:b/>
                <w:sz w:val="16"/>
              </w:rPr>
              <w:t xml:space="preserve"> AVANZATO (A)</w:t>
            </w:r>
          </w:p>
        </w:tc>
      </w:tr>
      <w:tr w:rsidR="00EF472A" w:rsidRPr="00106719" w14:paraId="0664B5BF" w14:textId="77777777" w:rsidTr="0085799D">
        <w:tc>
          <w:tcPr>
            <w:tcW w:w="1701" w:type="dxa"/>
            <w:shd w:val="clear" w:color="auto" w:fill="EDF0F5"/>
          </w:tcPr>
          <w:p w14:paraId="5D836625" w14:textId="77777777" w:rsidR="00EF472A" w:rsidRPr="00106719" w:rsidRDefault="00EF472A" w:rsidP="0085799D">
            <w:pPr>
              <w:spacing w:after="20"/>
            </w:pPr>
            <w:proofErr w:type="spellStart"/>
            <w:r w:rsidRPr="00106719">
              <w:rPr>
                <w:b/>
                <w:sz w:val="16"/>
              </w:rPr>
              <w:t>Padronanza</w:t>
            </w:r>
            <w:proofErr w:type="spellEnd"/>
            <w:r w:rsidRPr="00106719">
              <w:rPr>
                <w:b/>
                <w:sz w:val="16"/>
              </w:rPr>
              <w:t xml:space="preserve"> delle conoscenze</w:t>
            </w:r>
          </w:p>
        </w:tc>
        <w:tc>
          <w:tcPr>
            <w:tcW w:w="2013" w:type="dxa"/>
          </w:tcPr>
          <w:p w14:paraId="14F27322" w14:textId="77777777" w:rsidR="00EF472A" w:rsidRPr="00106719" w:rsidRDefault="00EF472A" w:rsidP="0085799D">
            <w:pPr>
              <w:spacing w:after="20"/>
              <w:rPr>
                <w:lang w:val="it-IT"/>
              </w:rPr>
            </w:pPr>
            <w:r w:rsidRPr="00106719">
              <w:rPr>
                <w:sz w:val="16"/>
                <w:lang w:val="it-IT"/>
              </w:rPr>
              <w:t>Conosce in modo frammentario e deve essere costantemente guidato.</w:t>
            </w:r>
          </w:p>
        </w:tc>
        <w:tc>
          <w:tcPr>
            <w:tcW w:w="2013" w:type="dxa"/>
          </w:tcPr>
          <w:p w14:paraId="3437A316" w14:textId="77777777" w:rsidR="00EF472A" w:rsidRPr="00106719" w:rsidRDefault="00EF472A" w:rsidP="0085799D">
            <w:pPr>
              <w:spacing w:after="20"/>
              <w:rPr>
                <w:lang w:val="it-IT"/>
              </w:rPr>
            </w:pPr>
            <w:r w:rsidRPr="00106719">
              <w:rPr>
                <w:sz w:val="16"/>
                <w:lang w:val="it-IT"/>
              </w:rPr>
              <w:t>Conosce gli elementi essenziali e li utilizza in situazioni note, con qualche incertezza.</w:t>
            </w:r>
          </w:p>
        </w:tc>
        <w:tc>
          <w:tcPr>
            <w:tcW w:w="2013" w:type="dxa"/>
          </w:tcPr>
          <w:p w14:paraId="5578649F" w14:textId="77777777" w:rsidR="00EF472A" w:rsidRPr="00106719" w:rsidRDefault="00EF472A" w:rsidP="0085799D">
            <w:pPr>
              <w:spacing w:after="20"/>
              <w:rPr>
                <w:lang w:val="it-IT"/>
              </w:rPr>
            </w:pPr>
            <w:r w:rsidRPr="00106719">
              <w:rPr>
                <w:sz w:val="16"/>
                <w:lang w:val="it-IT"/>
              </w:rPr>
              <w:t>Conosce in modo completo e utilizza le conoscenze anche in situazioni parzialmente nuove.</w:t>
            </w:r>
          </w:p>
        </w:tc>
        <w:tc>
          <w:tcPr>
            <w:tcW w:w="2013" w:type="dxa"/>
          </w:tcPr>
          <w:p w14:paraId="06B91B9B" w14:textId="77777777" w:rsidR="00EF472A" w:rsidRPr="00106719" w:rsidRDefault="00EF472A" w:rsidP="0085799D">
            <w:pPr>
              <w:spacing w:after="20"/>
              <w:rPr>
                <w:lang w:val="it-IT"/>
              </w:rPr>
            </w:pPr>
            <w:r w:rsidRPr="00106719">
              <w:rPr>
                <w:sz w:val="16"/>
                <w:lang w:val="it-IT"/>
              </w:rPr>
              <w:t>Conosce in modo approfondito e personale; utilizza le conoscenze con sicurezza in situazioni nuove e complesse.</w:t>
            </w:r>
          </w:p>
        </w:tc>
      </w:tr>
      <w:tr w:rsidR="00EF472A" w:rsidRPr="00106719" w14:paraId="33DE193A" w14:textId="77777777" w:rsidTr="0085799D">
        <w:tc>
          <w:tcPr>
            <w:tcW w:w="1701" w:type="dxa"/>
            <w:shd w:val="clear" w:color="auto" w:fill="EDF0F5"/>
          </w:tcPr>
          <w:p w14:paraId="609D08D9" w14:textId="77777777" w:rsidR="00EF472A" w:rsidRPr="00106719" w:rsidRDefault="00EF472A" w:rsidP="0085799D">
            <w:pPr>
              <w:spacing w:after="20"/>
            </w:pPr>
            <w:r w:rsidRPr="00106719">
              <w:rPr>
                <w:b/>
                <w:sz w:val="16"/>
              </w:rPr>
              <w:t xml:space="preserve">Uso del </w:t>
            </w:r>
            <w:proofErr w:type="spellStart"/>
            <w:r w:rsidRPr="00106719">
              <w:rPr>
                <w:b/>
                <w:sz w:val="16"/>
              </w:rPr>
              <w:t>linguaggio</w:t>
            </w:r>
            <w:proofErr w:type="spellEnd"/>
            <w:r w:rsidRPr="00106719">
              <w:rPr>
                <w:b/>
                <w:sz w:val="16"/>
              </w:rPr>
              <w:t xml:space="preserve"> </w:t>
            </w:r>
            <w:proofErr w:type="spellStart"/>
            <w:r w:rsidRPr="00106719">
              <w:rPr>
                <w:b/>
                <w:sz w:val="16"/>
              </w:rPr>
              <w:t>specifico</w:t>
            </w:r>
            <w:proofErr w:type="spellEnd"/>
          </w:p>
        </w:tc>
        <w:tc>
          <w:tcPr>
            <w:tcW w:w="2013" w:type="dxa"/>
          </w:tcPr>
          <w:p w14:paraId="036949F9" w14:textId="77777777" w:rsidR="00EF472A" w:rsidRPr="00106719" w:rsidRDefault="00EF472A" w:rsidP="0085799D">
            <w:pPr>
              <w:spacing w:after="20"/>
              <w:rPr>
                <w:lang w:val="it-IT"/>
              </w:rPr>
            </w:pPr>
            <w:r w:rsidRPr="00106719">
              <w:rPr>
                <w:sz w:val="16"/>
                <w:lang w:val="it-IT"/>
              </w:rPr>
              <w:t>Usa un lessico generico e impreciso.</w:t>
            </w:r>
          </w:p>
        </w:tc>
        <w:tc>
          <w:tcPr>
            <w:tcW w:w="2013" w:type="dxa"/>
          </w:tcPr>
          <w:p w14:paraId="79478076" w14:textId="77777777" w:rsidR="00EF472A" w:rsidRPr="00106719" w:rsidRDefault="00EF472A" w:rsidP="0085799D">
            <w:pPr>
              <w:spacing w:after="20"/>
              <w:rPr>
                <w:lang w:val="it-IT"/>
              </w:rPr>
            </w:pPr>
            <w:r w:rsidRPr="00106719">
              <w:rPr>
                <w:sz w:val="16"/>
                <w:lang w:val="it-IT"/>
              </w:rPr>
              <w:t>Usa il lessico essenziale della disciplina con qualche imprecisione.</w:t>
            </w:r>
          </w:p>
        </w:tc>
        <w:tc>
          <w:tcPr>
            <w:tcW w:w="2013" w:type="dxa"/>
          </w:tcPr>
          <w:p w14:paraId="4718391C" w14:textId="77777777" w:rsidR="00EF472A" w:rsidRPr="00106719" w:rsidRDefault="00EF472A" w:rsidP="0085799D">
            <w:pPr>
              <w:spacing w:after="20"/>
              <w:rPr>
                <w:lang w:val="it-IT"/>
              </w:rPr>
            </w:pPr>
            <w:r w:rsidRPr="00106719">
              <w:rPr>
                <w:sz w:val="16"/>
                <w:lang w:val="it-IT"/>
              </w:rPr>
              <w:t>Usa il lessico specifico in modo corretto e appropriato.</w:t>
            </w:r>
          </w:p>
        </w:tc>
        <w:tc>
          <w:tcPr>
            <w:tcW w:w="2013" w:type="dxa"/>
          </w:tcPr>
          <w:p w14:paraId="0753C5F6" w14:textId="77777777" w:rsidR="00EF472A" w:rsidRPr="00106719" w:rsidRDefault="00EF472A" w:rsidP="0085799D">
            <w:pPr>
              <w:spacing w:after="20"/>
              <w:rPr>
                <w:lang w:val="it-IT"/>
              </w:rPr>
            </w:pPr>
            <w:r w:rsidRPr="00106719">
              <w:rPr>
                <w:sz w:val="16"/>
                <w:lang w:val="it-IT"/>
              </w:rPr>
              <w:t>Usa il lessico specifico con proprietà e ne motiva le scelte.</w:t>
            </w:r>
          </w:p>
        </w:tc>
      </w:tr>
      <w:tr w:rsidR="00EF472A" w:rsidRPr="00106719" w14:paraId="1132CE57" w14:textId="77777777" w:rsidTr="0085799D">
        <w:tc>
          <w:tcPr>
            <w:tcW w:w="1701" w:type="dxa"/>
            <w:shd w:val="clear" w:color="auto" w:fill="EDF0F5"/>
          </w:tcPr>
          <w:p w14:paraId="6A7A9C03" w14:textId="77777777" w:rsidR="00EF472A" w:rsidRPr="00106719" w:rsidRDefault="00EF472A" w:rsidP="0085799D">
            <w:pPr>
              <w:spacing w:after="20"/>
              <w:rPr>
                <w:lang w:val="it-IT"/>
              </w:rPr>
            </w:pPr>
            <w:r w:rsidRPr="00106719">
              <w:rPr>
                <w:b/>
                <w:sz w:val="16"/>
                <w:lang w:val="it-IT"/>
              </w:rPr>
              <w:t>Applicazione e soluzione di problemi</w:t>
            </w:r>
          </w:p>
        </w:tc>
        <w:tc>
          <w:tcPr>
            <w:tcW w:w="2013" w:type="dxa"/>
          </w:tcPr>
          <w:p w14:paraId="7CC0060A" w14:textId="77777777" w:rsidR="00EF472A" w:rsidRPr="00106719" w:rsidRDefault="00EF472A" w:rsidP="0085799D">
            <w:pPr>
              <w:spacing w:after="20"/>
              <w:rPr>
                <w:lang w:val="it-IT"/>
              </w:rPr>
            </w:pPr>
            <w:r w:rsidRPr="00106719">
              <w:rPr>
                <w:sz w:val="16"/>
                <w:lang w:val="it-IT"/>
              </w:rPr>
              <w:t>Applica procedure solo se guidato passo per passo.</w:t>
            </w:r>
          </w:p>
        </w:tc>
        <w:tc>
          <w:tcPr>
            <w:tcW w:w="2013" w:type="dxa"/>
          </w:tcPr>
          <w:p w14:paraId="6DB49D80" w14:textId="77777777" w:rsidR="00EF472A" w:rsidRPr="00106719" w:rsidRDefault="00EF472A" w:rsidP="0085799D">
            <w:pPr>
              <w:spacing w:after="20"/>
              <w:rPr>
                <w:lang w:val="it-IT"/>
              </w:rPr>
            </w:pPr>
            <w:r w:rsidRPr="00106719">
              <w:rPr>
                <w:sz w:val="16"/>
                <w:lang w:val="it-IT"/>
              </w:rPr>
              <w:t>Applica correttamente le procedure note in situazioni simili a quelle esercitate.</w:t>
            </w:r>
          </w:p>
        </w:tc>
        <w:tc>
          <w:tcPr>
            <w:tcW w:w="2013" w:type="dxa"/>
          </w:tcPr>
          <w:p w14:paraId="450B18AF" w14:textId="77777777" w:rsidR="00EF472A" w:rsidRPr="00106719" w:rsidRDefault="00EF472A" w:rsidP="0085799D">
            <w:pPr>
              <w:spacing w:after="20"/>
              <w:rPr>
                <w:lang w:val="it-IT"/>
              </w:rPr>
            </w:pPr>
            <w:r w:rsidRPr="00106719">
              <w:rPr>
                <w:sz w:val="16"/>
                <w:lang w:val="it-IT"/>
              </w:rPr>
              <w:t>Sceglie autonomamente la procedura adeguata e la applica correttamente.</w:t>
            </w:r>
          </w:p>
        </w:tc>
        <w:tc>
          <w:tcPr>
            <w:tcW w:w="2013" w:type="dxa"/>
          </w:tcPr>
          <w:p w14:paraId="55BEBBAD" w14:textId="77777777" w:rsidR="00EF472A" w:rsidRPr="00106719" w:rsidRDefault="00EF472A" w:rsidP="0085799D">
            <w:pPr>
              <w:spacing w:after="20"/>
              <w:rPr>
                <w:lang w:val="it-IT"/>
              </w:rPr>
            </w:pPr>
            <w:r w:rsidRPr="00106719">
              <w:rPr>
                <w:sz w:val="16"/>
                <w:lang w:val="it-IT"/>
              </w:rPr>
              <w:t>Individua strategie originali ed efficaci anche di fronte a problemi non noti.</w:t>
            </w:r>
          </w:p>
        </w:tc>
      </w:tr>
      <w:tr w:rsidR="00EF472A" w:rsidRPr="00106719" w14:paraId="4DC72324" w14:textId="77777777" w:rsidTr="0085799D">
        <w:tc>
          <w:tcPr>
            <w:tcW w:w="1701" w:type="dxa"/>
            <w:shd w:val="clear" w:color="auto" w:fill="EDF0F5"/>
          </w:tcPr>
          <w:p w14:paraId="6522A80F" w14:textId="77777777" w:rsidR="00EF472A" w:rsidRPr="00106719" w:rsidRDefault="00EF472A" w:rsidP="0085799D">
            <w:pPr>
              <w:spacing w:after="20"/>
            </w:pPr>
            <w:proofErr w:type="spellStart"/>
            <w:r w:rsidRPr="00106719">
              <w:rPr>
                <w:b/>
                <w:sz w:val="16"/>
              </w:rPr>
              <w:t>Autonomia</w:t>
            </w:r>
            <w:proofErr w:type="spellEnd"/>
            <w:r w:rsidRPr="00106719">
              <w:rPr>
                <w:b/>
                <w:sz w:val="16"/>
              </w:rPr>
              <w:t xml:space="preserve"> e </w:t>
            </w:r>
            <w:proofErr w:type="spellStart"/>
            <w:r w:rsidRPr="00106719">
              <w:rPr>
                <w:b/>
                <w:sz w:val="16"/>
              </w:rPr>
              <w:t>responsabilità</w:t>
            </w:r>
            <w:proofErr w:type="spellEnd"/>
          </w:p>
        </w:tc>
        <w:tc>
          <w:tcPr>
            <w:tcW w:w="2013" w:type="dxa"/>
          </w:tcPr>
          <w:p w14:paraId="7D963A16" w14:textId="77777777" w:rsidR="00EF472A" w:rsidRPr="00106719" w:rsidRDefault="00EF472A" w:rsidP="0085799D">
            <w:pPr>
              <w:spacing w:after="20"/>
              <w:rPr>
                <w:lang w:val="it-IT"/>
              </w:rPr>
            </w:pPr>
            <w:r w:rsidRPr="00106719">
              <w:rPr>
                <w:sz w:val="16"/>
                <w:lang w:val="it-IT"/>
              </w:rPr>
              <w:t>Lavora solo sotto guida diretta e non rispetta i tempi.</w:t>
            </w:r>
          </w:p>
        </w:tc>
        <w:tc>
          <w:tcPr>
            <w:tcW w:w="2013" w:type="dxa"/>
          </w:tcPr>
          <w:p w14:paraId="073F5AC0" w14:textId="77777777" w:rsidR="00EF472A" w:rsidRPr="00106719" w:rsidRDefault="00EF472A" w:rsidP="0085799D">
            <w:pPr>
              <w:spacing w:after="20"/>
              <w:rPr>
                <w:lang w:val="it-IT"/>
              </w:rPr>
            </w:pPr>
            <w:r w:rsidRPr="00106719">
              <w:rPr>
                <w:sz w:val="16"/>
                <w:lang w:val="it-IT"/>
              </w:rPr>
              <w:t>Lavora con una certa autonomia se il compito è strutturato; rispetta i tempi se sollecitato.</w:t>
            </w:r>
          </w:p>
        </w:tc>
        <w:tc>
          <w:tcPr>
            <w:tcW w:w="2013" w:type="dxa"/>
          </w:tcPr>
          <w:p w14:paraId="24893BDD" w14:textId="77777777" w:rsidR="00EF472A" w:rsidRPr="00106719" w:rsidRDefault="00EF472A" w:rsidP="0085799D">
            <w:pPr>
              <w:spacing w:after="20"/>
              <w:rPr>
                <w:lang w:val="it-IT"/>
              </w:rPr>
            </w:pPr>
            <w:r w:rsidRPr="00106719">
              <w:rPr>
                <w:sz w:val="16"/>
                <w:lang w:val="it-IT"/>
              </w:rPr>
              <w:t>Lavora in autonomia, organizza il proprio tempo e rispetta le consegne.</w:t>
            </w:r>
          </w:p>
        </w:tc>
        <w:tc>
          <w:tcPr>
            <w:tcW w:w="2013" w:type="dxa"/>
          </w:tcPr>
          <w:p w14:paraId="3FCA4508" w14:textId="77777777" w:rsidR="00EF472A" w:rsidRPr="00106719" w:rsidRDefault="00EF472A" w:rsidP="0085799D">
            <w:pPr>
              <w:spacing w:after="20"/>
              <w:rPr>
                <w:lang w:val="it-IT"/>
              </w:rPr>
            </w:pPr>
            <w:r w:rsidRPr="00106719">
              <w:rPr>
                <w:sz w:val="16"/>
                <w:lang w:val="it-IT"/>
              </w:rPr>
              <w:t>Organizza autonomamente il lavoro, anticipa le difficoltà e supporta i compagni.</w:t>
            </w:r>
          </w:p>
        </w:tc>
      </w:tr>
      <w:tr w:rsidR="00EF472A" w:rsidRPr="00106719" w14:paraId="55CD7B38" w14:textId="77777777" w:rsidTr="0085799D">
        <w:tc>
          <w:tcPr>
            <w:tcW w:w="1701" w:type="dxa"/>
            <w:shd w:val="clear" w:color="auto" w:fill="EDF0F5"/>
          </w:tcPr>
          <w:p w14:paraId="6B9BF0BF" w14:textId="77777777" w:rsidR="00EF472A" w:rsidRPr="00106719" w:rsidRDefault="00EF472A" w:rsidP="0085799D">
            <w:pPr>
              <w:spacing w:after="20"/>
            </w:pPr>
            <w:proofErr w:type="spellStart"/>
            <w:r w:rsidRPr="00106719">
              <w:rPr>
                <w:b/>
                <w:sz w:val="16"/>
              </w:rPr>
              <w:t>Riflessione</w:t>
            </w:r>
            <w:proofErr w:type="spellEnd"/>
            <w:r w:rsidRPr="00106719">
              <w:rPr>
                <w:b/>
                <w:sz w:val="16"/>
              </w:rPr>
              <w:t xml:space="preserve"> </w:t>
            </w:r>
            <w:proofErr w:type="spellStart"/>
            <w:r w:rsidRPr="00106719">
              <w:rPr>
                <w:b/>
                <w:sz w:val="16"/>
              </w:rPr>
              <w:t>sul</w:t>
            </w:r>
            <w:proofErr w:type="spellEnd"/>
            <w:r w:rsidRPr="00106719">
              <w:rPr>
                <w:b/>
                <w:sz w:val="16"/>
              </w:rPr>
              <w:t xml:space="preserve"> proprio </w:t>
            </w:r>
            <w:proofErr w:type="spellStart"/>
            <w:r w:rsidRPr="00106719">
              <w:rPr>
                <w:b/>
                <w:sz w:val="16"/>
              </w:rPr>
              <w:t>apprendimento</w:t>
            </w:r>
            <w:proofErr w:type="spellEnd"/>
          </w:p>
        </w:tc>
        <w:tc>
          <w:tcPr>
            <w:tcW w:w="2013" w:type="dxa"/>
          </w:tcPr>
          <w:p w14:paraId="586FB2F7" w14:textId="77777777" w:rsidR="00EF472A" w:rsidRPr="00106719" w:rsidRDefault="00EF472A" w:rsidP="0085799D">
            <w:pPr>
              <w:spacing w:after="20"/>
              <w:rPr>
                <w:lang w:val="it-IT"/>
              </w:rPr>
            </w:pPr>
            <w:r w:rsidRPr="00106719">
              <w:rPr>
                <w:sz w:val="16"/>
                <w:lang w:val="it-IT"/>
              </w:rPr>
              <w:t>Non riconosce i propri errori né i propri punti di forza.</w:t>
            </w:r>
          </w:p>
        </w:tc>
        <w:tc>
          <w:tcPr>
            <w:tcW w:w="2013" w:type="dxa"/>
          </w:tcPr>
          <w:p w14:paraId="50319701" w14:textId="77777777" w:rsidR="00EF472A" w:rsidRPr="00106719" w:rsidRDefault="00EF472A" w:rsidP="0085799D">
            <w:pPr>
              <w:spacing w:after="20"/>
              <w:rPr>
                <w:lang w:val="it-IT"/>
              </w:rPr>
            </w:pPr>
            <w:r w:rsidRPr="00106719">
              <w:rPr>
                <w:sz w:val="16"/>
                <w:lang w:val="it-IT"/>
              </w:rPr>
              <w:t>Riconosce gli errori se indicati e li corregge.</w:t>
            </w:r>
          </w:p>
        </w:tc>
        <w:tc>
          <w:tcPr>
            <w:tcW w:w="2013" w:type="dxa"/>
          </w:tcPr>
          <w:p w14:paraId="197AE313" w14:textId="77777777" w:rsidR="00EF472A" w:rsidRPr="00106719" w:rsidRDefault="00EF472A" w:rsidP="0085799D">
            <w:pPr>
              <w:spacing w:after="20"/>
              <w:rPr>
                <w:lang w:val="it-IT"/>
              </w:rPr>
            </w:pPr>
            <w:r w:rsidRPr="00106719">
              <w:rPr>
                <w:sz w:val="16"/>
                <w:lang w:val="it-IT"/>
              </w:rPr>
              <w:t>Individua autonomamente errori e punti di forza e adotta strategie correttive.</w:t>
            </w:r>
          </w:p>
        </w:tc>
        <w:tc>
          <w:tcPr>
            <w:tcW w:w="2013" w:type="dxa"/>
          </w:tcPr>
          <w:p w14:paraId="1A65FDFC" w14:textId="77777777" w:rsidR="00EF472A" w:rsidRPr="00106719" w:rsidRDefault="00EF472A" w:rsidP="0085799D">
            <w:pPr>
              <w:spacing w:after="20"/>
              <w:rPr>
                <w:lang w:val="it-IT"/>
              </w:rPr>
            </w:pPr>
            <w:r w:rsidRPr="00106719">
              <w:rPr>
                <w:sz w:val="16"/>
                <w:lang w:val="it-IT"/>
              </w:rPr>
              <w:t>Valuta criticamente il proprio percorso e progetta consapevolmente il miglioramento.</w:t>
            </w:r>
          </w:p>
        </w:tc>
      </w:tr>
    </w:tbl>
    <w:p w14:paraId="46FD08E8" w14:textId="77777777" w:rsidR="00EF472A" w:rsidRPr="00106719" w:rsidRDefault="00EF472A" w:rsidP="00EF472A">
      <w:pPr>
        <w:pStyle w:val="Titolo2"/>
        <w:spacing w:before="280" w:after="120"/>
        <w:rPr>
          <w:color w:val="auto"/>
          <w:lang w:val="it-IT"/>
        </w:rPr>
      </w:pPr>
      <w:r w:rsidRPr="00106719">
        <w:rPr>
          <w:rFonts w:ascii="Book Antiqua" w:hAnsi="Book Antiqua"/>
          <w:color w:val="auto"/>
          <w:sz w:val="25"/>
          <w:lang w:val="it-IT"/>
        </w:rPr>
        <w:t>Allegato D – Tabella di raccordo con l'</w:t>
      </w:r>
      <w:proofErr w:type="spellStart"/>
      <w:r w:rsidRPr="00106719">
        <w:rPr>
          <w:rFonts w:ascii="Book Antiqua" w:hAnsi="Book Antiqua"/>
          <w:color w:val="auto"/>
          <w:sz w:val="25"/>
          <w:lang w:val="it-IT"/>
        </w:rPr>
        <w:t>U.d.A</w:t>
      </w:r>
      <w:proofErr w:type="spellEnd"/>
      <w:r w:rsidRPr="00106719">
        <w:rPr>
          <w:rFonts w:ascii="Book Antiqua" w:hAnsi="Book Antiqua"/>
          <w:color w:val="auto"/>
          <w:sz w:val="25"/>
          <w:lang w:val="it-IT"/>
        </w:rPr>
        <w:t>. interdisciplinare</w:t>
      </w:r>
    </w:p>
    <w:p w14:paraId="744B85E5" w14:textId="77777777" w:rsidR="00EF472A" w:rsidRPr="00106719" w:rsidRDefault="00EF472A" w:rsidP="00EF472A">
      <w:pPr>
        <w:spacing w:after="120"/>
        <w:jc w:val="both"/>
        <w:rPr>
          <w:lang w:val="it-IT"/>
        </w:rPr>
      </w:pPr>
      <w:r w:rsidRPr="00106719">
        <w:rPr>
          <w:i/>
          <w:sz w:val="18"/>
          <w:lang w:val="it-IT"/>
        </w:rPr>
        <w:t>Da compilare in sede di Consiglio di classe e da allegare al verbale di approvazione del compito di realtà. Le discipline che non concorrono vanno comunque elencate, con la dicitura «nessun apporto diretto».</w:t>
      </w:r>
    </w:p>
    <w:tbl>
      <w:tblPr>
        <w:tblStyle w:val="Grigliatabella"/>
        <w:tblW w:w="0" w:type="auto"/>
        <w:tblLayout w:type="fixed"/>
        <w:tblCellMar>
          <w:top w:w="60" w:type="dxa"/>
          <w:left w:w="50" w:type="dxa"/>
          <w:bottom w:w="60" w:type="dxa"/>
          <w:right w:w="50" w:type="dxa"/>
        </w:tblCellMar>
        <w:tblLook w:val="04A0" w:firstRow="1" w:lastRow="0" w:firstColumn="1" w:lastColumn="0" w:noHBand="0" w:noVBand="1"/>
      </w:tblPr>
      <w:tblGrid>
        <w:gridCol w:w="1814"/>
        <w:gridCol w:w="2041"/>
        <w:gridCol w:w="3288"/>
        <w:gridCol w:w="1020"/>
        <w:gridCol w:w="1587"/>
      </w:tblGrid>
      <w:tr w:rsidR="00EF472A" w:rsidRPr="00106719" w14:paraId="5BA9E82D" w14:textId="77777777" w:rsidTr="0085799D">
        <w:trPr>
          <w:tblHeader/>
        </w:trPr>
        <w:tc>
          <w:tcPr>
            <w:tcW w:w="1814" w:type="dxa"/>
            <w:shd w:val="clear" w:color="auto" w:fill="D6DFEE"/>
          </w:tcPr>
          <w:p w14:paraId="105C8553" w14:textId="77777777" w:rsidR="00EF472A" w:rsidRPr="00106719" w:rsidRDefault="00EF472A" w:rsidP="0085799D">
            <w:pPr>
              <w:spacing w:after="20"/>
            </w:pPr>
            <w:r w:rsidRPr="00106719">
              <w:rPr>
                <w:b/>
                <w:sz w:val="16"/>
              </w:rPr>
              <w:t>Disciplina</w:t>
            </w:r>
          </w:p>
        </w:tc>
        <w:tc>
          <w:tcPr>
            <w:tcW w:w="2041" w:type="dxa"/>
            <w:shd w:val="clear" w:color="auto" w:fill="D6DFEE"/>
          </w:tcPr>
          <w:p w14:paraId="4873809E" w14:textId="77777777" w:rsidR="00EF472A" w:rsidRPr="00106719" w:rsidRDefault="00EF472A" w:rsidP="0085799D">
            <w:pPr>
              <w:spacing w:after="20"/>
              <w:rPr>
                <w:lang w:val="it-IT"/>
              </w:rPr>
            </w:pPr>
            <w:proofErr w:type="spellStart"/>
            <w:r w:rsidRPr="00106719">
              <w:rPr>
                <w:b/>
                <w:sz w:val="16"/>
                <w:lang w:val="it-IT"/>
              </w:rPr>
              <w:t>U.d.A</w:t>
            </w:r>
            <w:proofErr w:type="spellEnd"/>
            <w:r w:rsidRPr="00106719">
              <w:rPr>
                <w:b/>
                <w:sz w:val="16"/>
                <w:lang w:val="it-IT"/>
              </w:rPr>
              <w:t>. disciplinare che fornisce l'apporto</w:t>
            </w:r>
          </w:p>
        </w:tc>
        <w:tc>
          <w:tcPr>
            <w:tcW w:w="3288" w:type="dxa"/>
            <w:shd w:val="clear" w:color="auto" w:fill="D6DFEE"/>
          </w:tcPr>
          <w:p w14:paraId="121A0179" w14:textId="77777777" w:rsidR="00EF472A" w:rsidRPr="00106719" w:rsidRDefault="00EF472A" w:rsidP="0085799D">
            <w:pPr>
              <w:spacing w:after="20"/>
              <w:rPr>
                <w:lang w:val="it-IT"/>
              </w:rPr>
            </w:pPr>
            <w:r w:rsidRPr="00106719">
              <w:rPr>
                <w:b/>
                <w:sz w:val="16"/>
                <w:lang w:val="it-IT"/>
              </w:rPr>
              <w:t>Apporto specifico al compito di realtà</w:t>
            </w:r>
          </w:p>
        </w:tc>
        <w:tc>
          <w:tcPr>
            <w:tcW w:w="1020" w:type="dxa"/>
            <w:shd w:val="clear" w:color="auto" w:fill="D6DFEE"/>
          </w:tcPr>
          <w:p w14:paraId="0AB72ACB" w14:textId="77777777" w:rsidR="00EF472A" w:rsidRPr="00106719" w:rsidRDefault="00EF472A" w:rsidP="0085799D">
            <w:pPr>
              <w:spacing w:after="20"/>
            </w:pPr>
            <w:r w:rsidRPr="00106719">
              <w:rPr>
                <w:b/>
                <w:sz w:val="16"/>
              </w:rPr>
              <w:t xml:space="preserve">Ore </w:t>
            </w:r>
            <w:proofErr w:type="spellStart"/>
            <w:r w:rsidRPr="00106719">
              <w:rPr>
                <w:b/>
                <w:sz w:val="16"/>
              </w:rPr>
              <w:t>cedute</w:t>
            </w:r>
            <w:proofErr w:type="spellEnd"/>
          </w:p>
        </w:tc>
        <w:tc>
          <w:tcPr>
            <w:tcW w:w="1587" w:type="dxa"/>
            <w:shd w:val="clear" w:color="auto" w:fill="D6DFEE"/>
          </w:tcPr>
          <w:p w14:paraId="2FF16B30" w14:textId="77777777" w:rsidR="00EF472A" w:rsidRPr="00106719" w:rsidRDefault="00EF472A" w:rsidP="0085799D">
            <w:pPr>
              <w:spacing w:after="20"/>
            </w:pPr>
            <w:r w:rsidRPr="00106719">
              <w:rPr>
                <w:b/>
                <w:sz w:val="16"/>
              </w:rPr>
              <w:t xml:space="preserve">Docente </w:t>
            </w:r>
            <w:proofErr w:type="spellStart"/>
            <w:r w:rsidRPr="00106719">
              <w:rPr>
                <w:b/>
                <w:sz w:val="16"/>
              </w:rPr>
              <w:t>referente</w:t>
            </w:r>
            <w:proofErr w:type="spellEnd"/>
          </w:p>
        </w:tc>
      </w:tr>
      <w:tr w:rsidR="00EF472A" w:rsidRPr="00106719" w14:paraId="026574BB" w14:textId="77777777" w:rsidTr="0085799D">
        <w:tc>
          <w:tcPr>
            <w:tcW w:w="1814" w:type="dxa"/>
          </w:tcPr>
          <w:p w14:paraId="203CFB17" w14:textId="77777777" w:rsidR="00EF472A" w:rsidRPr="00106719" w:rsidRDefault="00EF472A" w:rsidP="0085799D">
            <w:pPr>
              <w:spacing w:after="20"/>
            </w:pPr>
          </w:p>
        </w:tc>
        <w:tc>
          <w:tcPr>
            <w:tcW w:w="2041" w:type="dxa"/>
          </w:tcPr>
          <w:p w14:paraId="5E7954AE" w14:textId="77777777" w:rsidR="00EF472A" w:rsidRPr="00106719" w:rsidRDefault="00EF472A" w:rsidP="0085799D">
            <w:pPr>
              <w:spacing w:after="20"/>
            </w:pPr>
          </w:p>
        </w:tc>
        <w:tc>
          <w:tcPr>
            <w:tcW w:w="3288" w:type="dxa"/>
          </w:tcPr>
          <w:p w14:paraId="6FB2814F" w14:textId="77777777" w:rsidR="00EF472A" w:rsidRPr="00106719" w:rsidRDefault="00EF472A" w:rsidP="0085799D">
            <w:pPr>
              <w:spacing w:after="20"/>
            </w:pPr>
          </w:p>
        </w:tc>
        <w:tc>
          <w:tcPr>
            <w:tcW w:w="1020" w:type="dxa"/>
          </w:tcPr>
          <w:p w14:paraId="2E179555" w14:textId="77777777" w:rsidR="00EF472A" w:rsidRPr="00106719" w:rsidRDefault="00EF472A" w:rsidP="0085799D">
            <w:pPr>
              <w:spacing w:after="20"/>
            </w:pPr>
          </w:p>
        </w:tc>
        <w:tc>
          <w:tcPr>
            <w:tcW w:w="1587" w:type="dxa"/>
          </w:tcPr>
          <w:p w14:paraId="59C8AB6E" w14:textId="77777777" w:rsidR="00EF472A" w:rsidRPr="00106719" w:rsidRDefault="00EF472A" w:rsidP="0085799D">
            <w:pPr>
              <w:spacing w:after="20"/>
            </w:pPr>
          </w:p>
        </w:tc>
      </w:tr>
      <w:tr w:rsidR="00EF472A" w:rsidRPr="00106719" w14:paraId="60CE93A0" w14:textId="77777777" w:rsidTr="0085799D">
        <w:tc>
          <w:tcPr>
            <w:tcW w:w="1814" w:type="dxa"/>
          </w:tcPr>
          <w:p w14:paraId="093BCE47" w14:textId="77777777" w:rsidR="00EF472A" w:rsidRPr="00106719" w:rsidRDefault="00EF472A" w:rsidP="0085799D">
            <w:pPr>
              <w:spacing w:after="20"/>
            </w:pPr>
          </w:p>
        </w:tc>
        <w:tc>
          <w:tcPr>
            <w:tcW w:w="2041" w:type="dxa"/>
          </w:tcPr>
          <w:p w14:paraId="566530F1" w14:textId="77777777" w:rsidR="00EF472A" w:rsidRPr="00106719" w:rsidRDefault="00EF472A" w:rsidP="0085799D">
            <w:pPr>
              <w:spacing w:after="20"/>
            </w:pPr>
          </w:p>
        </w:tc>
        <w:tc>
          <w:tcPr>
            <w:tcW w:w="3288" w:type="dxa"/>
          </w:tcPr>
          <w:p w14:paraId="03137266" w14:textId="77777777" w:rsidR="00EF472A" w:rsidRPr="00106719" w:rsidRDefault="00EF472A" w:rsidP="0085799D">
            <w:pPr>
              <w:spacing w:after="20"/>
            </w:pPr>
          </w:p>
        </w:tc>
        <w:tc>
          <w:tcPr>
            <w:tcW w:w="1020" w:type="dxa"/>
          </w:tcPr>
          <w:p w14:paraId="1C1869FB" w14:textId="77777777" w:rsidR="00EF472A" w:rsidRPr="00106719" w:rsidRDefault="00EF472A" w:rsidP="0085799D">
            <w:pPr>
              <w:spacing w:after="20"/>
            </w:pPr>
          </w:p>
        </w:tc>
        <w:tc>
          <w:tcPr>
            <w:tcW w:w="1587" w:type="dxa"/>
          </w:tcPr>
          <w:p w14:paraId="6FA67B21" w14:textId="77777777" w:rsidR="00EF472A" w:rsidRPr="00106719" w:rsidRDefault="00EF472A" w:rsidP="0085799D">
            <w:pPr>
              <w:spacing w:after="20"/>
            </w:pPr>
          </w:p>
        </w:tc>
      </w:tr>
      <w:tr w:rsidR="00EF472A" w:rsidRPr="00106719" w14:paraId="5F26E05E" w14:textId="77777777" w:rsidTr="0085799D">
        <w:tc>
          <w:tcPr>
            <w:tcW w:w="1814" w:type="dxa"/>
          </w:tcPr>
          <w:p w14:paraId="70025E07" w14:textId="77777777" w:rsidR="00EF472A" w:rsidRPr="00106719" w:rsidRDefault="00EF472A" w:rsidP="0085799D">
            <w:pPr>
              <w:spacing w:after="20"/>
            </w:pPr>
          </w:p>
        </w:tc>
        <w:tc>
          <w:tcPr>
            <w:tcW w:w="2041" w:type="dxa"/>
          </w:tcPr>
          <w:p w14:paraId="25DE2AE1" w14:textId="77777777" w:rsidR="00EF472A" w:rsidRPr="00106719" w:rsidRDefault="00EF472A" w:rsidP="0085799D">
            <w:pPr>
              <w:spacing w:after="20"/>
            </w:pPr>
          </w:p>
        </w:tc>
        <w:tc>
          <w:tcPr>
            <w:tcW w:w="3288" w:type="dxa"/>
          </w:tcPr>
          <w:p w14:paraId="571FC8C9" w14:textId="77777777" w:rsidR="00EF472A" w:rsidRPr="00106719" w:rsidRDefault="00EF472A" w:rsidP="0085799D">
            <w:pPr>
              <w:spacing w:after="20"/>
            </w:pPr>
          </w:p>
        </w:tc>
        <w:tc>
          <w:tcPr>
            <w:tcW w:w="1020" w:type="dxa"/>
          </w:tcPr>
          <w:p w14:paraId="7966B90F" w14:textId="77777777" w:rsidR="00EF472A" w:rsidRPr="00106719" w:rsidRDefault="00EF472A" w:rsidP="0085799D">
            <w:pPr>
              <w:spacing w:after="20"/>
            </w:pPr>
          </w:p>
        </w:tc>
        <w:tc>
          <w:tcPr>
            <w:tcW w:w="1587" w:type="dxa"/>
          </w:tcPr>
          <w:p w14:paraId="74D65FD2" w14:textId="77777777" w:rsidR="00EF472A" w:rsidRPr="00106719" w:rsidRDefault="00EF472A" w:rsidP="0085799D">
            <w:pPr>
              <w:spacing w:after="20"/>
            </w:pPr>
          </w:p>
        </w:tc>
      </w:tr>
      <w:tr w:rsidR="00EF472A" w:rsidRPr="00106719" w14:paraId="5EC2EC6F" w14:textId="77777777" w:rsidTr="0085799D">
        <w:tc>
          <w:tcPr>
            <w:tcW w:w="1814" w:type="dxa"/>
          </w:tcPr>
          <w:p w14:paraId="717A5155" w14:textId="77777777" w:rsidR="00EF472A" w:rsidRPr="00106719" w:rsidRDefault="00EF472A" w:rsidP="0085799D">
            <w:pPr>
              <w:spacing w:after="20"/>
            </w:pPr>
          </w:p>
        </w:tc>
        <w:tc>
          <w:tcPr>
            <w:tcW w:w="2041" w:type="dxa"/>
          </w:tcPr>
          <w:p w14:paraId="7C8F2C40" w14:textId="77777777" w:rsidR="00EF472A" w:rsidRPr="00106719" w:rsidRDefault="00EF472A" w:rsidP="0085799D">
            <w:pPr>
              <w:spacing w:after="20"/>
            </w:pPr>
          </w:p>
        </w:tc>
        <w:tc>
          <w:tcPr>
            <w:tcW w:w="3288" w:type="dxa"/>
          </w:tcPr>
          <w:p w14:paraId="1BA1958E" w14:textId="77777777" w:rsidR="00EF472A" w:rsidRPr="00106719" w:rsidRDefault="00EF472A" w:rsidP="0085799D">
            <w:pPr>
              <w:spacing w:after="20"/>
            </w:pPr>
          </w:p>
        </w:tc>
        <w:tc>
          <w:tcPr>
            <w:tcW w:w="1020" w:type="dxa"/>
          </w:tcPr>
          <w:p w14:paraId="20F31745" w14:textId="77777777" w:rsidR="00EF472A" w:rsidRPr="00106719" w:rsidRDefault="00EF472A" w:rsidP="0085799D">
            <w:pPr>
              <w:spacing w:after="20"/>
            </w:pPr>
          </w:p>
        </w:tc>
        <w:tc>
          <w:tcPr>
            <w:tcW w:w="1587" w:type="dxa"/>
          </w:tcPr>
          <w:p w14:paraId="28D06BC3" w14:textId="77777777" w:rsidR="00EF472A" w:rsidRPr="00106719" w:rsidRDefault="00EF472A" w:rsidP="0085799D">
            <w:pPr>
              <w:spacing w:after="20"/>
            </w:pPr>
          </w:p>
        </w:tc>
      </w:tr>
      <w:tr w:rsidR="00EF472A" w:rsidRPr="00106719" w14:paraId="64458771" w14:textId="77777777" w:rsidTr="0085799D">
        <w:tc>
          <w:tcPr>
            <w:tcW w:w="1814" w:type="dxa"/>
          </w:tcPr>
          <w:p w14:paraId="76F53AEF" w14:textId="77777777" w:rsidR="00EF472A" w:rsidRPr="00106719" w:rsidRDefault="00EF472A" w:rsidP="0085799D">
            <w:pPr>
              <w:spacing w:after="20"/>
            </w:pPr>
          </w:p>
        </w:tc>
        <w:tc>
          <w:tcPr>
            <w:tcW w:w="2041" w:type="dxa"/>
          </w:tcPr>
          <w:p w14:paraId="38E2D025" w14:textId="77777777" w:rsidR="00EF472A" w:rsidRPr="00106719" w:rsidRDefault="00EF472A" w:rsidP="0085799D">
            <w:pPr>
              <w:spacing w:after="20"/>
            </w:pPr>
          </w:p>
        </w:tc>
        <w:tc>
          <w:tcPr>
            <w:tcW w:w="3288" w:type="dxa"/>
          </w:tcPr>
          <w:p w14:paraId="7057F5E1" w14:textId="77777777" w:rsidR="00EF472A" w:rsidRPr="00106719" w:rsidRDefault="00EF472A" w:rsidP="0085799D">
            <w:pPr>
              <w:spacing w:after="20"/>
            </w:pPr>
          </w:p>
        </w:tc>
        <w:tc>
          <w:tcPr>
            <w:tcW w:w="1020" w:type="dxa"/>
          </w:tcPr>
          <w:p w14:paraId="79809BCA" w14:textId="77777777" w:rsidR="00EF472A" w:rsidRPr="00106719" w:rsidRDefault="00EF472A" w:rsidP="0085799D">
            <w:pPr>
              <w:spacing w:after="20"/>
            </w:pPr>
          </w:p>
        </w:tc>
        <w:tc>
          <w:tcPr>
            <w:tcW w:w="1587" w:type="dxa"/>
          </w:tcPr>
          <w:p w14:paraId="55E599AE" w14:textId="77777777" w:rsidR="00EF472A" w:rsidRPr="00106719" w:rsidRDefault="00EF472A" w:rsidP="0085799D">
            <w:pPr>
              <w:spacing w:after="20"/>
            </w:pPr>
          </w:p>
        </w:tc>
      </w:tr>
      <w:tr w:rsidR="00EF472A" w:rsidRPr="00106719" w14:paraId="7ADE56A2" w14:textId="77777777" w:rsidTr="0085799D">
        <w:tc>
          <w:tcPr>
            <w:tcW w:w="1814" w:type="dxa"/>
          </w:tcPr>
          <w:p w14:paraId="5A69F515" w14:textId="77777777" w:rsidR="00EF472A" w:rsidRPr="00106719" w:rsidRDefault="00EF472A" w:rsidP="0085799D">
            <w:pPr>
              <w:spacing w:after="20"/>
            </w:pPr>
          </w:p>
        </w:tc>
        <w:tc>
          <w:tcPr>
            <w:tcW w:w="2041" w:type="dxa"/>
          </w:tcPr>
          <w:p w14:paraId="2DEC0A36" w14:textId="77777777" w:rsidR="00EF472A" w:rsidRPr="00106719" w:rsidRDefault="00EF472A" w:rsidP="0085799D">
            <w:pPr>
              <w:spacing w:after="20"/>
            </w:pPr>
          </w:p>
        </w:tc>
        <w:tc>
          <w:tcPr>
            <w:tcW w:w="3288" w:type="dxa"/>
          </w:tcPr>
          <w:p w14:paraId="53507C74" w14:textId="77777777" w:rsidR="00EF472A" w:rsidRPr="00106719" w:rsidRDefault="00EF472A" w:rsidP="0085799D">
            <w:pPr>
              <w:spacing w:after="20"/>
            </w:pPr>
          </w:p>
        </w:tc>
        <w:tc>
          <w:tcPr>
            <w:tcW w:w="1020" w:type="dxa"/>
          </w:tcPr>
          <w:p w14:paraId="51C348E1" w14:textId="77777777" w:rsidR="00EF472A" w:rsidRPr="00106719" w:rsidRDefault="00EF472A" w:rsidP="0085799D">
            <w:pPr>
              <w:spacing w:after="20"/>
            </w:pPr>
          </w:p>
        </w:tc>
        <w:tc>
          <w:tcPr>
            <w:tcW w:w="1587" w:type="dxa"/>
          </w:tcPr>
          <w:p w14:paraId="4BCFB84E" w14:textId="77777777" w:rsidR="00EF472A" w:rsidRPr="00106719" w:rsidRDefault="00EF472A" w:rsidP="0085799D">
            <w:pPr>
              <w:spacing w:after="20"/>
            </w:pPr>
          </w:p>
        </w:tc>
      </w:tr>
      <w:tr w:rsidR="00EF472A" w:rsidRPr="00106719" w14:paraId="2E3496DB" w14:textId="77777777" w:rsidTr="0085799D">
        <w:tc>
          <w:tcPr>
            <w:tcW w:w="1814" w:type="dxa"/>
          </w:tcPr>
          <w:p w14:paraId="3EAE7DF0" w14:textId="77777777" w:rsidR="00EF472A" w:rsidRPr="00106719" w:rsidRDefault="00EF472A" w:rsidP="0085799D">
            <w:pPr>
              <w:spacing w:after="20"/>
            </w:pPr>
          </w:p>
        </w:tc>
        <w:tc>
          <w:tcPr>
            <w:tcW w:w="2041" w:type="dxa"/>
          </w:tcPr>
          <w:p w14:paraId="4722280B" w14:textId="77777777" w:rsidR="00EF472A" w:rsidRPr="00106719" w:rsidRDefault="00EF472A" w:rsidP="0085799D">
            <w:pPr>
              <w:spacing w:after="20"/>
            </w:pPr>
          </w:p>
        </w:tc>
        <w:tc>
          <w:tcPr>
            <w:tcW w:w="3288" w:type="dxa"/>
          </w:tcPr>
          <w:p w14:paraId="04670F42" w14:textId="77777777" w:rsidR="00EF472A" w:rsidRPr="00106719" w:rsidRDefault="00EF472A" w:rsidP="0085799D">
            <w:pPr>
              <w:spacing w:after="20"/>
            </w:pPr>
          </w:p>
        </w:tc>
        <w:tc>
          <w:tcPr>
            <w:tcW w:w="1020" w:type="dxa"/>
          </w:tcPr>
          <w:p w14:paraId="00C1019D" w14:textId="77777777" w:rsidR="00EF472A" w:rsidRPr="00106719" w:rsidRDefault="00EF472A" w:rsidP="0085799D">
            <w:pPr>
              <w:spacing w:after="20"/>
            </w:pPr>
          </w:p>
        </w:tc>
        <w:tc>
          <w:tcPr>
            <w:tcW w:w="1587" w:type="dxa"/>
          </w:tcPr>
          <w:p w14:paraId="0767A514" w14:textId="77777777" w:rsidR="00EF472A" w:rsidRPr="00106719" w:rsidRDefault="00EF472A" w:rsidP="0085799D">
            <w:pPr>
              <w:spacing w:after="20"/>
            </w:pPr>
          </w:p>
        </w:tc>
      </w:tr>
      <w:tr w:rsidR="00EF472A" w:rsidRPr="00106719" w14:paraId="6DF43480" w14:textId="77777777" w:rsidTr="0085799D">
        <w:tc>
          <w:tcPr>
            <w:tcW w:w="1814" w:type="dxa"/>
          </w:tcPr>
          <w:p w14:paraId="328C2371" w14:textId="77777777" w:rsidR="00EF472A" w:rsidRPr="00106719" w:rsidRDefault="00EF472A" w:rsidP="0085799D">
            <w:pPr>
              <w:spacing w:after="20"/>
            </w:pPr>
          </w:p>
        </w:tc>
        <w:tc>
          <w:tcPr>
            <w:tcW w:w="2041" w:type="dxa"/>
          </w:tcPr>
          <w:p w14:paraId="45387A02" w14:textId="77777777" w:rsidR="00EF472A" w:rsidRPr="00106719" w:rsidRDefault="00EF472A" w:rsidP="0085799D">
            <w:pPr>
              <w:spacing w:after="20"/>
            </w:pPr>
          </w:p>
        </w:tc>
        <w:tc>
          <w:tcPr>
            <w:tcW w:w="3288" w:type="dxa"/>
          </w:tcPr>
          <w:p w14:paraId="22AD79A7" w14:textId="77777777" w:rsidR="00EF472A" w:rsidRPr="00106719" w:rsidRDefault="00EF472A" w:rsidP="0085799D">
            <w:pPr>
              <w:spacing w:after="20"/>
            </w:pPr>
          </w:p>
        </w:tc>
        <w:tc>
          <w:tcPr>
            <w:tcW w:w="1020" w:type="dxa"/>
          </w:tcPr>
          <w:p w14:paraId="7420D26F" w14:textId="77777777" w:rsidR="00EF472A" w:rsidRPr="00106719" w:rsidRDefault="00EF472A" w:rsidP="0085799D">
            <w:pPr>
              <w:spacing w:after="20"/>
            </w:pPr>
          </w:p>
        </w:tc>
        <w:tc>
          <w:tcPr>
            <w:tcW w:w="1587" w:type="dxa"/>
          </w:tcPr>
          <w:p w14:paraId="2A35D334" w14:textId="77777777" w:rsidR="00EF472A" w:rsidRPr="00106719" w:rsidRDefault="00EF472A" w:rsidP="0085799D">
            <w:pPr>
              <w:spacing w:after="20"/>
            </w:pPr>
          </w:p>
        </w:tc>
      </w:tr>
      <w:tr w:rsidR="00EF472A" w:rsidRPr="00106719" w14:paraId="373CADA0" w14:textId="77777777" w:rsidTr="0085799D">
        <w:tc>
          <w:tcPr>
            <w:tcW w:w="1814" w:type="dxa"/>
          </w:tcPr>
          <w:p w14:paraId="4C8EFEB2" w14:textId="77777777" w:rsidR="00EF472A" w:rsidRPr="00106719" w:rsidRDefault="00EF472A" w:rsidP="0085799D">
            <w:pPr>
              <w:spacing w:after="20"/>
            </w:pPr>
          </w:p>
        </w:tc>
        <w:tc>
          <w:tcPr>
            <w:tcW w:w="2041" w:type="dxa"/>
          </w:tcPr>
          <w:p w14:paraId="24CDD798" w14:textId="77777777" w:rsidR="00EF472A" w:rsidRPr="00106719" w:rsidRDefault="00EF472A" w:rsidP="0085799D">
            <w:pPr>
              <w:spacing w:after="20"/>
            </w:pPr>
          </w:p>
        </w:tc>
        <w:tc>
          <w:tcPr>
            <w:tcW w:w="3288" w:type="dxa"/>
          </w:tcPr>
          <w:p w14:paraId="07D4AF66" w14:textId="77777777" w:rsidR="00EF472A" w:rsidRPr="00106719" w:rsidRDefault="00EF472A" w:rsidP="0085799D">
            <w:pPr>
              <w:spacing w:after="20"/>
            </w:pPr>
          </w:p>
        </w:tc>
        <w:tc>
          <w:tcPr>
            <w:tcW w:w="1020" w:type="dxa"/>
          </w:tcPr>
          <w:p w14:paraId="055992FB" w14:textId="77777777" w:rsidR="00EF472A" w:rsidRPr="00106719" w:rsidRDefault="00EF472A" w:rsidP="0085799D">
            <w:pPr>
              <w:spacing w:after="20"/>
            </w:pPr>
          </w:p>
        </w:tc>
        <w:tc>
          <w:tcPr>
            <w:tcW w:w="1587" w:type="dxa"/>
          </w:tcPr>
          <w:p w14:paraId="58686021" w14:textId="77777777" w:rsidR="00EF472A" w:rsidRPr="00106719" w:rsidRDefault="00EF472A" w:rsidP="0085799D">
            <w:pPr>
              <w:spacing w:after="20"/>
            </w:pPr>
          </w:p>
        </w:tc>
      </w:tr>
      <w:tr w:rsidR="00EF472A" w:rsidRPr="00106719" w14:paraId="1B7213A9" w14:textId="77777777" w:rsidTr="0085799D">
        <w:tc>
          <w:tcPr>
            <w:tcW w:w="1814" w:type="dxa"/>
          </w:tcPr>
          <w:p w14:paraId="2DDDB296" w14:textId="77777777" w:rsidR="00EF472A" w:rsidRPr="00106719" w:rsidRDefault="00EF472A" w:rsidP="0085799D">
            <w:pPr>
              <w:spacing w:after="20"/>
            </w:pPr>
          </w:p>
        </w:tc>
        <w:tc>
          <w:tcPr>
            <w:tcW w:w="2041" w:type="dxa"/>
          </w:tcPr>
          <w:p w14:paraId="2D18E7B4" w14:textId="77777777" w:rsidR="00EF472A" w:rsidRPr="00106719" w:rsidRDefault="00EF472A" w:rsidP="0085799D">
            <w:pPr>
              <w:spacing w:after="20"/>
            </w:pPr>
          </w:p>
        </w:tc>
        <w:tc>
          <w:tcPr>
            <w:tcW w:w="3288" w:type="dxa"/>
          </w:tcPr>
          <w:p w14:paraId="2F7DBB9C" w14:textId="77777777" w:rsidR="00EF472A" w:rsidRPr="00106719" w:rsidRDefault="00EF472A" w:rsidP="0085799D">
            <w:pPr>
              <w:spacing w:after="20"/>
            </w:pPr>
          </w:p>
        </w:tc>
        <w:tc>
          <w:tcPr>
            <w:tcW w:w="1020" w:type="dxa"/>
          </w:tcPr>
          <w:p w14:paraId="059313A3" w14:textId="77777777" w:rsidR="00EF472A" w:rsidRPr="00106719" w:rsidRDefault="00EF472A" w:rsidP="0085799D">
            <w:pPr>
              <w:spacing w:after="20"/>
            </w:pPr>
          </w:p>
        </w:tc>
        <w:tc>
          <w:tcPr>
            <w:tcW w:w="1587" w:type="dxa"/>
          </w:tcPr>
          <w:p w14:paraId="7664FE06" w14:textId="77777777" w:rsidR="00EF472A" w:rsidRPr="00106719" w:rsidRDefault="00EF472A" w:rsidP="0085799D">
            <w:pPr>
              <w:spacing w:after="20"/>
            </w:pPr>
          </w:p>
        </w:tc>
      </w:tr>
      <w:tr w:rsidR="00EF472A" w:rsidRPr="00106719" w14:paraId="230D6A0F" w14:textId="77777777" w:rsidTr="0085799D">
        <w:tc>
          <w:tcPr>
            <w:tcW w:w="1814" w:type="dxa"/>
          </w:tcPr>
          <w:p w14:paraId="0268E808" w14:textId="77777777" w:rsidR="00EF472A" w:rsidRPr="00106719" w:rsidRDefault="00EF472A" w:rsidP="0085799D">
            <w:pPr>
              <w:spacing w:after="20"/>
            </w:pPr>
          </w:p>
        </w:tc>
        <w:tc>
          <w:tcPr>
            <w:tcW w:w="2041" w:type="dxa"/>
          </w:tcPr>
          <w:p w14:paraId="0D9A1FC6" w14:textId="77777777" w:rsidR="00EF472A" w:rsidRPr="00106719" w:rsidRDefault="00EF472A" w:rsidP="0085799D">
            <w:pPr>
              <w:spacing w:after="20"/>
            </w:pPr>
          </w:p>
        </w:tc>
        <w:tc>
          <w:tcPr>
            <w:tcW w:w="3288" w:type="dxa"/>
          </w:tcPr>
          <w:p w14:paraId="6CC1B07E" w14:textId="77777777" w:rsidR="00EF472A" w:rsidRPr="00106719" w:rsidRDefault="00EF472A" w:rsidP="0085799D">
            <w:pPr>
              <w:spacing w:after="20"/>
            </w:pPr>
          </w:p>
        </w:tc>
        <w:tc>
          <w:tcPr>
            <w:tcW w:w="1020" w:type="dxa"/>
          </w:tcPr>
          <w:p w14:paraId="5D9CC024" w14:textId="77777777" w:rsidR="00EF472A" w:rsidRPr="00106719" w:rsidRDefault="00EF472A" w:rsidP="0085799D">
            <w:pPr>
              <w:spacing w:after="20"/>
            </w:pPr>
          </w:p>
        </w:tc>
        <w:tc>
          <w:tcPr>
            <w:tcW w:w="1587" w:type="dxa"/>
          </w:tcPr>
          <w:p w14:paraId="61841458" w14:textId="77777777" w:rsidR="00EF472A" w:rsidRPr="00106719" w:rsidRDefault="00EF472A" w:rsidP="0085799D">
            <w:pPr>
              <w:spacing w:after="20"/>
            </w:pPr>
          </w:p>
        </w:tc>
      </w:tr>
      <w:tr w:rsidR="00EF472A" w:rsidRPr="00106719" w14:paraId="0971CBB2" w14:textId="77777777" w:rsidTr="0085799D">
        <w:tc>
          <w:tcPr>
            <w:tcW w:w="1814" w:type="dxa"/>
          </w:tcPr>
          <w:p w14:paraId="54AA7F1D" w14:textId="77777777" w:rsidR="00EF472A" w:rsidRPr="00106719" w:rsidRDefault="00EF472A" w:rsidP="0085799D">
            <w:pPr>
              <w:spacing w:after="20"/>
            </w:pPr>
          </w:p>
        </w:tc>
        <w:tc>
          <w:tcPr>
            <w:tcW w:w="2041" w:type="dxa"/>
          </w:tcPr>
          <w:p w14:paraId="2BDB682F" w14:textId="77777777" w:rsidR="00EF472A" w:rsidRPr="00106719" w:rsidRDefault="00EF472A" w:rsidP="0085799D">
            <w:pPr>
              <w:spacing w:after="20"/>
            </w:pPr>
          </w:p>
        </w:tc>
        <w:tc>
          <w:tcPr>
            <w:tcW w:w="3288" w:type="dxa"/>
          </w:tcPr>
          <w:p w14:paraId="1B389517" w14:textId="77777777" w:rsidR="00EF472A" w:rsidRPr="00106719" w:rsidRDefault="00EF472A" w:rsidP="0085799D">
            <w:pPr>
              <w:spacing w:after="20"/>
            </w:pPr>
          </w:p>
        </w:tc>
        <w:tc>
          <w:tcPr>
            <w:tcW w:w="1020" w:type="dxa"/>
          </w:tcPr>
          <w:p w14:paraId="64BC47CE" w14:textId="77777777" w:rsidR="00EF472A" w:rsidRPr="00106719" w:rsidRDefault="00EF472A" w:rsidP="0085799D">
            <w:pPr>
              <w:spacing w:after="20"/>
            </w:pPr>
          </w:p>
        </w:tc>
        <w:tc>
          <w:tcPr>
            <w:tcW w:w="1587" w:type="dxa"/>
          </w:tcPr>
          <w:p w14:paraId="261B895F" w14:textId="77777777" w:rsidR="00EF472A" w:rsidRPr="00106719" w:rsidRDefault="00EF472A" w:rsidP="0085799D">
            <w:pPr>
              <w:spacing w:after="20"/>
            </w:pPr>
          </w:p>
        </w:tc>
      </w:tr>
      <w:tr w:rsidR="00EF472A" w:rsidRPr="00106719" w14:paraId="4BFBB3C1" w14:textId="77777777" w:rsidTr="0085799D">
        <w:tc>
          <w:tcPr>
            <w:tcW w:w="1814" w:type="dxa"/>
          </w:tcPr>
          <w:p w14:paraId="6DA01865" w14:textId="77777777" w:rsidR="00EF472A" w:rsidRPr="00106719" w:rsidRDefault="00EF472A" w:rsidP="0085799D">
            <w:pPr>
              <w:spacing w:after="20"/>
            </w:pPr>
          </w:p>
        </w:tc>
        <w:tc>
          <w:tcPr>
            <w:tcW w:w="2041" w:type="dxa"/>
          </w:tcPr>
          <w:p w14:paraId="31D4C564" w14:textId="77777777" w:rsidR="00EF472A" w:rsidRPr="00106719" w:rsidRDefault="00EF472A" w:rsidP="0085799D">
            <w:pPr>
              <w:spacing w:after="20"/>
            </w:pPr>
          </w:p>
        </w:tc>
        <w:tc>
          <w:tcPr>
            <w:tcW w:w="3288" w:type="dxa"/>
          </w:tcPr>
          <w:p w14:paraId="4AA559FB" w14:textId="77777777" w:rsidR="00EF472A" w:rsidRPr="00106719" w:rsidRDefault="00EF472A" w:rsidP="0085799D">
            <w:pPr>
              <w:spacing w:after="20"/>
            </w:pPr>
          </w:p>
        </w:tc>
        <w:tc>
          <w:tcPr>
            <w:tcW w:w="1020" w:type="dxa"/>
          </w:tcPr>
          <w:p w14:paraId="4479C50E" w14:textId="77777777" w:rsidR="00EF472A" w:rsidRPr="00106719" w:rsidRDefault="00EF472A" w:rsidP="0085799D">
            <w:pPr>
              <w:spacing w:after="20"/>
            </w:pPr>
          </w:p>
        </w:tc>
        <w:tc>
          <w:tcPr>
            <w:tcW w:w="1587" w:type="dxa"/>
          </w:tcPr>
          <w:p w14:paraId="0E897FE2" w14:textId="77777777" w:rsidR="00EF472A" w:rsidRPr="00106719" w:rsidRDefault="00EF472A" w:rsidP="0085799D">
            <w:pPr>
              <w:spacing w:after="20"/>
            </w:pPr>
          </w:p>
        </w:tc>
      </w:tr>
      <w:tr w:rsidR="00EF472A" w:rsidRPr="00106719" w14:paraId="111FA901" w14:textId="77777777" w:rsidTr="0085799D">
        <w:tc>
          <w:tcPr>
            <w:tcW w:w="1814" w:type="dxa"/>
          </w:tcPr>
          <w:p w14:paraId="122BC4DD" w14:textId="77777777" w:rsidR="00EF472A" w:rsidRPr="00106719" w:rsidRDefault="00EF472A" w:rsidP="0085799D">
            <w:pPr>
              <w:spacing w:after="20"/>
            </w:pPr>
          </w:p>
        </w:tc>
        <w:tc>
          <w:tcPr>
            <w:tcW w:w="2041" w:type="dxa"/>
          </w:tcPr>
          <w:p w14:paraId="342C0C48" w14:textId="77777777" w:rsidR="00EF472A" w:rsidRPr="00106719" w:rsidRDefault="00EF472A" w:rsidP="0085799D">
            <w:pPr>
              <w:spacing w:after="20"/>
            </w:pPr>
          </w:p>
        </w:tc>
        <w:tc>
          <w:tcPr>
            <w:tcW w:w="3288" w:type="dxa"/>
          </w:tcPr>
          <w:p w14:paraId="18DFF043" w14:textId="77777777" w:rsidR="00EF472A" w:rsidRPr="00106719" w:rsidRDefault="00EF472A" w:rsidP="0085799D">
            <w:pPr>
              <w:spacing w:after="20"/>
            </w:pPr>
          </w:p>
        </w:tc>
        <w:tc>
          <w:tcPr>
            <w:tcW w:w="1020" w:type="dxa"/>
          </w:tcPr>
          <w:p w14:paraId="62110677" w14:textId="77777777" w:rsidR="00EF472A" w:rsidRPr="00106719" w:rsidRDefault="00EF472A" w:rsidP="0085799D">
            <w:pPr>
              <w:spacing w:after="20"/>
            </w:pPr>
          </w:p>
        </w:tc>
        <w:tc>
          <w:tcPr>
            <w:tcW w:w="1587" w:type="dxa"/>
          </w:tcPr>
          <w:p w14:paraId="4231F20D" w14:textId="77777777" w:rsidR="00EF472A" w:rsidRPr="00106719" w:rsidRDefault="00EF472A" w:rsidP="0085799D">
            <w:pPr>
              <w:spacing w:after="20"/>
            </w:pPr>
          </w:p>
        </w:tc>
      </w:tr>
      <w:tr w:rsidR="00EF472A" w:rsidRPr="00106719" w14:paraId="2F65005A" w14:textId="77777777" w:rsidTr="0085799D">
        <w:tc>
          <w:tcPr>
            <w:tcW w:w="1814" w:type="dxa"/>
          </w:tcPr>
          <w:p w14:paraId="06A33B65" w14:textId="77777777" w:rsidR="00EF472A" w:rsidRPr="00106719" w:rsidRDefault="00EF472A" w:rsidP="0085799D">
            <w:pPr>
              <w:spacing w:after="20"/>
            </w:pPr>
          </w:p>
        </w:tc>
        <w:tc>
          <w:tcPr>
            <w:tcW w:w="2041" w:type="dxa"/>
          </w:tcPr>
          <w:p w14:paraId="3F2A55BA" w14:textId="77777777" w:rsidR="00EF472A" w:rsidRPr="00106719" w:rsidRDefault="00EF472A" w:rsidP="0085799D">
            <w:pPr>
              <w:spacing w:after="20"/>
            </w:pPr>
          </w:p>
        </w:tc>
        <w:tc>
          <w:tcPr>
            <w:tcW w:w="3288" w:type="dxa"/>
          </w:tcPr>
          <w:p w14:paraId="562797B6" w14:textId="77777777" w:rsidR="00EF472A" w:rsidRPr="00106719" w:rsidRDefault="00EF472A" w:rsidP="0085799D">
            <w:pPr>
              <w:spacing w:after="20"/>
            </w:pPr>
          </w:p>
        </w:tc>
        <w:tc>
          <w:tcPr>
            <w:tcW w:w="1020" w:type="dxa"/>
          </w:tcPr>
          <w:p w14:paraId="47F40479" w14:textId="77777777" w:rsidR="00EF472A" w:rsidRPr="00106719" w:rsidRDefault="00EF472A" w:rsidP="0085799D">
            <w:pPr>
              <w:spacing w:after="20"/>
            </w:pPr>
          </w:p>
        </w:tc>
        <w:tc>
          <w:tcPr>
            <w:tcW w:w="1587" w:type="dxa"/>
          </w:tcPr>
          <w:p w14:paraId="775C6A40" w14:textId="77777777" w:rsidR="00EF472A" w:rsidRPr="00106719" w:rsidRDefault="00EF472A" w:rsidP="0085799D">
            <w:pPr>
              <w:spacing w:after="20"/>
            </w:pPr>
          </w:p>
        </w:tc>
      </w:tr>
      <w:tr w:rsidR="00EF472A" w:rsidRPr="00106719" w14:paraId="0A7D50D6" w14:textId="77777777" w:rsidTr="0085799D">
        <w:tc>
          <w:tcPr>
            <w:tcW w:w="1814" w:type="dxa"/>
          </w:tcPr>
          <w:p w14:paraId="50CB5423" w14:textId="77777777" w:rsidR="00EF472A" w:rsidRPr="00106719" w:rsidRDefault="00EF472A" w:rsidP="0085799D">
            <w:pPr>
              <w:spacing w:after="20"/>
            </w:pPr>
          </w:p>
        </w:tc>
        <w:tc>
          <w:tcPr>
            <w:tcW w:w="2041" w:type="dxa"/>
          </w:tcPr>
          <w:p w14:paraId="23679B95" w14:textId="77777777" w:rsidR="00EF472A" w:rsidRPr="00106719" w:rsidRDefault="00EF472A" w:rsidP="0085799D">
            <w:pPr>
              <w:spacing w:after="20"/>
            </w:pPr>
          </w:p>
        </w:tc>
        <w:tc>
          <w:tcPr>
            <w:tcW w:w="3288" w:type="dxa"/>
          </w:tcPr>
          <w:p w14:paraId="58C866F0" w14:textId="77777777" w:rsidR="00EF472A" w:rsidRPr="00106719" w:rsidRDefault="00EF472A" w:rsidP="0085799D">
            <w:pPr>
              <w:spacing w:after="20"/>
            </w:pPr>
          </w:p>
        </w:tc>
        <w:tc>
          <w:tcPr>
            <w:tcW w:w="1020" w:type="dxa"/>
          </w:tcPr>
          <w:p w14:paraId="1B21EDCA" w14:textId="77777777" w:rsidR="00EF472A" w:rsidRPr="00106719" w:rsidRDefault="00EF472A" w:rsidP="0085799D">
            <w:pPr>
              <w:spacing w:after="20"/>
            </w:pPr>
          </w:p>
        </w:tc>
        <w:tc>
          <w:tcPr>
            <w:tcW w:w="1587" w:type="dxa"/>
          </w:tcPr>
          <w:p w14:paraId="7FAC27BC" w14:textId="77777777" w:rsidR="00EF472A" w:rsidRPr="00106719" w:rsidRDefault="00EF472A" w:rsidP="0085799D">
            <w:pPr>
              <w:spacing w:after="20"/>
            </w:pPr>
          </w:p>
        </w:tc>
      </w:tr>
      <w:tr w:rsidR="00EF472A" w:rsidRPr="00106719" w14:paraId="453E4BD0" w14:textId="77777777" w:rsidTr="0085799D">
        <w:tc>
          <w:tcPr>
            <w:tcW w:w="1814" w:type="dxa"/>
          </w:tcPr>
          <w:p w14:paraId="0492C6D6" w14:textId="77777777" w:rsidR="00EF472A" w:rsidRPr="00106719" w:rsidRDefault="00EF472A" w:rsidP="0085799D">
            <w:pPr>
              <w:spacing w:after="20"/>
            </w:pPr>
          </w:p>
        </w:tc>
        <w:tc>
          <w:tcPr>
            <w:tcW w:w="2041" w:type="dxa"/>
          </w:tcPr>
          <w:p w14:paraId="0DE2AFD9" w14:textId="77777777" w:rsidR="00EF472A" w:rsidRPr="00106719" w:rsidRDefault="00EF472A" w:rsidP="0085799D">
            <w:pPr>
              <w:spacing w:after="20"/>
            </w:pPr>
          </w:p>
        </w:tc>
        <w:tc>
          <w:tcPr>
            <w:tcW w:w="3288" w:type="dxa"/>
          </w:tcPr>
          <w:p w14:paraId="4C80E2D6" w14:textId="77777777" w:rsidR="00EF472A" w:rsidRPr="00106719" w:rsidRDefault="00EF472A" w:rsidP="0085799D">
            <w:pPr>
              <w:spacing w:after="20"/>
            </w:pPr>
          </w:p>
        </w:tc>
        <w:tc>
          <w:tcPr>
            <w:tcW w:w="1020" w:type="dxa"/>
          </w:tcPr>
          <w:p w14:paraId="078AFEC4" w14:textId="77777777" w:rsidR="00EF472A" w:rsidRPr="00106719" w:rsidRDefault="00EF472A" w:rsidP="0085799D">
            <w:pPr>
              <w:spacing w:after="20"/>
            </w:pPr>
          </w:p>
        </w:tc>
        <w:tc>
          <w:tcPr>
            <w:tcW w:w="1587" w:type="dxa"/>
          </w:tcPr>
          <w:p w14:paraId="7A5C6291" w14:textId="77777777" w:rsidR="00EF472A" w:rsidRPr="00106719" w:rsidRDefault="00EF472A" w:rsidP="0085799D">
            <w:pPr>
              <w:spacing w:after="20"/>
            </w:pPr>
          </w:p>
        </w:tc>
      </w:tr>
      <w:tr w:rsidR="00EF472A" w:rsidRPr="00106719" w14:paraId="1B33D1C7" w14:textId="77777777" w:rsidTr="0085799D">
        <w:tc>
          <w:tcPr>
            <w:tcW w:w="1814" w:type="dxa"/>
          </w:tcPr>
          <w:p w14:paraId="01EF3D36" w14:textId="77777777" w:rsidR="00EF472A" w:rsidRPr="00106719" w:rsidRDefault="00EF472A" w:rsidP="0085799D">
            <w:pPr>
              <w:spacing w:after="20"/>
            </w:pPr>
          </w:p>
        </w:tc>
        <w:tc>
          <w:tcPr>
            <w:tcW w:w="2041" w:type="dxa"/>
          </w:tcPr>
          <w:p w14:paraId="520C0181" w14:textId="77777777" w:rsidR="00EF472A" w:rsidRPr="00106719" w:rsidRDefault="00EF472A" w:rsidP="0085799D">
            <w:pPr>
              <w:spacing w:after="20"/>
            </w:pPr>
          </w:p>
        </w:tc>
        <w:tc>
          <w:tcPr>
            <w:tcW w:w="3288" w:type="dxa"/>
          </w:tcPr>
          <w:p w14:paraId="31A2973F" w14:textId="77777777" w:rsidR="00EF472A" w:rsidRPr="00106719" w:rsidRDefault="00EF472A" w:rsidP="0085799D">
            <w:pPr>
              <w:spacing w:after="20"/>
            </w:pPr>
          </w:p>
        </w:tc>
        <w:tc>
          <w:tcPr>
            <w:tcW w:w="1020" w:type="dxa"/>
          </w:tcPr>
          <w:p w14:paraId="45910D26" w14:textId="77777777" w:rsidR="00EF472A" w:rsidRPr="00106719" w:rsidRDefault="00EF472A" w:rsidP="0085799D">
            <w:pPr>
              <w:spacing w:after="20"/>
            </w:pPr>
          </w:p>
        </w:tc>
        <w:tc>
          <w:tcPr>
            <w:tcW w:w="1587" w:type="dxa"/>
          </w:tcPr>
          <w:p w14:paraId="68B24CA9" w14:textId="77777777" w:rsidR="00EF472A" w:rsidRPr="00106719" w:rsidRDefault="00EF472A" w:rsidP="0085799D">
            <w:pPr>
              <w:spacing w:after="20"/>
            </w:pPr>
          </w:p>
        </w:tc>
      </w:tr>
    </w:tbl>
    <w:p w14:paraId="2E0385BA" w14:textId="77777777" w:rsidR="00EF472A" w:rsidRPr="00106719" w:rsidRDefault="00EF472A" w:rsidP="00EF472A">
      <w:r w:rsidRPr="00106719">
        <w:br w:type="page"/>
      </w:r>
    </w:p>
    <w:p w14:paraId="582E0085" w14:textId="77777777" w:rsidR="00EF472A" w:rsidRPr="00106719" w:rsidRDefault="00EF472A" w:rsidP="00EF472A">
      <w:pPr>
        <w:pStyle w:val="Titolo2"/>
        <w:spacing w:before="280" w:after="120"/>
        <w:rPr>
          <w:color w:val="auto"/>
          <w:lang w:val="it-IT"/>
        </w:rPr>
      </w:pPr>
      <w:r w:rsidRPr="00106719">
        <w:rPr>
          <w:rFonts w:ascii="Book Antiqua" w:hAnsi="Book Antiqua"/>
          <w:color w:val="auto"/>
          <w:sz w:val="25"/>
          <w:lang w:val="it-IT"/>
        </w:rPr>
        <w:lastRenderedPageBreak/>
        <w:t>Allegato E – Format dell'</w:t>
      </w:r>
      <w:proofErr w:type="spellStart"/>
      <w:r w:rsidRPr="00106719">
        <w:rPr>
          <w:rFonts w:ascii="Book Antiqua" w:hAnsi="Book Antiqua"/>
          <w:color w:val="auto"/>
          <w:sz w:val="25"/>
          <w:lang w:val="it-IT"/>
        </w:rPr>
        <w:t>U.d.A</w:t>
      </w:r>
      <w:proofErr w:type="spellEnd"/>
      <w:r w:rsidRPr="00106719">
        <w:rPr>
          <w:rFonts w:ascii="Book Antiqua" w:hAnsi="Book Antiqua"/>
          <w:color w:val="auto"/>
          <w:sz w:val="25"/>
          <w:lang w:val="it-IT"/>
        </w:rPr>
        <w:t>. interdisciplinare per il compito di realtà</w:t>
      </w:r>
    </w:p>
    <w:p w14:paraId="77D6C0E2" w14:textId="77777777" w:rsidR="00EF472A" w:rsidRPr="00106719" w:rsidRDefault="00EF472A" w:rsidP="00EF472A">
      <w:pPr>
        <w:spacing w:after="120"/>
        <w:rPr>
          <w:lang w:val="it-IT"/>
        </w:rPr>
      </w:pPr>
      <w:r w:rsidRPr="00106719">
        <w:rPr>
          <w:i/>
          <w:sz w:val="18"/>
          <w:lang w:val="it-IT"/>
        </w:rPr>
        <w:t>Una sola scheda per classe e per anno scolastico, deliberata dal Consiglio di classe e allegata al relativo verbale.</w:t>
      </w:r>
    </w:p>
    <w:tbl>
      <w:tblPr>
        <w:tblStyle w:val="Grigliatabella"/>
        <w:tblW w:w="0" w:type="auto"/>
        <w:tblLayout w:type="fixed"/>
        <w:tblCellMar>
          <w:top w:w="70" w:type="dxa"/>
          <w:left w:w="80" w:type="dxa"/>
          <w:bottom w:w="70" w:type="dxa"/>
          <w:right w:w="80" w:type="dxa"/>
        </w:tblCellMar>
        <w:tblLook w:val="04A0" w:firstRow="1" w:lastRow="0" w:firstColumn="1" w:lastColumn="0" w:noHBand="0" w:noVBand="1"/>
      </w:tblPr>
      <w:tblGrid>
        <w:gridCol w:w="2948"/>
        <w:gridCol w:w="6803"/>
      </w:tblGrid>
      <w:tr w:rsidR="00EF472A" w:rsidRPr="00106719" w14:paraId="12CEE096" w14:textId="77777777" w:rsidTr="0085799D">
        <w:tc>
          <w:tcPr>
            <w:tcW w:w="2948" w:type="dxa"/>
            <w:shd w:val="clear" w:color="auto" w:fill="EDF0F5"/>
          </w:tcPr>
          <w:p w14:paraId="04B2A4C0" w14:textId="77777777" w:rsidR="00EF472A" w:rsidRPr="00106719" w:rsidRDefault="00EF472A" w:rsidP="0085799D">
            <w:pPr>
              <w:spacing w:after="20"/>
              <w:rPr>
                <w:lang w:val="it-IT"/>
              </w:rPr>
            </w:pPr>
            <w:r w:rsidRPr="00106719">
              <w:rPr>
                <w:b/>
                <w:sz w:val="18"/>
                <w:lang w:val="it-IT"/>
              </w:rPr>
              <w:t>Titolo del compito di realtà</w:t>
            </w:r>
          </w:p>
        </w:tc>
        <w:tc>
          <w:tcPr>
            <w:tcW w:w="6803" w:type="dxa"/>
          </w:tcPr>
          <w:p w14:paraId="54671CF6" w14:textId="77777777" w:rsidR="00EF472A" w:rsidRPr="00106719" w:rsidRDefault="00EF472A" w:rsidP="0085799D">
            <w:pPr>
              <w:spacing w:after="20"/>
              <w:rPr>
                <w:lang w:val="it-IT"/>
              </w:rPr>
            </w:pPr>
          </w:p>
        </w:tc>
      </w:tr>
      <w:tr w:rsidR="00EF472A" w:rsidRPr="00106719" w14:paraId="22F91C8A" w14:textId="77777777" w:rsidTr="0085799D">
        <w:tc>
          <w:tcPr>
            <w:tcW w:w="2948" w:type="dxa"/>
            <w:shd w:val="clear" w:color="auto" w:fill="EDF0F5"/>
          </w:tcPr>
          <w:p w14:paraId="258A9E74" w14:textId="77777777" w:rsidR="00EF472A" w:rsidRPr="00106719" w:rsidRDefault="00EF472A" w:rsidP="0085799D">
            <w:pPr>
              <w:spacing w:after="20"/>
            </w:pPr>
            <w:r w:rsidRPr="00106719">
              <w:rPr>
                <w:b/>
                <w:sz w:val="18"/>
              </w:rPr>
              <w:t xml:space="preserve">Classe, </w:t>
            </w:r>
            <w:proofErr w:type="spellStart"/>
            <w:r w:rsidRPr="00106719">
              <w:rPr>
                <w:b/>
                <w:sz w:val="18"/>
              </w:rPr>
              <w:t>sezione</w:t>
            </w:r>
            <w:proofErr w:type="spellEnd"/>
            <w:r w:rsidRPr="00106719">
              <w:rPr>
                <w:b/>
                <w:sz w:val="18"/>
              </w:rPr>
              <w:t xml:space="preserve"> e </w:t>
            </w:r>
            <w:proofErr w:type="spellStart"/>
            <w:r w:rsidRPr="00106719">
              <w:rPr>
                <w:b/>
                <w:sz w:val="18"/>
              </w:rPr>
              <w:t>indirizzo</w:t>
            </w:r>
            <w:proofErr w:type="spellEnd"/>
          </w:p>
        </w:tc>
        <w:tc>
          <w:tcPr>
            <w:tcW w:w="6803" w:type="dxa"/>
          </w:tcPr>
          <w:p w14:paraId="51ED9850" w14:textId="77777777" w:rsidR="00EF472A" w:rsidRPr="00106719" w:rsidRDefault="00EF472A" w:rsidP="0085799D">
            <w:pPr>
              <w:spacing w:after="20"/>
            </w:pPr>
          </w:p>
        </w:tc>
      </w:tr>
      <w:tr w:rsidR="00EF472A" w:rsidRPr="00106719" w14:paraId="0D550305" w14:textId="77777777" w:rsidTr="0085799D">
        <w:tc>
          <w:tcPr>
            <w:tcW w:w="2948" w:type="dxa"/>
            <w:shd w:val="clear" w:color="auto" w:fill="EDF0F5"/>
          </w:tcPr>
          <w:p w14:paraId="49C8AE0D" w14:textId="77777777" w:rsidR="00EF472A" w:rsidRPr="00106719" w:rsidRDefault="00EF472A" w:rsidP="0085799D">
            <w:pPr>
              <w:spacing w:after="20"/>
            </w:pPr>
            <w:r w:rsidRPr="00106719">
              <w:rPr>
                <w:b/>
                <w:sz w:val="18"/>
              </w:rPr>
              <w:t>Consiglio di classe del</w:t>
            </w:r>
          </w:p>
        </w:tc>
        <w:tc>
          <w:tcPr>
            <w:tcW w:w="6803" w:type="dxa"/>
          </w:tcPr>
          <w:p w14:paraId="32CA1359" w14:textId="77777777" w:rsidR="00EF472A" w:rsidRPr="00106719" w:rsidRDefault="00EF472A" w:rsidP="0085799D">
            <w:pPr>
              <w:spacing w:after="20"/>
            </w:pPr>
            <w:r w:rsidRPr="00106719">
              <w:rPr>
                <w:i/>
                <w:sz w:val="17"/>
              </w:rPr>
              <w:t>verbale n. ______ del ____/____/______</w:t>
            </w:r>
          </w:p>
        </w:tc>
      </w:tr>
      <w:tr w:rsidR="00EF472A" w:rsidRPr="00106719" w14:paraId="4504C8EA" w14:textId="77777777" w:rsidTr="0085799D">
        <w:tc>
          <w:tcPr>
            <w:tcW w:w="2948" w:type="dxa"/>
            <w:shd w:val="clear" w:color="auto" w:fill="EDF0F5"/>
          </w:tcPr>
          <w:p w14:paraId="11618773" w14:textId="77777777" w:rsidR="00EF472A" w:rsidRPr="00106719" w:rsidRDefault="00EF472A" w:rsidP="0085799D">
            <w:pPr>
              <w:spacing w:after="20"/>
            </w:pPr>
            <w:r w:rsidRPr="00106719">
              <w:rPr>
                <w:b/>
                <w:sz w:val="18"/>
              </w:rPr>
              <w:t xml:space="preserve">Docente </w:t>
            </w:r>
            <w:proofErr w:type="spellStart"/>
            <w:r w:rsidRPr="00106719">
              <w:rPr>
                <w:b/>
                <w:sz w:val="18"/>
              </w:rPr>
              <w:t>referente</w:t>
            </w:r>
            <w:proofErr w:type="spellEnd"/>
          </w:p>
        </w:tc>
        <w:tc>
          <w:tcPr>
            <w:tcW w:w="6803" w:type="dxa"/>
          </w:tcPr>
          <w:p w14:paraId="6595F5D5" w14:textId="77777777" w:rsidR="00EF472A" w:rsidRPr="00106719" w:rsidRDefault="00EF472A" w:rsidP="0085799D">
            <w:pPr>
              <w:spacing w:after="20"/>
            </w:pPr>
          </w:p>
        </w:tc>
      </w:tr>
      <w:tr w:rsidR="00EF472A" w:rsidRPr="00106719" w14:paraId="610421FE" w14:textId="77777777" w:rsidTr="0085799D">
        <w:tc>
          <w:tcPr>
            <w:tcW w:w="2948" w:type="dxa"/>
            <w:shd w:val="clear" w:color="auto" w:fill="EDF0F5"/>
          </w:tcPr>
          <w:p w14:paraId="639C9F5C" w14:textId="77777777" w:rsidR="00EF472A" w:rsidRPr="00106719" w:rsidRDefault="00EF472A" w:rsidP="0085799D">
            <w:pPr>
              <w:spacing w:after="20"/>
            </w:pPr>
            <w:proofErr w:type="spellStart"/>
            <w:r w:rsidRPr="00106719">
              <w:rPr>
                <w:b/>
                <w:sz w:val="18"/>
              </w:rPr>
              <w:t>Situazione-problema</w:t>
            </w:r>
            <w:proofErr w:type="spellEnd"/>
          </w:p>
        </w:tc>
        <w:tc>
          <w:tcPr>
            <w:tcW w:w="6803" w:type="dxa"/>
          </w:tcPr>
          <w:p w14:paraId="0A9A6AE9" w14:textId="77777777" w:rsidR="00EF472A" w:rsidRPr="00106719" w:rsidRDefault="00EF472A" w:rsidP="0085799D">
            <w:pPr>
              <w:spacing w:after="20"/>
              <w:rPr>
                <w:lang w:val="it-IT"/>
              </w:rPr>
            </w:pPr>
            <w:r w:rsidRPr="00106719">
              <w:rPr>
                <w:i/>
                <w:sz w:val="17"/>
                <w:lang w:val="it-IT"/>
              </w:rPr>
              <w:t>Descrivere il problema reale posto agli studenti, evitando la formulazione scolastica: che cosa non funziona, che cosa manca, che cosa qualcuno ha effettivamente bisogno di ottenere.</w:t>
            </w:r>
          </w:p>
        </w:tc>
      </w:tr>
      <w:tr w:rsidR="00EF472A" w:rsidRPr="00106719" w14:paraId="345AE96D" w14:textId="77777777" w:rsidTr="0085799D">
        <w:tc>
          <w:tcPr>
            <w:tcW w:w="2948" w:type="dxa"/>
            <w:shd w:val="clear" w:color="auto" w:fill="EDF0F5"/>
          </w:tcPr>
          <w:p w14:paraId="7698F3B3" w14:textId="77777777" w:rsidR="00EF472A" w:rsidRPr="00106719" w:rsidRDefault="00EF472A" w:rsidP="0085799D">
            <w:pPr>
              <w:spacing w:after="20"/>
            </w:pPr>
            <w:proofErr w:type="spellStart"/>
            <w:r w:rsidRPr="00106719">
              <w:rPr>
                <w:b/>
                <w:sz w:val="18"/>
              </w:rPr>
              <w:t>Committente</w:t>
            </w:r>
            <w:proofErr w:type="spellEnd"/>
            <w:r w:rsidRPr="00106719">
              <w:rPr>
                <w:b/>
                <w:sz w:val="18"/>
              </w:rPr>
              <w:t xml:space="preserve"> o </w:t>
            </w:r>
            <w:proofErr w:type="spellStart"/>
            <w:r w:rsidRPr="00106719">
              <w:rPr>
                <w:b/>
                <w:sz w:val="18"/>
              </w:rPr>
              <w:t>destinatario</w:t>
            </w:r>
            <w:proofErr w:type="spellEnd"/>
            <w:r w:rsidRPr="00106719">
              <w:rPr>
                <w:b/>
                <w:sz w:val="18"/>
              </w:rPr>
              <w:t xml:space="preserve"> </w:t>
            </w:r>
            <w:proofErr w:type="spellStart"/>
            <w:r w:rsidRPr="00106719">
              <w:rPr>
                <w:b/>
                <w:sz w:val="18"/>
              </w:rPr>
              <w:t>reale</w:t>
            </w:r>
            <w:proofErr w:type="spellEnd"/>
          </w:p>
        </w:tc>
        <w:tc>
          <w:tcPr>
            <w:tcW w:w="6803" w:type="dxa"/>
          </w:tcPr>
          <w:p w14:paraId="64C9FF7A" w14:textId="77777777" w:rsidR="00EF472A" w:rsidRPr="00106719" w:rsidRDefault="00EF472A" w:rsidP="0085799D">
            <w:pPr>
              <w:spacing w:after="20"/>
              <w:rPr>
                <w:lang w:val="it-IT"/>
              </w:rPr>
            </w:pPr>
            <w:r w:rsidRPr="00106719">
              <w:rPr>
                <w:i/>
                <w:sz w:val="17"/>
                <w:lang w:val="it-IT"/>
              </w:rPr>
              <w:t>Ente, associazione, comunità o pubblico a cui il prodotto è destinato.</w:t>
            </w:r>
          </w:p>
        </w:tc>
      </w:tr>
      <w:tr w:rsidR="00EF472A" w:rsidRPr="00106719" w14:paraId="6F0DBF8A" w14:textId="77777777" w:rsidTr="0085799D">
        <w:tc>
          <w:tcPr>
            <w:tcW w:w="2948" w:type="dxa"/>
            <w:shd w:val="clear" w:color="auto" w:fill="EDF0F5"/>
          </w:tcPr>
          <w:p w14:paraId="1EB9C8FA" w14:textId="77777777" w:rsidR="00EF472A" w:rsidRPr="00106719" w:rsidRDefault="00EF472A" w:rsidP="0085799D">
            <w:pPr>
              <w:spacing w:after="20"/>
            </w:pPr>
            <w:proofErr w:type="spellStart"/>
            <w:r w:rsidRPr="00106719">
              <w:rPr>
                <w:b/>
                <w:sz w:val="18"/>
              </w:rPr>
              <w:t>Prodotto</w:t>
            </w:r>
            <w:proofErr w:type="spellEnd"/>
            <w:r w:rsidRPr="00106719">
              <w:rPr>
                <w:b/>
                <w:sz w:val="18"/>
              </w:rPr>
              <w:t xml:space="preserve"> </w:t>
            </w:r>
            <w:proofErr w:type="spellStart"/>
            <w:r w:rsidRPr="00106719">
              <w:rPr>
                <w:b/>
                <w:sz w:val="18"/>
              </w:rPr>
              <w:t>atteso</w:t>
            </w:r>
            <w:proofErr w:type="spellEnd"/>
          </w:p>
        </w:tc>
        <w:tc>
          <w:tcPr>
            <w:tcW w:w="6803" w:type="dxa"/>
          </w:tcPr>
          <w:p w14:paraId="585FD225" w14:textId="77777777" w:rsidR="00EF472A" w:rsidRPr="00106719" w:rsidRDefault="00EF472A" w:rsidP="0085799D">
            <w:pPr>
              <w:spacing w:after="20"/>
              <w:rPr>
                <w:lang w:val="it-IT"/>
              </w:rPr>
            </w:pPr>
            <w:r w:rsidRPr="00106719">
              <w:rPr>
                <w:i/>
                <w:sz w:val="17"/>
                <w:lang w:val="it-IT"/>
              </w:rPr>
              <w:t>Descrizione del prodotto, dei suoi requisiti e dei vincoli (formato, tempi, risorse, autorizzazioni).</w:t>
            </w:r>
          </w:p>
        </w:tc>
      </w:tr>
      <w:tr w:rsidR="00EF472A" w:rsidRPr="00106719" w14:paraId="566CC3F4" w14:textId="77777777" w:rsidTr="0085799D">
        <w:tc>
          <w:tcPr>
            <w:tcW w:w="2948" w:type="dxa"/>
            <w:shd w:val="clear" w:color="auto" w:fill="EDF0F5"/>
          </w:tcPr>
          <w:p w14:paraId="7D79F2C3" w14:textId="77777777" w:rsidR="00EF472A" w:rsidRPr="00106719" w:rsidRDefault="00EF472A" w:rsidP="0085799D">
            <w:pPr>
              <w:spacing w:after="20"/>
            </w:pPr>
            <w:r w:rsidRPr="00106719">
              <w:rPr>
                <w:b/>
                <w:sz w:val="18"/>
              </w:rPr>
              <w:t xml:space="preserve">Competenze </w:t>
            </w:r>
            <w:proofErr w:type="spellStart"/>
            <w:r w:rsidRPr="00106719">
              <w:rPr>
                <w:b/>
                <w:sz w:val="18"/>
              </w:rPr>
              <w:t>chiave</w:t>
            </w:r>
            <w:proofErr w:type="spellEnd"/>
            <w:r w:rsidRPr="00106719">
              <w:rPr>
                <w:b/>
                <w:sz w:val="18"/>
              </w:rPr>
              <w:t xml:space="preserve"> </w:t>
            </w:r>
            <w:proofErr w:type="spellStart"/>
            <w:r w:rsidRPr="00106719">
              <w:rPr>
                <w:b/>
                <w:sz w:val="18"/>
              </w:rPr>
              <w:t>mobilitate</w:t>
            </w:r>
            <w:proofErr w:type="spellEnd"/>
          </w:p>
        </w:tc>
        <w:tc>
          <w:tcPr>
            <w:tcW w:w="6803" w:type="dxa"/>
          </w:tcPr>
          <w:p w14:paraId="4A6316C1" w14:textId="77777777" w:rsidR="00EF472A" w:rsidRPr="00106719" w:rsidRDefault="00EF472A" w:rsidP="0085799D">
            <w:pPr>
              <w:spacing w:after="20"/>
            </w:pPr>
          </w:p>
        </w:tc>
      </w:tr>
      <w:tr w:rsidR="00EF472A" w:rsidRPr="00106719" w14:paraId="717FAF5D" w14:textId="77777777" w:rsidTr="0085799D">
        <w:tc>
          <w:tcPr>
            <w:tcW w:w="2948" w:type="dxa"/>
            <w:shd w:val="clear" w:color="auto" w:fill="EDF0F5"/>
          </w:tcPr>
          <w:p w14:paraId="25A63950" w14:textId="77777777" w:rsidR="00EF472A" w:rsidRPr="00106719" w:rsidRDefault="00EF472A" w:rsidP="0085799D">
            <w:pPr>
              <w:spacing w:after="20"/>
              <w:rPr>
                <w:lang w:val="it-IT"/>
              </w:rPr>
            </w:pPr>
            <w:r w:rsidRPr="00106719">
              <w:rPr>
                <w:b/>
                <w:sz w:val="18"/>
                <w:lang w:val="it-IT"/>
              </w:rPr>
              <w:t>Discipline concorrenti e ore cedute</w:t>
            </w:r>
          </w:p>
        </w:tc>
        <w:tc>
          <w:tcPr>
            <w:tcW w:w="6803" w:type="dxa"/>
          </w:tcPr>
          <w:p w14:paraId="74F18B73" w14:textId="77777777" w:rsidR="00EF472A" w:rsidRPr="00106719" w:rsidRDefault="00EF472A" w:rsidP="0085799D">
            <w:pPr>
              <w:spacing w:after="20"/>
              <w:rPr>
                <w:lang w:val="it-IT"/>
              </w:rPr>
            </w:pPr>
            <w:r w:rsidRPr="00106719">
              <w:rPr>
                <w:i/>
                <w:sz w:val="17"/>
                <w:lang w:val="it-IT"/>
              </w:rPr>
              <w:t>Elencare ciascuna disciplina con il numero di ore sottratte al proprio monte ore ordinario.</w:t>
            </w:r>
          </w:p>
        </w:tc>
      </w:tr>
      <w:tr w:rsidR="00EF472A" w:rsidRPr="00106719" w14:paraId="396F4AF2" w14:textId="77777777" w:rsidTr="0085799D">
        <w:tc>
          <w:tcPr>
            <w:tcW w:w="2948" w:type="dxa"/>
            <w:shd w:val="clear" w:color="auto" w:fill="EDF0F5"/>
          </w:tcPr>
          <w:p w14:paraId="4A7774E7" w14:textId="77777777" w:rsidR="00EF472A" w:rsidRPr="00106719" w:rsidRDefault="00EF472A" w:rsidP="0085799D">
            <w:pPr>
              <w:spacing w:after="20"/>
              <w:rPr>
                <w:lang w:val="it-IT"/>
              </w:rPr>
            </w:pPr>
            <w:r w:rsidRPr="00106719">
              <w:rPr>
                <w:b/>
                <w:sz w:val="18"/>
                <w:lang w:val="it-IT"/>
              </w:rPr>
              <w:t>Ore di formazione scuola-lavoro imputate</w:t>
            </w:r>
          </w:p>
        </w:tc>
        <w:tc>
          <w:tcPr>
            <w:tcW w:w="6803" w:type="dxa"/>
          </w:tcPr>
          <w:p w14:paraId="63CC8DF8" w14:textId="77777777" w:rsidR="00EF472A" w:rsidRPr="00106719" w:rsidRDefault="00EF472A" w:rsidP="0085799D">
            <w:pPr>
              <w:spacing w:after="20"/>
              <w:rPr>
                <w:lang w:val="it-IT"/>
              </w:rPr>
            </w:pPr>
            <w:r w:rsidRPr="00106719">
              <w:rPr>
                <w:i/>
                <w:sz w:val="17"/>
                <w:lang w:val="it-IT"/>
              </w:rPr>
              <w:t>Totale ore ______, di cui in orario curricolare ______ (max 70% del monte ore individuale).</w:t>
            </w:r>
          </w:p>
        </w:tc>
      </w:tr>
      <w:tr w:rsidR="00EF472A" w:rsidRPr="00106719" w14:paraId="32AFBA30" w14:textId="77777777" w:rsidTr="0085799D">
        <w:tc>
          <w:tcPr>
            <w:tcW w:w="2948" w:type="dxa"/>
            <w:shd w:val="clear" w:color="auto" w:fill="EDF0F5"/>
          </w:tcPr>
          <w:p w14:paraId="7D9AF64F" w14:textId="77777777" w:rsidR="00EF472A" w:rsidRPr="00106719" w:rsidRDefault="00EF472A" w:rsidP="0085799D">
            <w:pPr>
              <w:spacing w:after="20"/>
            </w:pPr>
            <w:r w:rsidRPr="00106719">
              <w:rPr>
                <w:b/>
                <w:sz w:val="18"/>
              </w:rPr>
              <w:t xml:space="preserve">Fasi e </w:t>
            </w:r>
            <w:proofErr w:type="spellStart"/>
            <w:r w:rsidRPr="00106719">
              <w:rPr>
                <w:b/>
                <w:sz w:val="18"/>
              </w:rPr>
              <w:t>cronoprogramma</w:t>
            </w:r>
            <w:proofErr w:type="spellEnd"/>
          </w:p>
        </w:tc>
        <w:tc>
          <w:tcPr>
            <w:tcW w:w="6803" w:type="dxa"/>
          </w:tcPr>
          <w:p w14:paraId="3CE83115" w14:textId="77777777" w:rsidR="00EF472A" w:rsidRPr="00106719" w:rsidRDefault="00EF472A" w:rsidP="0085799D">
            <w:pPr>
              <w:spacing w:after="20"/>
            </w:pPr>
          </w:p>
        </w:tc>
      </w:tr>
      <w:tr w:rsidR="00EF472A" w:rsidRPr="00106719" w14:paraId="2D858878" w14:textId="77777777" w:rsidTr="0085799D">
        <w:tc>
          <w:tcPr>
            <w:tcW w:w="2948" w:type="dxa"/>
            <w:shd w:val="clear" w:color="auto" w:fill="EDF0F5"/>
          </w:tcPr>
          <w:p w14:paraId="1A8688D3" w14:textId="77777777" w:rsidR="00EF472A" w:rsidRPr="00106719" w:rsidRDefault="00EF472A" w:rsidP="0085799D">
            <w:pPr>
              <w:spacing w:after="20"/>
              <w:rPr>
                <w:lang w:val="it-IT"/>
              </w:rPr>
            </w:pPr>
            <w:r w:rsidRPr="00106719">
              <w:rPr>
                <w:b/>
                <w:sz w:val="18"/>
                <w:lang w:val="it-IT"/>
              </w:rPr>
              <w:t>Ruoli e organizzazione dei gruppi</w:t>
            </w:r>
          </w:p>
        </w:tc>
        <w:tc>
          <w:tcPr>
            <w:tcW w:w="6803" w:type="dxa"/>
          </w:tcPr>
          <w:p w14:paraId="363BC1C6" w14:textId="77777777" w:rsidR="00EF472A" w:rsidRPr="00106719" w:rsidRDefault="00EF472A" w:rsidP="0085799D">
            <w:pPr>
              <w:spacing w:after="20"/>
              <w:rPr>
                <w:lang w:val="it-IT"/>
              </w:rPr>
            </w:pPr>
          </w:p>
        </w:tc>
      </w:tr>
      <w:tr w:rsidR="00EF472A" w:rsidRPr="00106719" w14:paraId="7FB05A6C" w14:textId="77777777" w:rsidTr="0085799D">
        <w:tc>
          <w:tcPr>
            <w:tcW w:w="2948" w:type="dxa"/>
            <w:shd w:val="clear" w:color="auto" w:fill="EDF0F5"/>
          </w:tcPr>
          <w:p w14:paraId="76D13EA1" w14:textId="77777777" w:rsidR="00EF472A" w:rsidRPr="00106719" w:rsidRDefault="00EF472A" w:rsidP="0085799D">
            <w:pPr>
              <w:spacing w:after="20"/>
              <w:rPr>
                <w:lang w:val="it-IT"/>
              </w:rPr>
            </w:pPr>
            <w:r w:rsidRPr="00106719">
              <w:rPr>
                <w:b/>
                <w:sz w:val="18"/>
                <w:lang w:val="it-IT"/>
              </w:rPr>
              <w:t>Risorse, strumenti e vincoli di sicurezza</w:t>
            </w:r>
          </w:p>
        </w:tc>
        <w:tc>
          <w:tcPr>
            <w:tcW w:w="6803" w:type="dxa"/>
          </w:tcPr>
          <w:p w14:paraId="545C9AED" w14:textId="77777777" w:rsidR="00EF472A" w:rsidRPr="00106719" w:rsidRDefault="00EF472A" w:rsidP="0085799D">
            <w:pPr>
              <w:spacing w:after="20"/>
              <w:rPr>
                <w:lang w:val="it-IT"/>
              </w:rPr>
            </w:pPr>
          </w:p>
        </w:tc>
      </w:tr>
      <w:tr w:rsidR="00EF472A" w:rsidRPr="00106719" w14:paraId="03A3E76C" w14:textId="77777777" w:rsidTr="0085799D">
        <w:tc>
          <w:tcPr>
            <w:tcW w:w="2948" w:type="dxa"/>
            <w:shd w:val="clear" w:color="auto" w:fill="EDF0F5"/>
          </w:tcPr>
          <w:p w14:paraId="2B89E9C1" w14:textId="77777777" w:rsidR="00EF472A" w:rsidRPr="00106719" w:rsidRDefault="00EF472A" w:rsidP="0085799D">
            <w:pPr>
              <w:spacing w:after="20"/>
            </w:pPr>
            <w:r w:rsidRPr="00106719">
              <w:rPr>
                <w:b/>
                <w:sz w:val="18"/>
              </w:rPr>
              <w:t xml:space="preserve">Valutazione del </w:t>
            </w:r>
            <w:proofErr w:type="spellStart"/>
            <w:r w:rsidRPr="00106719">
              <w:rPr>
                <w:b/>
                <w:sz w:val="18"/>
              </w:rPr>
              <w:t>prodotto</w:t>
            </w:r>
            <w:proofErr w:type="spellEnd"/>
          </w:p>
        </w:tc>
        <w:tc>
          <w:tcPr>
            <w:tcW w:w="6803" w:type="dxa"/>
          </w:tcPr>
          <w:p w14:paraId="64D96927" w14:textId="77777777" w:rsidR="00EF472A" w:rsidRPr="00106719" w:rsidRDefault="00EF472A" w:rsidP="0085799D">
            <w:pPr>
              <w:spacing w:after="20"/>
              <w:rPr>
                <w:lang w:val="it-IT"/>
              </w:rPr>
            </w:pPr>
            <w:r w:rsidRPr="00106719">
              <w:rPr>
                <w:i/>
                <w:sz w:val="17"/>
                <w:lang w:val="it-IT"/>
              </w:rPr>
              <w:t>Rubrica di prodotto allegata, condivisa con gli studenti prima dell'avvio.</w:t>
            </w:r>
          </w:p>
        </w:tc>
      </w:tr>
      <w:tr w:rsidR="00EF472A" w:rsidRPr="00106719" w14:paraId="09489B0C" w14:textId="77777777" w:rsidTr="0085799D">
        <w:tc>
          <w:tcPr>
            <w:tcW w:w="2948" w:type="dxa"/>
            <w:shd w:val="clear" w:color="auto" w:fill="EDF0F5"/>
          </w:tcPr>
          <w:p w14:paraId="41F1BD14" w14:textId="77777777" w:rsidR="00EF472A" w:rsidRPr="00106719" w:rsidRDefault="00EF472A" w:rsidP="0085799D">
            <w:pPr>
              <w:spacing w:after="20"/>
            </w:pPr>
            <w:r w:rsidRPr="00106719">
              <w:rPr>
                <w:b/>
                <w:sz w:val="18"/>
              </w:rPr>
              <w:t xml:space="preserve">Valutazione del </w:t>
            </w:r>
            <w:proofErr w:type="spellStart"/>
            <w:r w:rsidRPr="00106719">
              <w:rPr>
                <w:b/>
                <w:sz w:val="18"/>
              </w:rPr>
              <w:t>processo</w:t>
            </w:r>
            <w:proofErr w:type="spellEnd"/>
          </w:p>
        </w:tc>
        <w:tc>
          <w:tcPr>
            <w:tcW w:w="6803" w:type="dxa"/>
          </w:tcPr>
          <w:p w14:paraId="71EF6D7F" w14:textId="77777777" w:rsidR="00EF472A" w:rsidRPr="00106719" w:rsidRDefault="00EF472A" w:rsidP="0085799D">
            <w:pPr>
              <w:spacing w:after="20"/>
              <w:rPr>
                <w:lang w:val="it-IT"/>
              </w:rPr>
            </w:pPr>
            <w:r w:rsidRPr="00106719">
              <w:rPr>
                <w:i/>
                <w:sz w:val="17"/>
                <w:lang w:val="it-IT"/>
              </w:rPr>
              <w:t>Osservazione sistematica su griglia; diario di bordo individuale o di gruppo.</w:t>
            </w:r>
          </w:p>
        </w:tc>
      </w:tr>
      <w:tr w:rsidR="00EF472A" w:rsidRPr="00106719" w14:paraId="2A957329" w14:textId="77777777" w:rsidTr="0085799D">
        <w:tc>
          <w:tcPr>
            <w:tcW w:w="2948" w:type="dxa"/>
            <w:shd w:val="clear" w:color="auto" w:fill="EDF0F5"/>
          </w:tcPr>
          <w:p w14:paraId="4170E337" w14:textId="77777777" w:rsidR="00EF472A" w:rsidRPr="00106719" w:rsidRDefault="00EF472A" w:rsidP="0085799D">
            <w:pPr>
              <w:spacing w:after="20"/>
            </w:pPr>
            <w:r w:rsidRPr="00106719">
              <w:rPr>
                <w:b/>
                <w:sz w:val="18"/>
              </w:rPr>
              <w:t xml:space="preserve">Valutazione della </w:t>
            </w:r>
            <w:proofErr w:type="spellStart"/>
            <w:r w:rsidRPr="00106719">
              <w:rPr>
                <w:b/>
                <w:sz w:val="18"/>
              </w:rPr>
              <w:t>consapevolezza</w:t>
            </w:r>
            <w:proofErr w:type="spellEnd"/>
          </w:p>
        </w:tc>
        <w:tc>
          <w:tcPr>
            <w:tcW w:w="6803" w:type="dxa"/>
          </w:tcPr>
          <w:p w14:paraId="22C9963D" w14:textId="77777777" w:rsidR="00EF472A" w:rsidRPr="00106719" w:rsidRDefault="00EF472A" w:rsidP="0085799D">
            <w:pPr>
              <w:spacing w:after="20"/>
            </w:pPr>
            <w:proofErr w:type="spellStart"/>
            <w:r w:rsidRPr="00106719">
              <w:rPr>
                <w:i/>
                <w:sz w:val="17"/>
              </w:rPr>
              <w:t>Relazione</w:t>
            </w:r>
            <w:proofErr w:type="spellEnd"/>
            <w:r w:rsidRPr="00106719">
              <w:rPr>
                <w:i/>
                <w:sz w:val="17"/>
              </w:rPr>
              <w:t xml:space="preserve"> </w:t>
            </w:r>
            <w:proofErr w:type="spellStart"/>
            <w:r w:rsidRPr="00106719">
              <w:rPr>
                <w:i/>
                <w:sz w:val="17"/>
              </w:rPr>
              <w:t>riflessiva</w:t>
            </w:r>
            <w:proofErr w:type="spellEnd"/>
            <w:r w:rsidRPr="00106719">
              <w:rPr>
                <w:i/>
                <w:sz w:val="17"/>
              </w:rPr>
              <w:t xml:space="preserve"> individuale.</w:t>
            </w:r>
          </w:p>
        </w:tc>
      </w:tr>
      <w:tr w:rsidR="00EF472A" w:rsidRPr="00106719" w14:paraId="22CBAFAD" w14:textId="77777777" w:rsidTr="0085799D">
        <w:tc>
          <w:tcPr>
            <w:tcW w:w="2948" w:type="dxa"/>
            <w:shd w:val="clear" w:color="auto" w:fill="EDF0F5"/>
          </w:tcPr>
          <w:p w14:paraId="426FACEF" w14:textId="77777777" w:rsidR="00EF472A" w:rsidRPr="00106719" w:rsidRDefault="00EF472A" w:rsidP="0085799D">
            <w:pPr>
              <w:spacing w:after="20"/>
            </w:pPr>
            <w:proofErr w:type="spellStart"/>
            <w:r w:rsidRPr="00106719">
              <w:rPr>
                <w:b/>
                <w:sz w:val="18"/>
              </w:rPr>
              <w:t>Ricadute</w:t>
            </w:r>
            <w:proofErr w:type="spellEnd"/>
            <w:r w:rsidRPr="00106719">
              <w:rPr>
                <w:b/>
                <w:sz w:val="18"/>
              </w:rPr>
              <w:t xml:space="preserve"> </w:t>
            </w:r>
            <w:proofErr w:type="spellStart"/>
            <w:r w:rsidRPr="00106719">
              <w:rPr>
                <w:b/>
                <w:sz w:val="18"/>
              </w:rPr>
              <w:t>sulle</w:t>
            </w:r>
            <w:proofErr w:type="spellEnd"/>
            <w:r w:rsidRPr="00106719">
              <w:rPr>
                <w:b/>
                <w:sz w:val="18"/>
              </w:rPr>
              <w:t xml:space="preserve"> </w:t>
            </w:r>
            <w:proofErr w:type="spellStart"/>
            <w:r w:rsidRPr="00106719">
              <w:rPr>
                <w:b/>
                <w:sz w:val="18"/>
              </w:rPr>
              <w:t>valutazioni</w:t>
            </w:r>
            <w:proofErr w:type="spellEnd"/>
            <w:r w:rsidRPr="00106719">
              <w:rPr>
                <w:b/>
                <w:sz w:val="18"/>
              </w:rPr>
              <w:t xml:space="preserve"> </w:t>
            </w:r>
            <w:proofErr w:type="spellStart"/>
            <w:r w:rsidRPr="00106719">
              <w:rPr>
                <w:b/>
                <w:sz w:val="18"/>
              </w:rPr>
              <w:t>disciplinari</w:t>
            </w:r>
            <w:proofErr w:type="spellEnd"/>
          </w:p>
        </w:tc>
        <w:tc>
          <w:tcPr>
            <w:tcW w:w="6803" w:type="dxa"/>
          </w:tcPr>
          <w:p w14:paraId="514A19C6" w14:textId="77777777" w:rsidR="00EF472A" w:rsidRPr="00106719" w:rsidRDefault="00EF472A" w:rsidP="0085799D">
            <w:pPr>
              <w:spacing w:after="20"/>
              <w:rPr>
                <w:lang w:val="it-IT"/>
              </w:rPr>
            </w:pPr>
            <w:r w:rsidRPr="00106719">
              <w:rPr>
                <w:i/>
                <w:sz w:val="17"/>
                <w:lang w:val="it-IT"/>
              </w:rPr>
              <w:t>Indicare per ciascuna disciplina quale voto o quale elemento di giudizio deriva dal compito.</w:t>
            </w:r>
          </w:p>
        </w:tc>
      </w:tr>
      <w:tr w:rsidR="00EF472A" w:rsidRPr="00106719" w14:paraId="799B9204" w14:textId="77777777" w:rsidTr="0085799D">
        <w:tc>
          <w:tcPr>
            <w:tcW w:w="2948" w:type="dxa"/>
            <w:shd w:val="clear" w:color="auto" w:fill="EDF0F5"/>
          </w:tcPr>
          <w:p w14:paraId="7B1F4527" w14:textId="77777777" w:rsidR="00EF472A" w:rsidRPr="00106719" w:rsidRDefault="00EF472A" w:rsidP="0085799D">
            <w:pPr>
              <w:spacing w:after="20"/>
              <w:rPr>
                <w:lang w:val="it-IT"/>
              </w:rPr>
            </w:pPr>
            <w:r w:rsidRPr="00106719">
              <w:rPr>
                <w:b/>
                <w:sz w:val="18"/>
                <w:lang w:val="it-IT"/>
              </w:rPr>
              <w:t>Ricadute su educazione civica e comportamento</w:t>
            </w:r>
          </w:p>
        </w:tc>
        <w:tc>
          <w:tcPr>
            <w:tcW w:w="6803" w:type="dxa"/>
          </w:tcPr>
          <w:p w14:paraId="79ACEA0B" w14:textId="77777777" w:rsidR="00EF472A" w:rsidRPr="00106719" w:rsidRDefault="00EF472A" w:rsidP="0085799D">
            <w:pPr>
              <w:spacing w:after="20"/>
              <w:rPr>
                <w:lang w:val="it-IT"/>
              </w:rPr>
            </w:pPr>
          </w:p>
        </w:tc>
      </w:tr>
      <w:tr w:rsidR="00EF472A" w:rsidRPr="00106719" w14:paraId="75B4EA56" w14:textId="77777777" w:rsidTr="0085799D">
        <w:tc>
          <w:tcPr>
            <w:tcW w:w="2948" w:type="dxa"/>
            <w:shd w:val="clear" w:color="auto" w:fill="EDF0F5"/>
          </w:tcPr>
          <w:p w14:paraId="603DA48E" w14:textId="77777777" w:rsidR="00EF472A" w:rsidRPr="00106719" w:rsidRDefault="00EF472A" w:rsidP="0085799D">
            <w:pPr>
              <w:spacing w:after="20"/>
            </w:pPr>
            <w:proofErr w:type="spellStart"/>
            <w:r w:rsidRPr="00106719">
              <w:rPr>
                <w:b/>
                <w:sz w:val="18"/>
              </w:rPr>
              <w:t>Documentazione</w:t>
            </w:r>
            <w:proofErr w:type="spellEnd"/>
            <w:r w:rsidRPr="00106719">
              <w:rPr>
                <w:b/>
                <w:sz w:val="18"/>
              </w:rPr>
              <w:t xml:space="preserve"> e </w:t>
            </w:r>
            <w:proofErr w:type="spellStart"/>
            <w:r w:rsidRPr="00106719">
              <w:rPr>
                <w:b/>
                <w:sz w:val="18"/>
              </w:rPr>
              <w:t>deposito</w:t>
            </w:r>
            <w:proofErr w:type="spellEnd"/>
          </w:p>
        </w:tc>
        <w:tc>
          <w:tcPr>
            <w:tcW w:w="6803" w:type="dxa"/>
          </w:tcPr>
          <w:p w14:paraId="37DEB43A" w14:textId="77777777" w:rsidR="00EF472A" w:rsidRPr="00106719" w:rsidRDefault="00EF472A" w:rsidP="0085799D">
            <w:pPr>
              <w:spacing w:after="20"/>
              <w:rPr>
                <w:lang w:val="it-IT"/>
              </w:rPr>
            </w:pPr>
            <w:r w:rsidRPr="00106719">
              <w:rPr>
                <w:i/>
                <w:sz w:val="17"/>
                <w:lang w:val="it-IT"/>
              </w:rPr>
              <w:t>Cartella condivisa della classe; E-Portfolio degli studenti.</w:t>
            </w:r>
          </w:p>
        </w:tc>
      </w:tr>
    </w:tbl>
    <w:p w14:paraId="388EDA35" w14:textId="77777777" w:rsidR="00EF472A" w:rsidRPr="00106719" w:rsidRDefault="00EF472A" w:rsidP="00EF472A">
      <w:pPr>
        <w:pStyle w:val="Titolo2"/>
        <w:spacing w:before="280" w:after="120"/>
        <w:rPr>
          <w:color w:val="auto"/>
          <w:lang w:val="it-IT"/>
        </w:rPr>
      </w:pPr>
      <w:r w:rsidRPr="00106719">
        <w:rPr>
          <w:rFonts w:ascii="Book Antiqua" w:hAnsi="Book Antiqua"/>
          <w:color w:val="auto"/>
          <w:sz w:val="25"/>
          <w:lang w:val="it-IT"/>
        </w:rPr>
        <w:t>Allegato F – Avvertenze per la compilazione</w:t>
      </w:r>
    </w:p>
    <w:p w14:paraId="5B55EB8F" w14:textId="77777777" w:rsidR="00EF472A" w:rsidRPr="00106719" w:rsidRDefault="00EF472A" w:rsidP="00EF472A">
      <w:pPr>
        <w:spacing w:after="20"/>
        <w:ind w:left="198"/>
        <w:rPr>
          <w:lang w:val="it-IT"/>
        </w:rPr>
      </w:pPr>
      <w:r w:rsidRPr="00106719">
        <w:rPr>
          <w:sz w:val="19"/>
          <w:lang w:val="it-IT"/>
        </w:rPr>
        <w:t>— La scheda disciplinare va compilata in tutti i campi: un campo lasciato in bianco segnala di norma un'</w:t>
      </w:r>
      <w:proofErr w:type="spellStart"/>
      <w:r w:rsidRPr="00106719">
        <w:rPr>
          <w:sz w:val="19"/>
          <w:lang w:val="it-IT"/>
        </w:rPr>
        <w:t>U.d.A</w:t>
      </w:r>
      <w:proofErr w:type="spellEnd"/>
      <w:r w:rsidRPr="00106719">
        <w:rPr>
          <w:sz w:val="19"/>
          <w:lang w:val="it-IT"/>
        </w:rPr>
        <w:t>. non ancora progettata, non un dato mancante.</w:t>
      </w:r>
    </w:p>
    <w:p w14:paraId="0A3AB1A8" w14:textId="77777777" w:rsidR="00EF472A" w:rsidRPr="00106719" w:rsidRDefault="00EF472A" w:rsidP="00EF472A">
      <w:pPr>
        <w:spacing w:after="20"/>
        <w:ind w:left="198"/>
        <w:rPr>
          <w:lang w:val="it-IT"/>
        </w:rPr>
      </w:pPr>
      <w:r w:rsidRPr="00106719">
        <w:rPr>
          <w:sz w:val="19"/>
          <w:lang w:val="it-IT"/>
        </w:rPr>
        <w:t>— Il campo «competenza disciplinare mirata» ammette una sola competenza. Se il docente ne elenca tre, l'</w:t>
      </w:r>
      <w:proofErr w:type="spellStart"/>
      <w:r w:rsidRPr="00106719">
        <w:rPr>
          <w:sz w:val="19"/>
          <w:lang w:val="it-IT"/>
        </w:rPr>
        <w:t>U.d.A</w:t>
      </w:r>
      <w:proofErr w:type="spellEnd"/>
      <w:r w:rsidRPr="00106719">
        <w:rPr>
          <w:sz w:val="19"/>
          <w:lang w:val="it-IT"/>
        </w:rPr>
        <w:t>. è troppo ampia e va divisa o riformulata.</w:t>
      </w:r>
    </w:p>
    <w:p w14:paraId="08BE324E" w14:textId="77777777" w:rsidR="00EF472A" w:rsidRPr="00106719" w:rsidRDefault="00EF472A" w:rsidP="00EF472A">
      <w:pPr>
        <w:spacing w:after="20"/>
        <w:ind w:left="198"/>
        <w:rPr>
          <w:lang w:val="it-IT"/>
        </w:rPr>
      </w:pPr>
      <w:r w:rsidRPr="00106719">
        <w:rPr>
          <w:sz w:val="19"/>
          <w:lang w:val="it-IT"/>
        </w:rPr>
        <w:t>— Il campo «evidenze» deve indicare che cosa il docente guarderà per decidere se la competenza è stata raggiunta. Non è l'elenco delle verifiche, è ciò che rende visibile l'apprendimento.</w:t>
      </w:r>
    </w:p>
    <w:p w14:paraId="039C9DA0" w14:textId="77777777" w:rsidR="00EF472A" w:rsidRPr="00106719" w:rsidRDefault="00EF472A" w:rsidP="00EF472A">
      <w:pPr>
        <w:spacing w:after="20"/>
        <w:ind w:left="198"/>
        <w:rPr>
          <w:lang w:val="it-IT"/>
        </w:rPr>
      </w:pPr>
      <w:r w:rsidRPr="00106719">
        <w:rPr>
          <w:sz w:val="19"/>
          <w:lang w:val="it-IT"/>
        </w:rPr>
        <w:t xml:space="preserve">— Le ore di educazione civica dichiarate nelle quattro </w:t>
      </w:r>
      <w:proofErr w:type="spellStart"/>
      <w:r w:rsidRPr="00106719">
        <w:rPr>
          <w:sz w:val="19"/>
          <w:lang w:val="it-IT"/>
        </w:rPr>
        <w:t>U.d.A</w:t>
      </w:r>
      <w:proofErr w:type="spellEnd"/>
      <w:r w:rsidRPr="00106719">
        <w:rPr>
          <w:sz w:val="19"/>
          <w:lang w:val="it-IT"/>
        </w:rPr>
        <w:t>. di una disciplina devono coincidere con quelle assegnate a quella disciplina dal prospetto del Consiglio di classe.</w:t>
      </w:r>
    </w:p>
    <w:p w14:paraId="2A57BAF3" w14:textId="77777777" w:rsidR="00EF472A" w:rsidRPr="00106719" w:rsidRDefault="00EF472A" w:rsidP="00EF472A">
      <w:pPr>
        <w:spacing w:after="20"/>
        <w:ind w:left="198"/>
        <w:rPr>
          <w:lang w:val="it-IT"/>
        </w:rPr>
      </w:pPr>
      <w:r w:rsidRPr="00106719">
        <w:rPr>
          <w:sz w:val="19"/>
          <w:lang w:val="it-IT"/>
        </w:rPr>
        <w:t>— L'apporto al compito di realtà va scritto solo se reale. Una disciplina che non concorre scrive «nessun apporto diretto»: è una risposta legittima e preferibile a un raccordo artificioso.</w:t>
      </w:r>
    </w:p>
    <w:p w14:paraId="02ABBC1F" w14:textId="77777777" w:rsidR="00EF472A" w:rsidRPr="00106719" w:rsidRDefault="00EF472A" w:rsidP="00EF472A">
      <w:pPr>
        <w:spacing w:after="20"/>
        <w:ind w:left="198"/>
        <w:rPr>
          <w:lang w:val="it-IT"/>
        </w:rPr>
      </w:pPr>
      <w:r w:rsidRPr="00106719">
        <w:rPr>
          <w:sz w:val="19"/>
          <w:lang w:val="it-IT"/>
        </w:rPr>
        <w:t>— La scheda dell'</w:t>
      </w:r>
      <w:proofErr w:type="spellStart"/>
      <w:r w:rsidRPr="00106719">
        <w:rPr>
          <w:sz w:val="19"/>
          <w:lang w:val="it-IT"/>
        </w:rPr>
        <w:t>U.d.A</w:t>
      </w:r>
      <w:proofErr w:type="spellEnd"/>
      <w:r w:rsidRPr="00106719">
        <w:rPr>
          <w:sz w:val="19"/>
          <w:lang w:val="it-IT"/>
        </w:rPr>
        <w:t>. interdisciplinare è una sola per classe e per anno scolastico ed è allegata al verbale del Consiglio di classe che la delibera.</w:t>
      </w:r>
    </w:p>
    <w:p w14:paraId="115C9B73" w14:textId="77777777" w:rsidR="00EF472A" w:rsidRPr="00106719" w:rsidRDefault="00EF472A" w:rsidP="00EF472A">
      <w:pPr>
        <w:spacing w:after="320"/>
        <w:rPr>
          <w:lang w:val="it-IT"/>
        </w:rPr>
      </w:pPr>
    </w:p>
    <w:p w14:paraId="28C4485F" w14:textId="77777777" w:rsidR="00EF472A" w:rsidRPr="00106719" w:rsidRDefault="00EF472A" w:rsidP="00EF472A">
      <w:pPr>
        <w:spacing w:after="0"/>
        <w:jc w:val="right"/>
        <w:rPr>
          <w:lang w:val="it-IT"/>
        </w:rPr>
      </w:pPr>
      <w:r w:rsidRPr="00106719">
        <w:rPr>
          <w:b/>
          <w:lang w:val="it-IT"/>
        </w:rPr>
        <w:t>IL DIRIGENTE SCOLASTICO</w:t>
      </w:r>
    </w:p>
    <w:p w14:paraId="0D193AD5" w14:textId="77777777" w:rsidR="00EF472A" w:rsidRPr="00106719" w:rsidRDefault="00EF472A" w:rsidP="00EF472A">
      <w:pPr>
        <w:spacing w:after="0"/>
        <w:jc w:val="right"/>
        <w:rPr>
          <w:lang w:val="it-IT"/>
        </w:rPr>
      </w:pPr>
      <w:r w:rsidRPr="00106719">
        <w:rPr>
          <w:lang w:val="it-IT"/>
        </w:rPr>
        <w:lastRenderedPageBreak/>
        <w:t>Gerardo CIPRIANO</w:t>
      </w:r>
    </w:p>
    <w:p w14:paraId="1BF2BA73" w14:textId="77777777" w:rsidR="00EF472A" w:rsidRPr="00106719" w:rsidRDefault="00EF472A" w:rsidP="00EF472A">
      <w:pPr>
        <w:jc w:val="right"/>
        <w:rPr>
          <w:lang w:val="it-IT"/>
        </w:rPr>
      </w:pPr>
      <w:r w:rsidRPr="00106719">
        <w:rPr>
          <w:i/>
          <w:sz w:val="15"/>
          <w:lang w:val="it-IT"/>
        </w:rPr>
        <w:t xml:space="preserve">(Documento firmato digitalmente ai sensi del </w:t>
      </w:r>
      <w:proofErr w:type="spellStart"/>
      <w:r w:rsidRPr="00106719">
        <w:rPr>
          <w:i/>
          <w:sz w:val="15"/>
          <w:lang w:val="it-IT"/>
        </w:rPr>
        <w:t>D.Lgs.</w:t>
      </w:r>
      <w:proofErr w:type="spellEnd"/>
      <w:r w:rsidRPr="00106719">
        <w:rPr>
          <w:i/>
          <w:sz w:val="15"/>
          <w:lang w:val="it-IT"/>
        </w:rPr>
        <w:t xml:space="preserve"> 82/2005 e </w:t>
      </w:r>
      <w:proofErr w:type="spellStart"/>
      <w:r w:rsidRPr="00106719">
        <w:rPr>
          <w:i/>
          <w:sz w:val="15"/>
          <w:lang w:val="it-IT"/>
        </w:rPr>
        <w:t>ss.mm.ii</w:t>
      </w:r>
      <w:proofErr w:type="spellEnd"/>
      <w:r w:rsidRPr="00106719">
        <w:rPr>
          <w:i/>
          <w:sz w:val="15"/>
          <w:lang w:val="it-IT"/>
        </w:rPr>
        <w:t>.)</w:t>
      </w:r>
    </w:p>
    <w:p w14:paraId="46CFA93C" w14:textId="77777777" w:rsidR="00A5307B" w:rsidRDefault="00A5307B"/>
    <w:sectPr w:rsidR="00A5307B">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47B21" w14:textId="77777777" w:rsidR="00F67B22" w:rsidRDefault="00F67B22" w:rsidP="000D3CD5">
      <w:pPr>
        <w:spacing w:after="0" w:line="240" w:lineRule="auto"/>
      </w:pPr>
      <w:r>
        <w:separator/>
      </w:r>
    </w:p>
  </w:endnote>
  <w:endnote w:type="continuationSeparator" w:id="0">
    <w:p w14:paraId="5A662819" w14:textId="77777777" w:rsidR="00F67B22" w:rsidRDefault="00F67B22" w:rsidP="000D3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026700"/>
      <w:docPartObj>
        <w:docPartGallery w:val="Page Numbers (Bottom of Page)"/>
        <w:docPartUnique/>
      </w:docPartObj>
    </w:sdtPr>
    <w:sdtContent>
      <w:p w14:paraId="56FA5014" w14:textId="272ECFA6" w:rsidR="000D3CD5" w:rsidRDefault="000D3CD5">
        <w:pPr>
          <w:pStyle w:val="Pidipagina"/>
          <w:jc w:val="center"/>
        </w:pPr>
        <w:r>
          <w:fldChar w:fldCharType="begin"/>
        </w:r>
        <w:r>
          <w:instrText>PAGE   \* MERGEFORMAT</w:instrText>
        </w:r>
        <w:r>
          <w:fldChar w:fldCharType="separate"/>
        </w:r>
        <w:r>
          <w:rPr>
            <w:lang w:val="it-IT"/>
          </w:rPr>
          <w:t>2</w:t>
        </w:r>
        <w:r>
          <w:fldChar w:fldCharType="end"/>
        </w:r>
      </w:p>
    </w:sdtContent>
  </w:sdt>
  <w:p w14:paraId="72D5C353" w14:textId="77777777" w:rsidR="000D3CD5" w:rsidRDefault="000D3CD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C3F2F" w14:textId="77777777" w:rsidR="00F67B22" w:rsidRDefault="00F67B22" w:rsidP="000D3CD5">
      <w:pPr>
        <w:spacing w:after="0" w:line="240" w:lineRule="auto"/>
      </w:pPr>
      <w:r>
        <w:separator/>
      </w:r>
    </w:p>
  </w:footnote>
  <w:footnote w:type="continuationSeparator" w:id="0">
    <w:p w14:paraId="3A4C7A3E" w14:textId="77777777" w:rsidR="00F67B22" w:rsidRDefault="00F67B22" w:rsidP="000D3C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543718692">
    <w:abstractNumId w:val="8"/>
  </w:num>
  <w:num w:numId="2" w16cid:durableId="74010438">
    <w:abstractNumId w:val="6"/>
  </w:num>
  <w:num w:numId="3" w16cid:durableId="840005173">
    <w:abstractNumId w:val="5"/>
  </w:num>
  <w:num w:numId="4" w16cid:durableId="54789471">
    <w:abstractNumId w:val="4"/>
  </w:num>
  <w:num w:numId="5" w16cid:durableId="1007975833">
    <w:abstractNumId w:val="7"/>
  </w:num>
  <w:num w:numId="6" w16cid:durableId="903297537">
    <w:abstractNumId w:val="3"/>
  </w:num>
  <w:num w:numId="7" w16cid:durableId="223151103">
    <w:abstractNumId w:val="2"/>
  </w:num>
  <w:num w:numId="8" w16cid:durableId="50345638">
    <w:abstractNumId w:val="1"/>
  </w:num>
  <w:num w:numId="9" w16cid:durableId="669452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CD5"/>
    <w:rsid w:val="000D3CD5"/>
    <w:rsid w:val="000F0C5A"/>
    <w:rsid w:val="003D1F9F"/>
    <w:rsid w:val="003D707A"/>
    <w:rsid w:val="004965B8"/>
    <w:rsid w:val="009826FD"/>
    <w:rsid w:val="009F0706"/>
    <w:rsid w:val="00A2586C"/>
    <w:rsid w:val="00A5307B"/>
    <w:rsid w:val="00C37EC4"/>
    <w:rsid w:val="00D31F49"/>
    <w:rsid w:val="00DD04FD"/>
    <w:rsid w:val="00E0612E"/>
    <w:rsid w:val="00EF472A"/>
    <w:rsid w:val="00F52DB0"/>
    <w:rsid w:val="00F67B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F9B07"/>
  <w15:chartTrackingRefBased/>
  <w15:docId w15:val="{411221AC-5D42-4161-8CA9-7026D735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D3CD5"/>
    <w:pPr>
      <w:spacing w:after="80" w:line="252" w:lineRule="auto"/>
    </w:pPr>
    <w:rPr>
      <w:rFonts w:ascii="Calibri" w:eastAsia="Calibri" w:hAnsi="Calibri"/>
      <w:kern w:val="0"/>
      <w:sz w:val="20"/>
      <w:lang w:val="en-US"/>
      <w14:ligatures w14:val="none"/>
    </w:rPr>
  </w:style>
  <w:style w:type="paragraph" w:styleId="Titolo1">
    <w:name w:val="heading 1"/>
    <w:basedOn w:val="Normale"/>
    <w:next w:val="Normale"/>
    <w:link w:val="Titolo1Carattere"/>
    <w:uiPriority w:val="9"/>
    <w:qFormat/>
    <w:rsid w:val="000D3CD5"/>
    <w:pPr>
      <w:keepNext/>
      <w:keepLines/>
      <w:spacing w:before="36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0D3CD5"/>
    <w:pPr>
      <w:keepNext/>
      <w:keepLines/>
      <w:spacing w:before="16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unhideWhenUsed/>
    <w:qFormat/>
    <w:rsid w:val="000D3CD5"/>
    <w:pPr>
      <w:keepNext/>
      <w:keepLines/>
      <w:spacing w:before="16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0D3CD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0D3CD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0D3CD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D3CD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D3CD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D3CD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D3CD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0D3CD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rsid w:val="000D3CD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0D3CD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0D3CD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0D3CD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D3CD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D3CD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D3CD5"/>
    <w:rPr>
      <w:rFonts w:eastAsiaTheme="majorEastAsia" w:cstheme="majorBidi"/>
      <w:color w:val="272727" w:themeColor="text1" w:themeTint="D8"/>
    </w:rPr>
  </w:style>
  <w:style w:type="paragraph" w:styleId="Titolo">
    <w:name w:val="Title"/>
    <w:basedOn w:val="Normale"/>
    <w:next w:val="Normale"/>
    <w:link w:val="TitoloCarattere"/>
    <w:uiPriority w:val="10"/>
    <w:qFormat/>
    <w:rsid w:val="000D3CD5"/>
    <w:pPr>
      <w:spacing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D3CD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D3CD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D3CD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D3CD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D3CD5"/>
    <w:rPr>
      <w:i/>
      <w:iCs/>
      <w:color w:val="404040" w:themeColor="text1" w:themeTint="BF"/>
    </w:rPr>
  </w:style>
  <w:style w:type="paragraph" w:styleId="Paragrafoelenco">
    <w:name w:val="List Paragraph"/>
    <w:basedOn w:val="Normale"/>
    <w:uiPriority w:val="34"/>
    <w:qFormat/>
    <w:rsid w:val="000D3CD5"/>
    <w:pPr>
      <w:ind w:left="720"/>
      <w:contextualSpacing/>
    </w:pPr>
  </w:style>
  <w:style w:type="character" w:styleId="Enfasiintensa">
    <w:name w:val="Intense Emphasis"/>
    <w:basedOn w:val="Carpredefinitoparagrafo"/>
    <w:uiPriority w:val="21"/>
    <w:qFormat/>
    <w:rsid w:val="000D3CD5"/>
    <w:rPr>
      <w:i/>
      <w:iCs/>
      <w:color w:val="2F5496" w:themeColor="accent1" w:themeShade="BF"/>
    </w:rPr>
  </w:style>
  <w:style w:type="paragraph" w:styleId="Citazioneintensa">
    <w:name w:val="Intense Quote"/>
    <w:basedOn w:val="Normale"/>
    <w:next w:val="Normale"/>
    <w:link w:val="CitazioneintensaCarattere"/>
    <w:uiPriority w:val="30"/>
    <w:qFormat/>
    <w:rsid w:val="000D3C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D3CD5"/>
    <w:rPr>
      <w:i/>
      <w:iCs/>
      <w:color w:val="2F5496" w:themeColor="accent1" w:themeShade="BF"/>
    </w:rPr>
  </w:style>
  <w:style w:type="character" w:styleId="Riferimentointenso">
    <w:name w:val="Intense Reference"/>
    <w:basedOn w:val="Carpredefinitoparagrafo"/>
    <w:uiPriority w:val="32"/>
    <w:qFormat/>
    <w:rsid w:val="000D3CD5"/>
    <w:rPr>
      <w:b/>
      <w:bCs/>
      <w:smallCaps/>
      <w:color w:val="2F5496" w:themeColor="accent1" w:themeShade="BF"/>
      <w:spacing w:val="5"/>
    </w:rPr>
  </w:style>
  <w:style w:type="paragraph" w:styleId="Intestazione">
    <w:name w:val="header"/>
    <w:basedOn w:val="Normale"/>
    <w:link w:val="IntestazioneCarattere"/>
    <w:uiPriority w:val="99"/>
    <w:unhideWhenUsed/>
    <w:rsid w:val="000D3CD5"/>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0D3CD5"/>
    <w:rPr>
      <w:rFonts w:ascii="Calibri" w:eastAsia="Calibri" w:hAnsi="Calibri"/>
      <w:kern w:val="0"/>
      <w:sz w:val="20"/>
      <w:lang w:val="en-US"/>
      <w14:ligatures w14:val="none"/>
    </w:rPr>
  </w:style>
  <w:style w:type="paragraph" w:styleId="Pidipagina">
    <w:name w:val="footer"/>
    <w:basedOn w:val="Normale"/>
    <w:link w:val="PidipaginaCarattere"/>
    <w:uiPriority w:val="99"/>
    <w:unhideWhenUsed/>
    <w:rsid w:val="000D3CD5"/>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0D3CD5"/>
    <w:rPr>
      <w:rFonts w:ascii="Calibri" w:eastAsia="Calibri" w:hAnsi="Calibri"/>
      <w:kern w:val="0"/>
      <w:sz w:val="20"/>
      <w:lang w:val="en-US"/>
      <w14:ligatures w14:val="none"/>
    </w:rPr>
  </w:style>
  <w:style w:type="paragraph" w:styleId="Nessunaspaziatura">
    <w:name w:val="No Spacing"/>
    <w:uiPriority w:val="1"/>
    <w:qFormat/>
    <w:rsid w:val="000D3CD5"/>
    <w:pPr>
      <w:spacing w:after="0" w:line="240" w:lineRule="auto"/>
    </w:pPr>
    <w:rPr>
      <w:rFonts w:eastAsiaTheme="minorEastAsia"/>
      <w:kern w:val="0"/>
      <w:lang w:val="en-US"/>
      <w14:ligatures w14:val="none"/>
    </w:rPr>
  </w:style>
  <w:style w:type="paragraph" w:styleId="Corpotesto">
    <w:name w:val="Body Text"/>
    <w:basedOn w:val="Normale"/>
    <w:link w:val="CorpotestoCarattere"/>
    <w:uiPriority w:val="99"/>
    <w:unhideWhenUsed/>
    <w:rsid w:val="000D3CD5"/>
    <w:pPr>
      <w:spacing w:after="120"/>
    </w:pPr>
  </w:style>
  <w:style w:type="character" w:customStyle="1" w:styleId="CorpotestoCarattere">
    <w:name w:val="Corpo testo Carattere"/>
    <w:basedOn w:val="Carpredefinitoparagrafo"/>
    <w:link w:val="Corpotesto"/>
    <w:uiPriority w:val="99"/>
    <w:rsid w:val="000D3CD5"/>
    <w:rPr>
      <w:rFonts w:ascii="Calibri" w:eastAsia="Calibri" w:hAnsi="Calibri"/>
      <w:kern w:val="0"/>
      <w:sz w:val="20"/>
      <w:lang w:val="en-US"/>
      <w14:ligatures w14:val="none"/>
    </w:rPr>
  </w:style>
  <w:style w:type="paragraph" w:styleId="Corpodeltesto2">
    <w:name w:val="Body Text 2"/>
    <w:basedOn w:val="Normale"/>
    <w:link w:val="Corpodeltesto2Carattere"/>
    <w:uiPriority w:val="99"/>
    <w:unhideWhenUsed/>
    <w:rsid w:val="000D3CD5"/>
    <w:pPr>
      <w:spacing w:after="120" w:line="480" w:lineRule="auto"/>
    </w:pPr>
  </w:style>
  <w:style w:type="character" w:customStyle="1" w:styleId="Corpodeltesto2Carattere">
    <w:name w:val="Corpo del testo 2 Carattere"/>
    <w:basedOn w:val="Carpredefinitoparagrafo"/>
    <w:link w:val="Corpodeltesto2"/>
    <w:uiPriority w:val="99"/>
    <w:rsid w:val="000D3CD5"/>
    <w:rPr>
      <w:rFonts w:ascii="Calibri" w:eastAsia="Calibri" w:hAnsi="Calibri"/>
      <w:kern w:val="0"/>
      <w:sz w:val="20"/>
      <w:lang w:val="en-US"/>
      <w14:ligatures w14:val="none"/>
    </w:rPr>
  </w:style>
  <w:style w:type="paragraph" w:styleId="Corpodeltesto3">
    <w:name w:val="Body Text 3"/>
    <w:basedOn w:val="Normale"/>
    <w:link w:val="Corpodeltesto3Carattere"/>
    <w:uiPriority w:val="99"/>
    <w:unhideWhenUsed/>
    <w:rsid w:val="000D3CD5"/>
    <w:pPr>
      <w:spacing w:after="120"/>
    </w:pPr>
    <w:rPr>
      <w:sz w:val="16"/>
      <w:szCs w:val="16"/>
    </w:rPr>
  </w:style>
  <w:style w:type="character" w:customStyle="1" w:styleId="Corpodeltesto3Carattere">
    <w:name w:val="Corpo del testo 3 Carattere"/>
    <w:basedOn w:val="Carpredefinitoparagrafo"/>
    <w:link w:val="Corpodeltesto3"/>
    <w:uiPriority w:val="99"/>
    <w:rsid w:val="000D3CD5"/>
    <w:rPr>
      <w:rFonts w:ascii="Calibri" w:eastAsia="Calibri" w:hAnsi="Calibri"/>
      <w:kern w:val="0"/>
      <w:sz w:val="16"/>
      <w:szCs w:val="16"/>
      <w:lang w:val="en-US"/>
      <w14:ligatures w14:val="none"/>
    </w:rPr>
  </w:style>
  <w:style w:type="paragraph" w:styleId="Elenco">
    <w:name w:val="List"/>
    <w:basedOn w:val="Normale"/>
    <w:uiPriority w:val="99"/>
    <w:unhideWhenUsed/>
    <w:rsid w:val="000D3CD5"/>
    <w:pPr>
      <w:ind w:left="360" w:hanging="360"/>
      <w:contextualSpacing/>
    </w:pPr>
  </w:style>
  <w:style w:type="paragraph" w:styleId="Elenco2">
    <w:name w:val="List 2"/>
    <w:basedOn w:val="Normale"/>
    <w:uiPriority w:val="99"/>
    <w:unhideWhenUsed/>
    <w:rsid w:val="000D3CD5"/>
    <w:pPr>
      <w:ind w:left="720" w:hanging="360"/>
      <w:contextualSpacing/>
    </w:pPr>
  </w:style>
  <w:style w:type="paragraph" w:styleId="Elenco3">
    <w:name w:val="List 3"/>
    <w:basedOn w:val="Normale"/>
    <w:uiPriority w:val="99"/>
    <w:unhideWhenUsed/>
    <w:rsid w:val="000D3CD5"/>
    <w:pPr>
      <w:ind w:left="1080" w:hanging="360"/>
      <w:contextualSpacing/>
    </w:pPr>
  </w:style>
  <w:style w:type="paragraph" w:styleId="Puntoelenco">
    <w:name w:val="List Bullet"/>
    <w:basedOn w:val="Normale"/>
    <w:uiPriority w:val="99"/>
    <w:unhideWhenUsed/>
    <w:rsid w:val="000D3CD5"/>
    <w:pPr>
      <w:numPr>
        <w:numId w:val="1"/>
      </w:numPr>
      <w:tabs>
        <w:tab w:val="clear" w:pos="360"/>
      </w:tabs>
      <w:ind w:left="0" w:firstLine="0"/>
      <w:contextualSpacing/>
    </w:pPr>
  </w:style>
  <w:style w:type="paragraph" w:styleId="Puntoelenco2">
    <w:name w:val="List Bullet 2"/>
    <w:basedOn w:val="Normale"/>
    <w:uiPriority w:val="99"/>
    <w:unhideWhenUsed/>
    <w:rsid w:val="000D3CD5"/>
    <w:pPr>
      <w:numPr>
        <w:numId w:val="2"/>
      </w:numPr>
      <w:tabs>
        <w:tab w:val="clear" w:pos="720"/>
      </w:tabs>
      <w:ind w:left="0" w:firstLine="0"/>
      <w:contextualSpacing/>
    </w:pPr>
  </w:style>
  <w:style w:type="paragraph" w:styleId="Puntoelenco3">
    <w:name w:val="List Bullet 3"/>
    <w:basedOn w:val="Normale"/>
    <w:uiPriority w:val="99"/>
    <w:unhideWhenUsed/>
    <w:rsid w:val="000D3CD5"/>
    <w:pPr>
      <w:numPr>
        <w:numId w:val="3"/>
      </w:numPr>
      <w:tabs>
        <w:tab w:val="clear" w:pos="1080"/>
      </w:tabs>
      <w:ind w:left="0" w:firstLine="0"/>
      <w:contextualSpacing/>
    </w:pPr>
  </w:style>
  <w:style w:type="paragraph" w:styleId="Numeroelenco">
    <w:name w:val="List Number"/>
    <w:basedOn w:val="Normale"/>
    <w:uiPriority w:val="99"/>
    <w:unhideWhenUsed/>
    <w:rsid w:val="000D3CD5"/>
    <w:pPr>
      <w:numPr>
        <w:numId w:val="5"/>
      </w:numPr>
      <w:tabs>
        <w:tab w:val="clear" w:pos="360"/>
      </w:tabs>
      <w:ind w:left="0" w:firstLine="0"/>
      <w:contextualSpacing/>
    </w:pPr>
  </w:style>
  <w:style w:type="paragraph" w:styleId="Numeroelenco2">
    <w:name w:val="List Number 2"/>
    <w:basedOn w:val="Normale"/>
    <w:uiPriority w:val="99"/>
    <w:unhideWhenUsed/>
    <w:rsid w:val="000D3CD5"/>
    <w:pPr>
      <w:numPr>
        <w:numId w:val="6"/>
      </w:numPr>
      <w:tabs>
        <w:tab w:val="clear" w:pos="720"/>
      </w:tabs>
      <w:ind w:left="0" w:firstLine="0"/>
      <w:contextualSpacing/>
    </w:pPr>
  </w:style>
  <w:style w:type="paragraph" w:styleId="Numeroelenco3">
    <w:name w:val="List Number 3"/>
    <w:basedOn w:val="Normale"/>
    <w:uiPriority w:val="99"/>
    <w:unhideWhenUsed/>
    <w:rsid w:val="000D3CD5"/>
    <w:pPr>
      <w:numPr>
        <w:numId w:val="7"/>
      </w:numPr>
      <w:tabs>
        <w:tab w:val="clear" w:pos="1080"/>
      </w:tabs>
      <w:ind w:left="0" w:firstLine="0"/>
      <w:contextualSpacing/>
    </w:pPr>
  </w:style>
  <w:style w:type="paragraph" w:styleId="Elencocontinua">
    <w:name w:val="List Continue"/>
    <w:basedOn w:val="Normale"/>
    <w:uiPriority w:val="99"/>
    <w:unhideWhenUsed/>
    <w:rsid w:val="000D3CD5"/>
    <w:pPr>
      <w:spacing w:after="120"/>
      <w:ind w:left="360"/>
      <w:contextualSpacing/>
    </w:pPr>
  </w:style>
  <w:style w:type="paragraph" w:styleId="Elencocontinua2">
    <w:name w:val="List Continue 2"/>
    <w:basedOn w:val="Normale"/>
    <w:uiPriority w:val="99"/>
    <w:unhideWhenUsed/>
    <w:rsid w:val="000D3CD5"/>
    <w:pPr>
      <w:spacing w:after="120"/>
      <w:ind w:left="720"/>
      <w:contextualSpacing/>
    </w:pPr>
  </w:style>
  <w:style w:type="paragraph" w:styleId="Elencocontinua3">
    <w:name w:val="List Continue 3"/>
    <w:basedOn w:val="Normale"/>
    <w:uiPriority w:val="99"/>
    <w:unhideWhenUsed/>
    <w:rsid w:val="000D3CD5"/>
    <w:pPr>
      <w:spacing w:after="120"/>
      <w:ind w:left="1080"/>
      <w:contextualSpacing/>
    </w:pPr>
  </w:style>
  <w:style w:type="paragraph" w:styleId="Testomacro">
    <w:name w:val="macro"/>
    <w:link w:val="TestomacroCarattere"/>
    <w:uiPriority w:val="99"/>
    <w:unhideWhenUsed/>
    <w:rsid w:val="000D3CD5"/>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TestomacroCarattere">
    <w:name w:val="Testo macro Carattere"/>
    <w:basedOn w:val="Carpredefinitoparagrafo"/>
    <w:link w:val="Testomacro"/>
    <w:uiPriority w:val="99"/>
    <w:rsid w:val="000D3CD5"/>
    <w:rPr>
      <w:rFonts w:ascii="Courier" w:eastAsiaTheme="minorEastAsia" w:hAnsi="Courier"/>
      <w:kern w:val="0"/>
      <w:sz w:val="20"/>
      <w:szCs w:val="20"/>
      <w:lang w:val="en-US"/>
      <w14:ligatures w14:val="none"/>
    </w:rPr>
  </w:style>
  <w:style w:type="paragraph" w:styleId="Didascalia">
    <w:name w:val="caption"/>
    <w:basedOn w:val="Normale"/>
    <w:next w:val="Normale"/>
    <w:uiPriority w:val="35"/>
    <w:semiHidden/>
    <w:unhideWhenUsed/>
    <w:qFormat/>
    <w:rsid w:val="000D3CD5"/>
    <w:pPr>
      <w:spacing w:line="240" w:lineRule="auto"/>
    </w:pPr>
    <w:rPr>
      <w:b/>
      <w:bCs/>
      <w:color w:val="4472C4" w:themeColor="accent1"/>
      <w:sz w:val="18"/>
      <w:szCs w:val="18"/>
    </w:rPr>
  </w:style>
  <w:style w:type="character" w:styleId="Enfasigrassetto">
    <w:name w:val="Strong"/>
    <w:basedOn w:val="Carpredefinitoparagrafo"/>
    <w:uiPriority w:val="22"/>
    <w:qFormat/>
    <w:rsid w:val="000D3CD5"/>
    <w:rPr>
      <w:b/>
      <w:bCs/>
    </w:rPr>
  </w:style>
  <w:style w:type="character" w:styleId="Enfasicorsivo">
    <w:name w:val="Emphasis"/>
    <w:basedOn w:val="Carpredefinitoparagrafo"/>
    <w:uiPriority w:val="20"/>
    <w:qFormat/>
    <w:rsid w:val="000D3CD5"/>
    <w:rPr>
      <w:i/>
      <w:iCs/>
    </w:rPr>
  </w:style>
  <w:style w:type="character" w:styleId="Enfasidelicata">
    <w:name w:val="Subtle Emphasis"/>
    <w:basedOn w:val="Carpredefinitoparagrafo"/>
    <w:uiPriority w:val="19"/>
    <w:qFormat/>
    <w:rsid w:val="000D3CD5"/>
    <w:rPr>
      <w:i/>
      <w:iCs/>
      <w:color w:val="808080" w:themeColor="text1" w:themeTint="7F"/>
    </w:rPr>
  </w:style>
  <w:style w:type="character" w:styleId="Riferimentodelicato">
    <w:name w:val="Subtle Reference"/>
    <w:basedOn w:val="Carpredefinitoparagrafo"/>
    <w:uiPriority w:val="31"/>
    <w:qFormat/>
    <w:rsid w:val="000D3CD5"/>
    <w:rPr>
      <w:smallCaps/>
      <w:color w:val="ED7D31" w:themeColor="accent2"/>
      <w:u w:val="single"/>
    </w:rPr>
  </w:style>
  <w:style w:type="character" w:styleId="Titolodellibro">
    <w:name w:val="Book Title"/>
    <w:basedOn w:val="Carpredefinitoparagrafo"/>
    <w:uiPriority w:val="33"/>
    <w:qFormat/>
    <w:rsid w:val="000D3CD5"/>
    <w:rPr>
      <w:b/>
      <w:bCs/>
      <w:smallCaps/>
      <w:spacing w:val="5"/>
    </w:rPr>
  </w:style>
  <w:style w:type="paragraph" w:styleId="Titolosommario">
    <w:name w:val="TOC Heading"/>
    <w:basedOn w:val="Titolo1"/>
    <w:next w:val="Normale"/>
    <w:uiPriority w:val="39"/>
    <w:semiHidden/>
    <w:unhideWhenUsed/>
    <w:qFormat/>
    <w:rsid w:val="000D3CD5"/>
    <w:pPr>
      <w:spacing w:before="480" w:after="0"/>
      <w:outlineLvl w:val="9"/>
    </w:pPr>
    <w:rPr>
      <w:b/>
      <w:bCs/>
      <w:sz w:val="28"/>
      <w:szCs w:val="28"/>
    </w:rPr>
  </w:style>
  <w:style w:type="table" w:styleId="Grigliatabella">
    <w:name w:val="Table Grid"/>
    <w:basedOn w:val="Tabellanormale"/>
    <w:uiPriority w:val="39"/>
    <w:rsid w:val="000D3CD5"/>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0D3CD5"/>
    <w:pPr>
      <w:spacing w:after="0" w:line="240" w:lineRule="auto"/>
    </w:pPr>
    <w:rPr>
      <w:rFonts w:eastAsiaTheme="minorEastAsia"/>
      <w:color w:val="000000" w:themeColor="text1" w:themeShade="BF"/>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0D3CD5"/>
    <w:pPr>
      <w:spacing w:after="0" w:line="240" w:lineRule="auto"/>
    </w:pPr>
    <w:rPr>
      <w:rFonts w:eastAsiaTheme="minorEastAsia"/>
      <w:color w:val="2F5496" w:themeColor="accent1" w:themeShade="BF"/>
      <w:kern w:val="0"/>
      <w:lang w:val="en-US"/>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fondochiaro-Colore2">
    <w:name w:val="Light Shading Accent 2"/>
    <w:basedOn w:val="Tabellanormale"/>
    <w:uiPriority w:val="60"/>
    <w:rsid w:val="000D3CD5"/>
    <w:pPr>
      <w:spacing w:after="0" w:line="240" w:lineRule="auto"/>
    </w:pPr>
    <w:rPr>
      <w:rFonts w:eastAsiaTheme="minorEastAsia"/>
      <w:color w:val="C45911" w:themeColor="accent2" w:themeShade="BF"/>
      <w:kern w:val="0"/>
      <w:lang w:val="en-US"/>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fondochiaro-Colore3">
    <w:name w:val="Light Shading Accent 3"/>
    <w:basedOn w:val="Tabellanormale"/>
    <w:uiPriority w:val="60"/>
    <w:rsid w:val="000D3CD5"/>
    <w:pPr>
      <w:spacing w:after="0" w:line="240" w:lineRule="auto"/>
    </w:pPr>
    <w:rPr>
      <w:rFonts w:eastAsiaTheme="minorEastAsia"/>
      <w:color w:val="7B7B7B" w:themeColor="accent3" w:themeShade="BF"/>
      <w:kern w:val="0"/>
      <w:lang w:val="en-US"/>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fondochiaro-Colore4">
    <w:name w:val="Light Shading Accent 4"/>
    <w:basedOn w:val="Tabellanormale"/>
    <w:uiPriority w:val="60"/>
    <w:rsid w:val="000D3CD5"/>
    <w:pPr>
      <w:spacing w:after="0" w:line="240" w:lineRule="auto"/>
    </w:pPr>
    <w:rPr>
      <w:rFonts w:eastAsiaTheme="minorEastAsia"/>
      <w:color w:val="BF8F00" w:themeColor="accent4" w:themeShade="BF"/>
      <w:kern w:val="0"/>
      <w:lang w:val="en-US"/>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fondochiaro-Colore5">
    <w:name w:val="Light Shading Accent 5"/>
    <w:basedOn w:val="Tabellanormale"/>
    <w:uiPriority w:val="60"/>
    <w:rsid w:val="000D3CD5"/>
    <w:pPr>
      <w:spacing w:after="0" w:line="240" w:lineRule="auto"/>
    </w:pPr>
    <w:rPr>
      <w:rFonts w:eastAsiaTheme="minorEastAsia"/>
      <w:color w:val="2E74B5" w:themeColor="accent5" w:themeShade="BF"/>
      <w:kern w:val="0"/>
      <w:lang w:val="en-US"/>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fondochiaro-Colore6">
    <w:name w:val="Light Shading Accent 6"/>
    <w:basedOn w:val="Tabellanormale"/>
    <w:uiPriority w:val="60"/>
    <w:rsid w:val="000D3CD5"/>
    <w:pPr>
      <w:spacing w:after="0" w:line="240" w:lineRule="auto"/>
    </w:pPr>
    <w:rPr>
      <w:rFonts w:eastAsiaTheme="minorEastAsia"/>
      <w:color w:val="538135" w:themeColor="accent6" w:themeShade="BF"/>
      <w:kern w:val="0"/>
      <w:lang w:val="en-US"/>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Elencochiaro">
    <w:name w:val="Light List"/>
    <w:basedOn w:val="Tabellanormale"/>
    <w:uiPriority w:val="61"/>
    <w:rsid w:val="000D3CD5"/>
    <w:pPr>
      <w:spacing w:after="0" w:line="240" w:lineRule="auto"/>
    </w:pPr>
    <w:rPr>
      <w:rFonts w:eastAsiaTheme="minorEastAsia"/>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0D3CD5"/>
    <w:pPr>
      <w:spacing w:after="0" w:line="240" w:lineRule="auto"/>
    </w:pPr>
    <w:rPr>
      <w:rFonts w:eastAsiaTheme="minorEastAsia"/>
      <w:kern w:val="0"/>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Elencochiaro-Colore2">
    <w:name w:val="Light List Accent 2"/>
    <w:basedOn w:val="Tabellanormale"/>
    <w:uiPriority w:val="61"/>
    <w:rsid w:val="000D3CD5"/>
    <w:pPr>
      <w:spacing w:after="0" w:line="240" w:lineRule="auto"/>
    </w:pPr>
    <w:rPr>
      <w:rFonts w:eastAsiaTheme="minorEastAsia"/>
      <w:kern w:val="0"/>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Elencochiaro-Colore3">
    <w:name w:val="Light List Accent 3"/>
    <w:basedOn w:val="Tabellanormale"/>
    <w:uiPriority w:val="61"/>
    <w:rsid w:val="000D3CD5"/>
    <w:pPr>
      <w:spacing w:after="0" w:line="240" w:lineRule="auto"/>
    </w:pPr>
    <w:rPr>
      <w:rFonts w:eastAsiaTheme="minorEastAsia"/>
      <w:kern w:val="0"/>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Elencochiaro-Colore4">
    <w:name w:val="Light List Accent 4"/>
    <w:basedOn w:val="Tabellanormale"/>
    <w:uiPriority w:val="61"/>
    <w:rsid w:val="000D3CD5"/>
    <w:pPr>
      <w:spacing w:after="0" w:line="240" w:lineRule="auto"/>
    </w:pPr>
    <w:rPr>
      <w:rFonts w:eastAsiaTheme="minorEastAsia"/>
      <w:kern w:val="0"/>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Elencochiaro-Colore5">
    <w:name w:val="Light List Accent 5"/>
    <w:basedOn w:val="Tabellanormale"/>
    <w:uiPriority w:val="61"/>
    <w:rsid w:val="000D3CD5"/>
    <w:pPr>
      <w:spacing w:after="0" w:line="240" w:lineRule="auto"/>
    </w:pPr>
    <w:rPr>
      <w:rFonts w:eastAsiaTheme="minorEastAsia"/>
      <w:kern w:val="0"/>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Elencochiaro-Colore6">
    <w:name w:val="Light List Accent 6"/>
    <w:basedOn w:val="Tabellanormale"/>
    <w:uiPriority w:val="61"/>
    <w:rsid w:val="000D3CD5"/>
    <w:pPr>
      <w:spacing w:after="0" w:line="240" w:lineRule="auto"/>
    </w:pPr>
    <w:rPr>
      <w:rFonts w:eastAsiaTheme="minorEastAsia"/>
      <w:kern w:val="0"/>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Grigliachiara">
    <w:name w:val="Light Grid"/>
    <w:basedOn w:val="Tabellanormale"/>
    <w:uiPriority w:val="62"/>
    <w:rsid w:val="000D3CD5"/>
    <w:pPr>
      <w:spacing w:after="0" w:line="240" w:lineRule="auto"/>
    </w:pPr>
    <w:rPr>
      <w:rFonts w:eastAsiaTheme="minorEastAsia"/>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0D3CD5"/>
    <w:pPr>
      <w:spacing w:after="0" w:line="240" w:lineRule="auto"/>
    </w:pPr>
    <w:rPr>
      <w:rFonts w:eastAsiaTheme="minorEastAsia"/>
      <w:kern w:val="0"/>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gliachiara-Colore2">
    <w:name w:val="Light Grid Accent 2"/>
    <w:basedOn w:val="Tabellanormale"/>
    <w:uiPriority w:val="62"/>
    <w:rsid w:val="000D3CD5"/>
    <w:pPr>
      <w:spacing w:after="0" w:line="240" w:lineRule="auto"/>
    </w:pPr>
    <w:rPr>
      <w:rFonts w:eastAsiaTheme="minorEastAsia"/>
      <w:kern w:val="0"/>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gliachiara-Colore3">
    <w:name w:val="Light Grid Accent 3"/>
    <w:basedOn w:val="Tabellanormale"/>
    <w:uiPriority w:val="62"/>
    <w:rsid w:val="000D3CD5"/>
    <w:pPr>
      <w:spacing w:after="0" w:line="240" w:lineRule="auto"/>
    </w:pPr>
    <w:rPr>
      <w:rFonts w:eastAsiaTheme="minorEastAsia"/>
      <w:kern w:val="0"/>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gliachiara-Colore4">
    <w:name w:val="Light Grid Accent 4"/>
    <w:basedOn w:val="Tabellanormale"/>
    <w:uiPriority w:val="62"/>
    <w:rsid w:val="000D3CD5"/>
    <w:pPr>
      <w:spacing w:after="0" w:line="240" w:lineRule="auto"/>
    </w:pPr>
    <w:rPr>
      <w:rFonts w:eastAsiaTheme="minorEastAsia"/>
      <w:kern w:val="0"/>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gliachiara-Colore5">
    <w:name w:val="Light Grid Accent 5"/>
    <w:basedOn w:val="Tabellanormale"/>
    <w:uiPriority w:val="62"/>
    <w:rsid w:val="000D3CD5"/>
    <w:pPr>
      <w:spacing w:after="0" w:line="240" w:lineRule="auto"/>
    </w:pPr>
    <w:rPr>
      <w:rFonts w:eastAsiaTheme="minorEastAsia"/>
      <w:kern w:val="0"/>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gliachiara-Colore6">
    <w:name w:val="Light Grid Accent 6"/>
    <w:basedOn w:val="Tabellanormale"/>
    <w:uiPriority w:val="62"/>
    <w:rsid w:val="000D3CD5"/>
    <w:pPr>
      <w:spacing w:after="0" w:line="240" w:lineRule="auto"/>
    </w:pPr>
    <w:rPr>
      <w:rFonts w:eastAsiaTheme="minorEastAsia"/>
      <w:kern w:val="0"/>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Sfondomedio1">
    <w:name w:val="Medium Shading 1"/>
    <w:basedOn w:val="Tabellanormale"/>
    <w:uiPriority w:val="63"/>
    <w:rsid w:val="000D3CD5"/>
    <w:pPr>
      <w:spacing w:after="0" w:line="240" w:lineRule="auto"/>
    </w:pPr>
    <w:rPr>
      <w:rFonts w:eastAsiaTheme="minorEastAsia"/>
      <w:kern w:val="0"/>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0D3CD5"/>
    <w:pPr>
      <w:spacing w:after="0" w:line="240" w:lineRule="auto"/>
    </w:pPr>
    <w:rPr>
      <w:rFonts w:eastAsiaTheme="minorEastAsia"/>
      <w:kern w:val="0"/>
      <w:lang w:val="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0D3CD5"/>
    <w:pPr>
      <w:spacing w:after="0" w:line="240" w:lineRule="auto"/>
    </w:pPr>
    <w:rPr>
      <w:rFonts w:eastAsiaTheme="minorEastAsia"/>
      <w:kern w:val="0"/>
      <w:lang w:val="en-US"/>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0D3CD5"/>
    <w:pPr>
      <w:spacing w:after="0" w:line="240" w:lineRule="auto"/>
    </w:pPr>
    <w:rPr>
      <w:rFonts w:eastAsiaTheme="minorEastAsia"/>
      <w:kern w:val="0"/>
      <w:lang w:val="en-US"/>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0D3CD5"/>
    <w:pPr>
      <w:spacing w:after="0" w:line="240" w:lineRule="auto"/>
    </w:pPr>
    <w:rPr>
      <w:rFonts w:eastAsiaTheme="minorEastAsia"/>
      <w:kern w:val="0"/>
      <w:lang w:val="en-US"/>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0D3CD5"/>
    <w:pPr>
      <w:spacing w:after="0" w:line="240" w:lineRule="auto"/>
    </w:pPr>
    <w:rPr>
      <w:rFonts w:eastAsiaTheme="minorEastAsia"/>
      <w:kern w:val="0"/>
      <w:lang w:val="en-US"/>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0D3CD5"/>
    <w:pPr>
      <w:spacing w:after="0" w:line="240" w:lineRule="auto"/>
    </w:pPr>
    <w:rPr>
      <w:rFonts w:eastAsiaTheme="minorEastAsia"/>
      <w:kern w:val="0"/>
      <w:lang w:val="en-US"/>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0D3CD5"/>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0D3CD5"/>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0D3CD5"/>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0D3CD5"/>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0D3CD5"/>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0D3CD5"/>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0D3CD5"/>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0D3CD5"/>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0D3CD5"/>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Elencomedio1-Colore2">
    <w:name w:val="Medium List 1 Accent 2"/>
    <w:basedOn w:val="Tabellanormale"/>
    <w:uiPriority w:val="65"/>
    <w:rsid w:val="000D3CD5"/>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Elencomedio1-Colore3">
    <w:name w:val="Medium List 1 Accent 3"/>
    <w:basedOn w:val="Tabellanormale"/>
    <w:uiPriority w:val="65"/>
    <w:rsid w:val="000D3CD5"/>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Elencomedio1-Colore4">
    <w:name w:val="Medium List 1 Accent 4"/>
    <w:basedOn w:val="Tabellanormale"/>
    <w:uiPriority w:val="65"/>
    <w:rsid w:val="000D3CD5"/>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Elencomedio1-Colore5">
    <w:name w:val="Medium List 1 Accent 5"/>
    <w:basedOn w:val="Tabellanormale"/>
    <w:uiPriority w:val="65"/>
    <w:rsid w:val="000D3CD5"/>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Elencomedio1-Colore6">
    <w:name w:val="Medium List 1 Accent 6"/>
    <w:basedOn w:val="Tabellanormale"/>
    <w:uiPriority w:val="65"/>
    <w:rsid w:val="000D3CD5"/>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Elencomedio2">
    <w:name w:val="Medium List 2"/>
    <w:basedOn w:val="Tabellanormale"/>
    <w:uiPriority w:val="66"/>
    <w:rsid w:val="000D3CD5"/>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0D3CD5"/>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0D3CD5"/>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0D3CD5"/>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0D3CD5"/>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0D3CD5"/>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0D3CD5"/>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0D3CD5"/>
    <w:pPr>
      <w:spacing w:after="0" w:line="240" w:lineRule="auto"/>
    </w:pPr>
    <w:rPr>
      <w:rFonts w:eastAsiaTheme="minorEastAsia"/>
      <w:kern w:val="0"/>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0D3CD5"/>
    <w:pPr>
      <w:spacing w:after="0" w:line="240" w:lineRule="auto"/>
    </w:pPr>
    <w:rPr>
      <w:rFonts w:eastAsiaTheme="minorEastAsia"/>
      <w:kern w:val="0"/>
      <w:lang w:val="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gliamedia1-Colore2">
    <w:name w:val="Medium Grid 1 Accent 2"/>
    <w:basedOn w:val="Tabellanormale"/>
    <w:uiPriority w:val="67"/>
    <w:rsid w:val="000D3CD5"/>
    <w:pPr>
      <w:spacing w:after="0" w:line="240" w:lineRule="auto"/>
    </w:pPr>
    <w:rPr>
      <w:rFonts w:eastAsiaTheme="minorEastAsia"/>
      <w:kern w:val="0"/>
      <w:lang w:val="en-US"/>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gliamedia1-Colore3">
    <w:name w:val="Medium Grid 1 Accent 3"/>
    <w:basedOn w:val="Tabellanormale"/>
    <w:uiPriority w:val="67"/>
    <w:rsid w:val="000D3CD5"/>
    <w:pPr>
      <w:spacing w:after="0" w:line="240" w:lineRule="auto"/>
    </w:pPr>
    <w:rPr>
      <w:rFonts w:eastAsiaTheme="minorEastAsia"/>
      <w:kern w:val="0"/>
      <w:lang w:val="en-US"/>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gliamedia1-Colore4">
    <w:name w:val="Medium Grid 1 Accent 4"/>
    <w:basedOn w:val="Tabellanormale"/>
    <w:uiPriority w:val="67"/>
    <w:rsid w:val="000D3CD5"/>
    <w:pPr>
      <w:spacing w:after="0" w:line="240" w:lineRule="auto"/>
    </w:pPr>
    <w:rPr>
      <w:rFonts w:eastAsiaTheme="minorEastAsia"/>
      <w:kern w:val="0"/>
      <w:lang w:val="en-US"/>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gliamedia1-Colore5">
    <w:name w:val="Medium Grid 1 Accent 5"/>
    <w:basedOn w:val="Tabellanormale"/>
    <w:uiPriority w:val="67"/>
    <w:rsid w:val="000D3CD5"/>
    <w:pPr>
      <w:spacing w:after="0" w:line="240" w:lineRule="auto"/>
    </w:pPr>
    <w:rPr>
      <w:rFonts w:eastAsiaTheme="minorEastAsia"/>
      <w:kern w:val="0"/>
      <w:lang w:val="en-US"/>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gliamedia1-Colore6">
    <w:name w:val="Medium Grid 1 Accent 6"/>
    <w:basedOn w:val="Tabellanormale"/>
    <w:uiPriority w:val="67"/>
    <w:rsid w:val="000D3CD5"/>
    <w:pPr>
      <w:spacing w:after="0" w:line="240" w:lineRule="auto"/>
    </w:pPr>
    <w:rPr>
      <w:rFonts w:eastAsiaTheme="minorEastAsia"/>
      <w:kern w:val="0"/>
      <w:lang w:val="en-US"/>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gliamedia2">
    <w:name w:val="Medium Grid 2"/>
    <w:basedOn w:val="Tabellanormale"/>
    <w:uiPriority w:val="68"/>
    <w:rsid w:val="000D3CD5"/>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0D3CD5"/>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0D3CD5"/>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0D3CD5"/>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0D3CD5"/>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0D3CD5"/>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0D3CD5"/>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0D3CD5"/>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0D3CD5"/>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gliamedia3-Colore2">
    <w:name w:val="Medium Grid 3 Accent 2"/>
    <w:basedOn w:val="Tabellanormale"/>
    <w:uiPriority w:val="69"/>
    <w:rsid w:val="000D3CD5"/>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gliamedia3-Colore3">
    <w:name w:val="Medium Grid 3 Accent 3"/>
    <w:basedOn w:val="Tabellanormale"/>
    <w:uiPriority w:val="69"/>
    <w:rsid w:val="000D3CD5"/>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gliamedia3-Colore4">
    <w:name w:val="Medium Grid 3 Accent 4"/>
    <w:basedOn w:val="Tabellanormale"/>
    <w:uiPriority w:val="69"/>
    <w:rsid w:val="000D3CD5"/>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gliamedia3-Colore5">
    <w:name w:val="Medium Grid 3 Accent 5"/>
    <w:basedOn w:val="Tabellanormale"/>
    <w:uiPriority w:val="69"/>
    <w:rsid w:val="000D3CD5"/>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gliamedia3-Colore6">
    <w:name w:val="Medium Grid 3 Accent 6"/>
    <w:basedOn w:val="Tabellanormale"/>
    <w:uiPriority w:val="69"/>
    <w:rsid w:val="000D3CD5"/>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Elencoscuro">
    <w:name w:val="Dark List"/>
    <w:basedOn w:val="Tabellanormale"/>
    <w:uiPriority w:val="70"/>
    <w:rsid w:val="000D3CD5"/>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0D3CD5"/>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Elencoscuro-Colore2">
    <w:name w:val="Dark List Accent 2"/>
    <w:basedOn w:val="Tabellanormale"/>
    <w:uiPriority w:val="70"/>
    <w:rsid w:val="000D3CD5"/>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Elencoscuro-Colore3">
    <w:name w:val="Dark List Accent 3"/>
    <w:basedOn w:val="Tabellanormale"/>
    <w:uiPriority w:val="70"/>
    <w:rsid w:val="000D3CD5"/>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Elencoscuro-Colore4">
    <w:name w:val="Dark List Accent 4"/>
    <w:basedOn w:val="Tabellanormale"/>
    <w:uiPriority w:val="70"/>
    <w:rsid w:val="000D3CD5"/>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Elencoscuro-Colore5">
    <w:name w:val="Dark List Accent 5"/>
    <w:basedOn w:val="Tabellanormale"/>
    <w:uiPriority w:val="70"/>
    <w:rsid w:val="000D3CD5"/>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Elencoscuro-Colore6">
    <w:name w:val="Dark List Accent 6"/>
    <w:basedOn w:val="Tabellanormale"/>
    <w:uiPriority w:val="70"/>
    <w:rsid w:val="000D3CD5"/>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Sfondoacolori">
    <w:name w:val="Colorful Shading"/>
    <w:basedOn w:val="Tabellanormale"/>
    <w:uiPriority w:val="71"/>
    <w:rsid w:val="000D3CD5"/>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0D3CD5"/>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0D3CD5"/>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0D3CD5"/>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fondoacolori-Colore4">
    <w:name w:val="Colorful Shading Accent 4"/>
    <w:basedOn w:val="Tabellanormale"/>
    <w:uiPriority w:val="71"/>
    <w:rsid w:val="000D3CD5"/>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0D3CD5"/>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0D3CD5"/>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0D3CD5"/>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0D3CD5"/>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Elencoacolori-Colore2">
    <w:name w:val="Colorful List Accent 2"/>
    <w:basedOn w:val="Tabellanormale"/>
    <w:uiPriority w:val="72"/>
    <w:rsid w:val="000D3CD5"/>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Elencoacolori-Colore3">
    <w:name w:val="Colorful List Accent 3"/>
    <w:basedOn w:val="Tabellanormale"/>
    <w:uiPriority w:val="72"/>
    <w:rsid w:val="000D3CD5"/>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Elencoacolori-Colore4">
    <w:name w:val="Colorful List Accent 4"/>
    <w:basedOn w:val="Tabellanormale"/>
    <w:uiPriority w:val="72"/>
    <w:rsid w:val="000D3CD5"/>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Elencoacolori-Colore5">
    <w:name w:val="Colorful List Accent 5"/>
    <w:basedOn w:val="Tabellanormale"/>
    <w:uiPriority w:val="72"/>
    <w:rsid w:val="000D3CD5"/>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Elencoacolori-Colore6">
    <w:name w:val="Colorful List Accent 6"/>
    <w:basedOn w:val="Tabellanormale"/>
    <w:uiPriority w:val="72"/>
    <w:rsid w:val="000D3CD5"/>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Grigliaacolori">
    <w:name w:val="Colorful Grid"/>
    <w:basedOn w:val="Tabellanormale"/>
    <w:uiPriority w:val="73"/>
    <w:rsid w:val="000D3CD5"/>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0D3CD5"/>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gliaacolori-Colore2">
    <w:name w:val="Colorful Grid Accent 2"/>
    <w:basedOn w:val="Tabellanormale"/>
    <w:uiPriority w:val="73"/>
    <w:rsid w:val="000D3CD5"/>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gliaacolori-Colore3">
    <w:name w:val="Colorful Grid Accent 3"/>
    <w:basedOn w:val="Tabellanormale"/>
    <w:uiPriority w:val="73"/>
    <w:rsid w:val="000D3CD5"/>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gliaacolori-Colore4">
    <w:name w:val="Colorful Grid Accent 4"/>
    <w:basedOn w:val="Tabellanormale"/>
    <w:uiPriority w:val="73"/>
    <w:rsid w:val="000D3CD5"/>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gliaacolori-Colore5">
    <w:name w:val="Colorful Grid Accent 5"/>
    <w:basedOn w:val="Tabellanormale"/>
    <w:uiPriority w:val="73"/>
    <w:rsid w:val="000D3CD5"/>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gliaacolori-Colore6">
    <w:name w:val="Colorful Grid Accent 6"/>
    <w:basedOn w:val="Tabellanormale"/>
    <w:uiPriority w:val="73"/>
    <w:rsid w:val="000D3CD5"/>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16465</Words>
  <Characters>93853</Characters>
  <Application>Microsoft Office Word</Application>
  <DocSecurity>0</DocSecurity>
  <Lines>782</Lines>
  <Paragraphs>220</Paragraphs>
  <ScaleCrop>false</ScaleCrop>
  <Company/>
  <LinksUpToDate>false</LinksUpToDate>
  <CharactersWithSpaces>110098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Graziano</dc:creator>
  <cp:keywords/>
  <dc:description/>
  <cp:lastModifiedBy>Gabriella Graziano</cp:lastModifiedBy>
  <cp:revision>5</cp:revision>
  <dcterms:created xsi:type="dcterms:W3CDTF">2026-09-21T12:45:00Z</dcterms:created>
  <dcterms:modified xsi:type="dcterms:W3CDTF">2026-09-21T15:04:00Z</dcterms:modified>
</cp:coreProperties>
</file>